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Privacy Policy</w:t>
      </w:r>
    </w:p>
    <w:p>
      <w:r>
        <w:t>At HireMe, we respect your privacy and are committed to protecting your personal data. This Privacy Policy explains how we collect, use, and safeguard the information you share with us.</w:t>
      </w:r>
    </w:p>
    <w:p>
      <w:pPr>
        <w:pStyle w:val="Heading1"/>
      </w:pPr>
      <w:r>
        <w:t>1. Information We Collect</w:t>
      </w:r>
    </w:p>
    <w:p>
      <w:r>
        <w:t>• CVs, LinkedIn profiles, and supporting documents you upload.</w:t>
        <w:br/>
        <w:t>• Your name, email address, and payment information.</w:t>
        <w:br/>
        <w:t>• Technical information such as browser type and IP address (for analytics).</w:t>
      </w:r>
    </w:p>
    <w:p>
      <w:pPr>
        <w:pStyle w:val="Heading1"/>
      </w:pPr>
      <w:r>
        <w:t>2. How We Use Your Information</w:t>
      </w:r>
    </w:p>
    <w:p>
      <w:r>
        <w:t>• To review and improve your CV or LinkedIn profile.</w:t>
        <w:br/>
        <w:t>• To process your payment and deliver the service.</w:t>
        <w:br/>
        <w:t>• To communicate with you regarding your order.</w:t>
        <w:br/>
        <w:t>• We do not sell or share your data with third parties for marketing.</w:t>
      </w:r>
    </w:p>
    <w:p>
      <w:pPr>
        <w:pStyle w:val="Heading1"/>
      </w:pPr>
      <w:r>
        <w:t>3. Data Storage and Security</w:t>
      </w:r>
    </w:p>
    <w:p>
      <w:r>
        <w:t>• Your CV and data are stored securely and accessed only by our recruitment experts.</w:t>
        <w:br/>
        <w:t>• We delete uploaded CVs and LinkedIn data within 30 days after delivery.</w:t>
        <w:br/>
        <w:t>• Payments are processed securely via Stripe; we do not store your card details.</w:t>
      </w:r>
    </w:p>
    <w:p>
      <w:pPr>
        <w:pStyle w:val="Heading1"/>
      </w:pPr>
      <w:r>
        <w:t>4. Your Rights</w:t>
      </w:r>
    </w:p>
    <w:p>
      <w:r>
        <w:t>Under UK GDPR, you have the right to:</w:t>
        <w:br/>
        <w:t>• Request access to the personal data we hold.</w:t>
        <w:br/>
        <w:t>• Request correction or deletion of your data.</w:t>
        <w:br/>
        <w:t>• Withdraw consent at any time.</w:t>
      </w:r>
    </w:p>
    <w:p>
      <w:pPr>
        <w:pStyle w:val="Heading1"/>
      </w:pPr>
      <w:r>
        <w:t>5. Contact Us</w:t>
      </w:r>
    </w:p>
    <w:p>
      <w:r>
        <w:t>If you have any questions about this Privacy Policy or your data, please contact us at:</w:t>
        <w:br/>
        <w:t>Email: support@hiremeapp.uk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