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84CFD" w14:textId="77777777" w:rsidR="00A27A6F" w:rsidRDefault="00000000">
      <w:pPr>
        <w:spacing w:after="20" w:line="240" w:lineRule="auto"/>
      </w:pPr>
      <w:r>
        <w:rPr>
          <w:rFonts w:eastAsia="Calibri"/>
          <w:b/>
          <w:color w:val="2E74B5"/>
          <w:sz w:val="18"/>
        </w:rPr>
        <w:t>MATEŘSKÁ ŠKOLA</w:t>
      </w:r>
    </w:p>
    <w:p w14:paraId="0C0E5E1B" w14:textId="77777777" w:rsidR="00A27A6F" w:rsidRDefault="00000000">
      <w:pPr>
        <w:spacing w:after="40" w:line="240" w:lineRule="auto"/>
      </w:pPr>
      <w:r>
        <w:rPr>
          <w:rFonts w:eastAsia="Calibri"/>
          <w:b/>
          <w:color w:val="1F4E78"/>
          <w:sz w:val="35"/>
        </w:rPr>
        <w:t>POVĚŘENÍ K VYZVEDÁVÁNÍ DÍTĚTE</w:t>
      </w:r>
    </w:p>
    <w:p w14:paraId="1E3CDD45" w14:textId="77777777" w:rsidR="00A27A6F" w:rsidRDefault="00000000">
      <w:pPr>
        <w:spacing w:after="120" w:line="240" w:lineRule="auto"/>
      </w:pPr>
      <w:r>
        <w:rPr>
          <w:rFonts w:eastAsia="Calibri"/>
          <w:color w:val="667085"/>
          <w:sz w:val="22"/>
        </w:rPr>
        <w:t>nezletilou osobou mladší 15 let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A6F" w14:paraId="6FF435E3" w14:textId="77777777">
        <w:tc>
          <w:tcPr>
            <w:tcW w:w="9360" w:type="dxa"/>
            <w:tcBorders>
              <w:top w:val="single" w:sz="5" w:space="0" w:color="D8C886"/>
              <w:left w:val="single" w:sz="5" w:space="0" w:color="D8C886"/>
              <w:bottom w:val="single" w:sz="5" w:space="0" w:color="D8C886"/>
              <w:right w:val="single" w:sz="5" w:space="0" w:color="D8C886"/>
            </w:tcBorders>
            <w:shd w:val="clear" w:color="auto" w:fill="FFF8E8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20016108" w14:textId="77777777" w:rsidR="00A27A6F" w:rsidRDefault="00000000">
            <w:pPr>
              <w:spacing w:after="0"/>
            </w:pPr>
            <w:r>
              <w:rPr>
                <w:rFonts w:eastAsia="Calibri"/>
                <w:b/>
                <w:color w:val="1F4E78"/>
                <w:sz w:val="17"/>
              </w:rPr>
              <w:t xml:space="preserve">Účel: </w:t>
            </w:r>
            <w:r>
              <w:rPr>
                <w:rFonts w:eastAsia="Calibri"/>
                <w:sz w:val="17"/>
              </w:rPr>
              <w:t>písemné pověření podle § 5 odst. 1 vyhlášky č. 14/2005 Sb. Věk 15 let není zákonnou hranicí; škola při předávání přihlíží ke konkrétní vyspělosti pověřené osoby a bezpečnosti dítěte.</w:t>
            </w:r>
          </w:p>
        </w:tc>
      </w:tr>
    </w:tbl>
    <w:p w14:paraId="06C43855" w14:textId="77777777" w:rsidR="00A27A6F" w:rsidRDefault="00000000">
      <w:pPr>
        <w:pStyle w:val="Nadpis1"/>
        <w:keepLines w:val="0"/>
        <w:pBdr>
          <w:bottom w:val="single" w:sz="8" w:space="3" w:color="2E74B5"/>
        </w:pBdr>
        <w:shd w:val="clear" w:color="auto" w:fill="EAF3F8"/>
      </w:pPr>
      <w:r>
        <w:rPr>
          <w:rFonts w:ascii="Calibri" w:eastAsia="Calibri" w:hAnsi="Calibri"/>
        </w:rPr>
        <w:t>1. Dítě a zákonný zástupce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40"/>
        <w:gridCol w:w="6520"/>
      </w:tblGrid>
      <w:tr w:rsidR="00A27A6F" w14:paraId="6197D5BD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0B1D9E4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Jméno a příjmení dítěte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200BE78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doplňte</w:t>
            </w:r>
          </w:p>
        </w:tc>
      </w:tr>
      <w:tr w:rsidR="00A27A6F" w14:paraId="77686D5B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8EF8CD4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Datum narození / třída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8FA5A56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DD. MM. RRRR  /  název třídy</w:t>
            </w:r>
          </w:p>
        </w:tc>
      </w:tr>
      <w:tr w:rsidR="00A27A6F" w14:paraId="00767A4C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C382D46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Jméno zákonného zástupce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22DC1F4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doplňte</w:t>
            </w:r>
          </w:p>
        </w:tc>
      </w:tr>
      <w:tr w:rsidR="00A27A6F" w14:paraId="1C3FE0C8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5C3E621E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Telefon pro okamžitý kontakt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046EEB1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+420 …; případně druhý kontakt</w:t>
            </w:r>
          </w:p>
        </w:tc>
      </w:tr>
    </w:tbl>
    <w:p w14:paraId="599F2262" w14:textId="77777777" w:rsidR="00A27A6F" w:rsidRDefault="00000000">
      <w:pPr>
        <w:pStyle w:val="Nadpis1"/>
        <w:keepLines w:val="0"/>
        <w:pBdr>
          <w:bottom w:val="single" w:sz="8" w:space="3" w:color="2E74B5"/>
        </w:pBdr>
        <w:shd w:val="clear" w:color="auto" w:fill="EAF3F8"/>
      </w:pPr>
      <w:r>
        <w:rPr>
          <w:rFonts w:ascii="Calibri" w:eastAsia="Calibri" w:hAnsi="Calibri"/>
        </w:rPr>
        <w:t>2. Pověřená nezletilá osoba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40"/>
        <w:gridCol w:w="6520"/>
      </w:tblGrid>
      <w:tr w:rsidR="00A27A6F" w14:paraId="4352147C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8F6FF9D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Jméno a příjmení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6B90719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doplňte</w:t>
            </w:r>
          </w:p>
        </w:tc>
      </w:tr>
      <w:tr w:rsidR="00A27A6F" w14:paraId="56F3C570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3EE8C10C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Datum narození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0242C7B3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DD. MM. RRRR</w:t>
            </w:r>
          </w:p>
        </w:tc>
      </w:tr>
      <w:tr w:rsidR="00A27A6F" w14:paraId="2E6422C6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0EA485B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Vztah k dítěti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16E6C6C5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např. sourozenec / příbuzný / jiná blízká osoba</w:t>
            </w:r>
          </w:p>
        </w:tc>
      </w:tr>
      <w:tr w:rsidR="00A27A6F" w14:paraId="72B5BB41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5296CA0A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Telefon (má-li jej)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7DD1BFBD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+420 …</w:t>
            </w:r>
          </w:p>
        </w:tc>
      </w:tr>
    </w:tbl>
    <w:p w14:paraId="40DDA7B9" w14:textId="77777777" w:rsidR="00A27A6F" w:rsidRDefault="00000000">
      <w:pPr>
        <w:pStyle w:val="Nadpis1"/>
        <w:keepLines w:val="0"/>
        <w:pBdr>
          <w:bottom w:val="single" w:sz="8" w:space="3" w:color="2E74B5"/>
        </w:pBdr>
        <w:shd w:val="clear" w:color="auto" w:fill="EAF3F8"/>
      </w:pPr>
      <w:r>
        <w:rPr>
          <w:rFonts w:ascii="Calibri" w:eastAsia="Calibri" w:hAnsi="Calibri"/>
        </w:rPr>
        <w:t>3. Rozsah pověření</w:t>
      </w:r>
    </w:p>
    <w:p w14:paraId="12782878" w14:textId="77777777" w:rsidR="00A27A6F" w:rsidRDefault="00000000">
      <w:pPr>
        <w:keepLines/>
        <w:spacing w:after="4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8"/>
        </w:rPr>
        <w:t>Jednorázově dne: ..................................................  v přibližný čas: ..................................................</w:t>
      </w:r>
    </w:p>
    <w:p w14:paraId="26B54947" w14:textId="77777777" w:rsidR="00A27A6F" w:rsidRDefault="00000000">
      <w:pPr>
        <w:keepLines/>
        <w:spacing w:after="4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8"/>
        </w:rPr>
        <w:t>Opakovaně ve dnech:  ☐ Po   ☐ Út   ☐ St   ☐ Čt   ☐ Pá     obvykle v čase: ..................................................</w:t>
      </w:r>
    </w:p>
    <w:p w14:paraId="13C8FFCA" w14:textId="77777777" w:rsidR="00A27A6F" w:rsidRDefault="00000000">
      <w:pPr>
        <w:keepLines/>
        <w:spacing w:after="4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8"/>
        </w:rPr>
        <w:t>Platnost od: ..................................................  do: ..................................................  /  ☐ do písemného odvolání</w:t>
      </w:r>
    </w:p>
    <w:p w14:paraId="21099771" w14:textId="77777777" w:rsidR="00A27A6F" w:rsidRDefault="00000000">
      <w:pPr>
        <w:pStyle w:val="Nadpis1"/>
        <w:keepLines w:val="0"/>
        <w:pBdr>
          <w:bottom w:val="single" w:sz="8" w:space="3" w:color="2E74B5"/>
        </w:pBdr>
        <w:shd w:val="clear" w:color="auto" w:fill="EAF3F8"/>
      </w:pPr>
      <w:r>
        <w:rPr>
          <w:rFonts w:ascii="Calibri" w:eastAsia="Calibri" w:hAnsi="Calibri"/>
        </w:rPr>
        <w:t>4. Pověření a prohlášení zákonného zástupce</w:t>
      </w:r>
    </w:p>
    <w:p w14:paraId="0803803A" w14:textId="77777777" w:rsidR="00A27A6F" w:rsidRDefault="00000000">
      <w:pPr>
        <w:keepLines/>
        <w:spacing w:after="3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Výše uvedenou osobu tímto pověřuji převzetím dítěte z mateřské školy a jeho doprovodem po řádném předání učitelem.</w:t>
      </w:r>
    </w:p>
    <w:p w14:paraId="095AF110" w14:textId="77777777" w:rsidR="00A27A6F" w:rsidRDefault="00000000">
      <w:pPr>
        <w:keepLines/>
        <w:spacing w:after="3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Prohlašuji, že pověřenou osobu považuji vzhledem k jejímu věku, rozumové a volní vyspělosti a zdravotnímu stavu za způsobilou dítě bezpečně převzít a doprovodit.</w:t>
      </w:r>
    </w:p>
    <w:p w14:paraId="00DEAAF0" w14:textId="77777777" w:rsidR="00A27A6F" w:rsidRDefault="00000000">
      <w:pPr>
        <w:keepLines/>
        <w:spacing w:after="3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Pověřenou osobu jsem poučil/a o bezpečné cestě, potřebách dítěte, zákazu předat dítě další osobě a postupu při mimořádné situaci.</w:t>
      </w:r>
    </w:p>
    <w:p w14:paraId="79506E89" w14:textId="77777777" w:rsidR="00A27A6F" w:rsidRDefault="00000000">
      <w:pPr>
        <w:keepLines/>
        <w:spacing w:after="3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Odpovídám za výběr pověřené osoby a za zajištění péče o dítě po jeho řádném předání; každou změnu nebo odvolání pověření oznámím škole písemně.</w:t>
      </w:r>
    </w:p>
    <w:p w14:paraId="1DAD6433" w14:textId="77777777" w:rsidR="00A27A6F" w:rsidRDefault="00000000">
      <w:pPr>
        <w:keepLines/>
        <w:spacing w:before="60" w:after="20" w:line="240" w:lineRule="auto"/>
      </w:pPr>
      <w:r>
        <w:rPr>
          <w:rFonts w:eastAsia="Calibri"/>
          <w:b/>
          <w:sz w:val="18"/>
        </w:rPr>
        <w:t>V .................................................. dne ..................................................</w:t>
      </w:r>
    </w:p>
    <w:p w14:paraId="1FE9C315" w14:textId="77777777" w:rsidR="00A27A6F" w:rsidRDefault="00000000">
      <w:pPr>
        <w:keepLines/>
        <w:spacing w:line="240" w:lineRule="auto"/>
      </w:pPr>
      <w:r>
        <w:rPr>
          <w:rFonts w:eastAsia="Calibri"/>
          <w:b/>
          <w:sz w:val="18"/>
        </w:rPr>
        <w:t>Podpis zákonného zástupce: ........................................................................................................................</w:t>
      </w:r>
    </w:p>
    <w:p w14:paraId="65EDCC33" w14:textId="77777777" w:rsidR="00A27A6F" w:rsidRDefault="00000000">
      <w:pPr>
        <w:pStyle w:val="Nadpis1"/>
        <w:keepLines w:val="0"/>
        <w:pBdr>
          <w:bottom w:val="single" w:sz="8" w:space="3" w:color="2E74B5"/>
        </w:pBdr>
        <w:shd w:val="clear" w:color="auto" w:fill="EAF3F8"/>
      </w:pPr>
      <w:r>
        <w:rPr>
          <w:rFonts w:ascii="Calibri" w:eastAsia="Calibri" w:hAnsi="Calibri"/>
        </w:rPr>
        <w:t>5. Záznam mateřské školy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40"/>
        <w:gridCol w:w="6520"/>
      </w:tblGrid>
      <w:tr w:rsidR="00A27A6F" w14:paraId="4471402A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EBFBCFB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Přijetí pověření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CC1DE12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dne ………………………  převzal/a ……………………………………………………………</w:t>
            </w:r>
          </w:p>
        </w:tc>
      </w:tr>
      <w:tr w:rsidR="00A27A6F" w14:paraId="0C8BA4CF" w14:textId="77777777">
        <w:tc>
          <w:tcPr>
            <w:tcW w:w="28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47B76D1D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Ověření osoby</w:t>
            </w:r>
          </w:p>
        </w:tc>
        <w:tc>
          <w:tcPr>
            <w:tcW w:w="652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65" w:type="dxa"/>
              <w:left w:w="120" w:type="dxa"/>
              <w:bottom w:w="65" w:type="dxa"/>
              <w:right w:w="120" w:type="dxa"/>
            </w:tcMar>
            <w:vAlign w:val="center"/>
          </w:tcPr>
          <w:p w14:paraId="62E1D3EA" w14:textId="77777777" w:rsidR="00A27A6F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8"/>
              </w:rPr>
              <w:t>☐ rodič osobně představil   ☐ škola osobu zná   ☐ jiný způsob: ………………………</w:t>
            </w:r>
          </w:p>
        </w:tc>
      </w:tr>
    </w:tbl>
    <w:p w14:paraId="643E42C8" w14:textId="77777777" w:rsidR="00A27A6F" w:rsidRDefault="00000000">
      <w:pPr>
        <w:keepLines/>
        <w:spacing w:after="2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Byly zohledněny věk a vyspělost pověřené osoby, věk a potřeby dítěte, jejich vzájemný vztah, způsob doprovodu, cesta a možnost přivolat pomoc.</w:t>
      </w:r>
    </w:p>
    <w:p w14:paraId="4394EB97" w14:textId="77777777" w:rsidR="00A27A6F" w:rsidRDefault="00000000">
      <w:pPr>
        <w:keepLines/>
        <w:spacing w:after="2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Pověření je úplné a bylo zaevidováno. Předávání může probíhat v uvedeném rozsahu.</w:t>
      </w:r>
    </w:p>
    <w:p w14:paraId="431EE023" w14:textId="77777777" w:rsidR="00A27A6F" w:rsidRDefault="00000000">
      <w:pPr>
        <w:keepLines/>
        <w:spacing w:after="20" w:line="245" w:lineRule="auto"/>
      </w:pPr>
      <w:r>
        <w:rPr>
          <w:rFonts w:ascii="DejaVu Sans" w:eastAsia="DejaVu Sans" w:hAnsi="DejaVu Sans"/>
          <w:color w:val="1F4E78"/>
          <w:sz w:val="20"/>
        </w:rPr>
        <w:t xml:space="preserve">☐  </w:t>
      </w:r>
      <w:r>
        <w:rPr>
          <w:rFonts w:eastAsia="Calibri"/>
          <w:sz w:val="17"/>
        </w:rPr>
        <w:t>Pověření je nutné doplnit / bezpečnostní podmínky projednat se zákonným zástupcem: ...............................................................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A27A6F" w14:paraId="413B763B" w14:textId="77777777">
        <w:tc>
          <w:tcPr>
            <w:tcW w:w="9360" w:type="dxa"/>
            <w:tcBorders>
              <w:top w:val="single" w:sz="5" w:space="0" w:color="D8C886"/>
              <w:left w:val="single" w:sz="5" w:space="0" w:color="D8C886"/>
              <w:bottom w:val="single" w:sz="5" w:space="0" w:color="D8C886"/>
              <w:right w:val="single" w:sz="5" w:space="0" w:color="D8C886"/>
            </w:tcBorders>
            <w:shd w:val="clear" w:color="auto" w:fill="FFF8E8"/>
            <w:tcMar>
              <w:top w:w="65" w:type="dxa"/>
              <w:left w:w="120" w:type="dxa"/>
              <w:bottom w:w="65" w:type="dxa"/>
              <w:right w:w="120" w:type="dxa"/>
            </w:tcMar>
          </w:tcPr>
          <w:p w14:paraId="12898838" w14:textId="77777777" w:rsidR="00A27A6F" w:rsidRDefault="00000000">
            <w:pPr>
              <w:spacing w:after="0"/>
            </w:pPr>
            <w:r>
              <w:rPr>
                <w:rFonts w:eastAsia="Calibri"/>
                <w:b/>
                <w:color w:val="1F4E78"/>
                <w:sz w:val="17"/>
              </w:rPr>
              <w:t xml:space="preserve">Aktuální situace při vyzvednutí: </w:t>
            </w:r>
            <w:r>
              <w:rPr>
                <w:rFonts w:eastAsia="Calibri"/>
                <w:sz w:val="17"/>
              </w:rPr>
              <w:t>Zjistí-li učitel konkrétní okolnost nasvědčující bezprostřednímu ohrožení dítěte nebo zjevné nezpůsobilosti pověřené osoby dítě bezpečně převzít, dítě nepředá a neprodleně kontaktuje zákonného zástupce. Tím není dotčena povinnost školy chránit dítě až do řádného předání.</w:t>
            </w:r>
          </w:p>
        </w:tc>
      </w:tr>
    </w:tbl>
    <w:p w14:paraId="21337D84" w14:textId="77777777" w:rsidR="00A27A6F" w:rsidRDefault="00000000">
      <w:pPr>
        <w:keepLines/>
        <w:spacing w:before="80" w:after="40" w:line="240" w:lineRule="auto"/>
      </w:pPr>
      <w:r>
        <w:rPr>
          <w:rFonts w:eastAsia="Calibri"/>
          <w:b/>
          <w:sz w:val="17"/>
        </w:rPr>
        <w:t>Datum: ..................................................    Jméno a podpis ředitelky / pověřeného pracovníka: ........................................................................</w:t>
      </w:r>
    </w:p>
    <w:p w14:paraId="4F6300C0" w14:textId="77777777" w:rsidR="00A27A6F" w:rsidRDefault="00000000">
      <w:pPr>
        <w:spacing w:before="40" w:after="0" w:line="240" w:lineRule="auto"/>
      </w:pPr>
      <w:r>
        <w:rPr>
          <w:rFonts w:eastAsia="Calibri"/>
          <w:b/>
          <w:color w:val="667085"/>
          <w:sz w:val="15"/>
        </w:rPr>
        <w:t xml:space="preserve">Právní podklad: </w:t>
      </w:r>
      <w:r>
        <w:rPr>
          <w:rFonts w:eastAsia="Calibri"/>
          <w:color w:val="667085"/>
          <w:sz w:val="15"/>
        </w:rPr>
        <w:t>§ 5 odst. 1 vyhlášky č. 14/2005 Sb.; § 29 odst. 2 zákona č. 561/2004 Sb.; § 31 zákona č. 89/2012 Sb. Formulář nenahrazuje individuální posouzení konkrétní situace při předávání dítěte.</w:t>
      </w:r>
    </w:p>
    <w:sectPr w:rsidR="00A27A6F" w:rsidSect="00034616">
      <w:headerReference w:type="default" r:id="rId8"/>
      <w:footerReference w:type="default" r:id="rId9"/>
      <w:pgSz w:w="11906" w:h="16838"/>
      <w:pgMar w:top="765" w:right="1134" w:bottom="709" w:left="1134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F8933F" w14:textId="77777777" w:rsidR="0021374A" w:rsidRDefault="0021374A">
      <w:pPr>
        <w:spacing w:after="0" w:line="240" w:lineRule="auto"/>
      </w:pPr>
      <w:r>
        <w:separator/>
      </w:r>
    </w:p>
  </w:endnote>
  <w:endnote w:type="continuationSeparator" w:id="0">
    <w:p w14:paraId="2F4BA316" w14:textId="77777777" w:rsidR="0021374A" w:rsidRDefault="0021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153C1" w14:textId="77777777" w:rsidR="00A27A6F" w:rsidRDefault="00000000">
    <w:pPr>
      <w:pStyle w:val="Zpat"/>
      <w:jc w:val="right"/>
    </w:pPr>
    <w:proofErr w:type="spellStart"/>
    <w:r>
      <w:rPr>
        <w:rFonts w:eastAsia="Calibri"/>
        <w:color w:val="667085"/>
        <w:sz w:val="16"/>
      </w:rPr>
      <w:t>Pověření</w:t>
    </w:r>
    <w:proofErr w:type="spellEnd"/>
    <w:r>
      <w:rPr>
        <w:rFonts w:eastAsia="Calibri"/>
        <w:color w:val="667085"/>
        <w:sz w:val="16"/>
      </w:rPr>
      <w:t xml:space="preserve"> k </w:t>
    </w:r>
    <w:proofErr w:type="spellStart"/>
    <w:r>
      <w:rPr>
        <w:rFonts w:eastAsia="Calibri"/>
        <w:color w:val="667085"/>
        <w:sz w:val="16"/>
      </w:rPr>
      <w:t>vyzvedávání</w:t>
    </w:r>
    <w:proofErr w:type="spellEnd"/>
    <w:r>
      <w:rPr>
        <w:rFonts w:eastAsia="Calibri"/>
        <w:color w:val="667085"/>
        <w:sz w:val="16"/>
      </w:rPr>
      <w:t xml:space="preserve"> </w:t>
    </w:r>
    <w:proofErr w:type="spellStart"/>
    <w:r>
      <w:rPr>
        <w:rFonts w:eastAsia="Calibri"/>
        <w:color w:val="667085"/>
        <w:sz w:val="16"/>
      </w:rPr>
      <w:t>dítěte</w:t>
    </w:r>
    <w:proofErr w:type="spellEnd"/>
    <w:r>
      <w:rPr>
        <w:rFonts w:eastAsia="Calibri"/>
        <w:color w:val="667085"/>
        <w:sz w:val="16"/>
      </w:rPr>
      <w:t xml:space="preserve"> </w:t>
    </w:r>
    <w:proofErr w:type="spellStart"/>
    <w:r>
      <w:rPr>
        <w:rFonts w:eastAsia="Calibri"/>
        <w:color w:val="667085"/>
        <w:sz w:val="16"/>
      </w:rPr>
      <w:t>nezletilou</w:t>
    </w:r>
    <w:proofErr w:type="spellEnd"/>
    <w:r>
      <w:rPr>
        <w:rFonts w:eastAsia="Calibri"/>
        <w:color w:val="667085"/>
        <w:sz w:val="16"/>
      </w:rPr>
      <w:t xml:space="preserve"> </w:t>
    </w:r>
    <w:proofErr w:type="spellStart"/>
    <w:r>
      <w:rPr>
        <w:rFonts w:eastAsia="Calibri"/>
        <w:color w:val="667085"/>
        <w:sz w:val="16"/>
      </w:rPr>
      <w:t>osobou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0D79EF" w14:textId="77777777" w:rsidR="0021374A" w:rsidRDefault="0021374A">
      <w:pPr>
        <w:spacing w:after="0" w:line="240" w:lineRule="auto"/>
      </w:pPr>
      <w:r>
        <w:separator/>
      </w:r>
    </w:p>
  </w:footnote>
  <w:footnote w:type="continuationSeparator" w:id="0">
    <w:p w14:paraId="257D487C" w14:textId="77777777" w:rsidR="0021374A" w:rsidRDefault="0021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8F152F" w14:textId="77777777" w:rsidR="00A27A6F" w:rsidRDefault="00000000">
    <w:pPr>
      <w:pStyle w:val="Zhlav"/>
    </w:pPr>
    <w:r>
      <w:rPr>
        <w:rFonts w:eastAsia="Calibri"/>
        <w:b/>
        <w:color w:val="667085"/>
        <w:sz w:val="16"/>
      </w:rPr>
      <w:t>NÁZEV MATEŘSKÉ ŠKOLY</w:t>
    </w:r>
    <w:r>
      <w:rPr>
        <w:rFonts w:eastAsia="Calibri"/>
        <w:color w:val="667085"/>
        <w:sz w:val="16"/>
      </w:rPr>
      <w:t xml:space="preserve">   |   INTERNÍ FORMULÁŘ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8732028">
    <w:abstractNumId w:val="8"/>
  </w:num>
  <w:num w:numId="2" w16cid:durableId="2080395626">
    <w:abstractNumId w:val="6"/>
  </w:num>
  <w:num w:numId="3" w16cid:durableId="880244165">
    <w:abstractNumId w:val="5"/>
  </w:num>
  <w:num w:numId="4" w16cid:durableId="1463307668">
    <w:abstractNumId w:val="4"/>
  </w:num>
  <w:num w:numId="5" w16cid:durableId="1683122885">
    <w:abstractNumId w:val="7"/>
  </w:num>
  <w:num w:numId="6" w16cid:durableId="1287081032">
    <w:abstractNumId w:val="3"/>
  </w:num>
  <w:num w:numId="7" w16cid:durableId="289363489">
    <w:abstractNumId w:val="2"/>
  </w:num>
  <w:num w:numId="8" w16cid:durableId="852458034">
    <w:abstractNumId w:val="1"/>
  </w:num>
  <w:num w:numId="9" w16cid:durableId="18299777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374A"/>
    <w:rsid w:val="0029639D"/>
    <w:rsid w:val="00326F90"/>
    <w:rsid w:val="0082292A"/>
    <w:rsid w:val="00825C03"/>
    <w:rsid w:val="00A27A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2BD71B"/>
  <w14:defaultImageDpi w14:val="300"/>
  <w15:docId w15:val="{7CE50E7B-0F70-A243-8A87-AC794AD1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7" w:lineRule="auto"/>
    </w:pPr>
    <w:rPr>
      <w:rFonts w:ascii="Calibri" w:hAnsi="Calibri"/>
      <w:color w:val="1F2937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1F4E78"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Pověření k vyzvedávání dítěte osobou mladší 15 let</dc:title>
  <dc:subject>Mateřská škola – předávání dítěte pověřené nezletilé osobě</dc:subject>
  <dc:creator>info@mspolerady.cz</dc:creator>
  <cp:keywords>mateřská škola, vyzvedávání dítěte, pověřená osoba, nezletilý</cp:keywords>
  <dc:description>generated by python-docx</dc:description>
  <cp:lastModifiedBy>info@mspolerady.cz</cp:lastModifiedBy>
  <cp:revision>2</cp:revision>
  <cp:lastPrinted>2026-09-04T11:25:00Z</cp:lastPrinted>
  <dcterms:created xsi:type="dcterms:W3CDTF">2026-09-04T11:26:00Z</dcterms:created>
  <dcterms:modified xsi:type="dcterms:W3CDTF">2026-09-04T11:26:00Z</dcterms:modified>
  <cp:category/>
</cp:coreProperties>
</file>