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5ABE1" w14:textId="1CBDDBC7" w:rsidR="00A94604" w:rsidRPr="007B6D26" w:rsidRDefault="00A94604" w:rsidP="00A94604">
      <w:pPr>
        <w:pStyle w:val="Heading1"/>
        <w:jc w:val="center"/>
      </w:pPr>
      <w:r w:rsidRPr="007B6D26">
        <w:rPr>
          <w:noProof/>
        </w:rPr>
        <w:drawing>
          <wp:inline distT="0" distB="0" distL="0" distR="0" wp14:anchorId="099EC9C8" wp14:editId="7CD4F3C8">
            <wp:extent cx="2137409" cy="241300"/>
            <wp:effectExtent l="0" t="0" r="0" b="6350"/>
            <wp:docPr id="806234999"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34999" name="Picture 1" descr="A black background with white text&#10;&#10;AI-generated content may be incorrect."/>
                    <pic:cNvPicPr/>
                  </pic:nvPicPr>
                  <pic:blipFill rotWithShape="1">
                    <a:blip r:embed="rId8"/>
                    <a:srcRect t="27006" b="25483"/>
                    <a:stretch>
                      <a:fillRect/>
                    </a:stretch>
                  </pic:blipFill>
                  <pic:spPr bwMode="auto">
                    <a:xfrm>
                      <a:off x="0" y="0"/>
                      <a:ext cx="2137906" cy="241356"/>
                    </a:xfrm>
                    <a:prstGeom prst="rect">
                      <a:avLst/>
                    </a:prstGeom>
                    <a:ln>
                      <a:noFill/>
                    </a:ln>
                    <a:extLst>
                      <a:ext uri="{53640926-AAD7-44D8-BBD7-CCE9431645EC}">
                        <a14:shadowObscured xmlns:a14="http://schemas.microsoft.com/office/drawing/2010/main"/>
                      </a:ext>
                    </a:extLst>
                  </pic:spPr>
                </pic:pic>
              </a:graphicData>
            </a:graphic>
          </wp:inline>
        </w:drawing>
      </w:r>
    </w:p>
    <w:p w14:paraId="6A59D864" w14:textId="61123302" w:rsidR="00A94604" w:rsidRPr="007B6D26" w:rsidRDefault="00A94604" w:rsidP="00A94604">
      <w:pPr>
        <w:jc w:val="center"/>
        <w:rPr>
          <w:rFonts w:ascii="Montserrat" w:hAnsi="Montserrat" w:cs="DIN Pro Cond Medium"/>
        </w:rPr>
      </w:pPr>
      <w:r w:rsidRPr="007B6D26">
        <w:rPr>
          <w:rFonts w:ascii="Montserrat" w:hAnsi="Montserrat" w:cs="DIN Pro Cond Medium"/>
        </w:rPr>
        <w:t xml:space="preserve">Statement of Work </w:t>
      </w:r>
      <w:r w:rsidR="00964AB0" w:rsidRPr="007B6D26">
        <w:rPr>
          <w:rFonts w:ascii="Montserrat" w:hAnsi="Montserrat" w:cs="DIN Pro Cond Medium"/>
        </w:rPr>
        <w:t>&amp; Client Agreements</w:t>
      </w:r>
    </w:p>
    <w:tbl>
      <w:tblPr>
        <w:tblStyle w:val="TableGrid"/>
        <w:tblW w:w="0" w:type="auto"/>
        <w:jc w:val="center"/>
        <w:tblLook w:val="04A0" w:firstRow="1" w:lastRow="0" w:firstColumn="1" w:lastColumn="0" w:noHBand="0" w:noVBand="1"/>
      </w:tblPr>
      <w:tblGrid>
        <w:gridCol w:w="4320"/>
        <w:gridCol w:w="4889"/>
      </w:tblGrid>
      <w:tr w:rsidR="00A94604" w:rsidRPr="007B6D26" w14:paraId="46EF28A3" w14:textId="77777777" w:rsidTr="00816805">
        <w:trPr>
          <w:jc w:val="center"/>
        </w:trPr>
        <w:tc>
          <w:tcPr>
            <w:tcW w:w="4320" w:type="dxa"/>
          </w:tcPr>
          <w:p w14:paraId="38EB4F89" w14:textId="64001F58" w:rsidR="00A94604" w:rsidRPr="007B6D26" w:rsidRDefault="00A94604">
            <w:pPr>
              <w:rPr>
                <w:rFonts w:ascii="Montserrat" w:hAnsi="Montserrat"/>
              </w:rPr>
            </w:pPr>
            <w:r w:rsidRPr="007B6D26">
              <w:rPr>
                <w:rFonts w:ascii="Montserrat" w:hAnsi="Montserrat"/>
              </w:rPr>
              <w:t>Client Name:</w:t>
            </w:r>
          </w:p>
        </w:tc>
        <w:tc>
          <w:tcPr>
            <w:tcW w:w="4889" w:type="dxa"/>
          </w:tcPr>
          <w:p w14:paraId="36571C8D" w14:textId="453E92D6" w:rsidR="00A94604" w:rsidRPr="00FD7F80" w:rsidRDefault="00FD7F80">
            <w:pPr>
              <w:rPr>
                <w:rFonts w:ascii="Montserrat" w:hAnsi="Montserrat"/>
              </w:rPr>
            </w:pPr>
            <w:r w:rsidRPr="00FD7F80">
              <w:rPr>
                <w:rFonts w:ascii="Montserrat" w:hAnsi="Montserrat"/>
              </w:rPr>
              <w:t>Chiltern Cheetahs</w:t>
            </w:r>
          </w:p>
        </w:tc>
      </w:tr>
      <w:tr w:rsidR="00A94604" w:rsidRPr="007B6D26" w14:paraId="46D0132C" w14:textId="77777777" w:rsidTr="00816805">
        <w:trPr>
          <w:jc w:val="center"/>
        </w:trPr>
        <w:tc>
          <w:tcPr>
            <w:tcW w:w="4320" w:type="dxa"/>
          </w:tcPr>
          <w:p w14:paraId="5FF6BFC4" w14:textId="73BF51D3" w:rsidR="00A94604" w:rsidRPr="007B6D26" w:rsidRDefault="00A94604">
            <w:pPr>
              <w:rPr>
                <w:rFonts w:ascii="Montserrat" w:hAnsi="Montserrat"/>
              </w:rPr>
            </w:pPr>
            <w:r w:rsidRPr="007B6D26">
              <w:rPr>
                <w:rFonts w:ascii="Montserrat" w:hAnsi="Montserrat"/>
              </w:rPr>
              <w:t>Client Address:</w:t>
            </w:r>
          </w:p>
        </w:tc>
        <w:tc>
          <w:tcPr>
            <w:tcW w:w="4889" w:type="dxa"/>
          </w:tcPr>
          <w:p w14:paraId="1827B825" w14:textId="7782F4E3" w:rsidR="00A94604" w:rsidRPr="00FD7F80" w:rsidRDefault="00FD7F80">
            <w:pPr>
              <w:rPr>
                <w:rFonts w:ascii="Montserrat" w:hAnsi="Montserrat"/>
              </w:rPr>
            </w:pPr>
            <w:r w:rsidRPr="00FD7F80">
              <w:rPr>
                <w:rFonts w:ascii="Montserrat" w:hAnsi="Montserrat"/>
              </w:rPr>
              <w:t>37 Ashfield Way, Hazlemere, Buckinghamshire, HP15 7RL</w:t>
            </w:r>
          </w:p>
        </w:tc>
      </w:tr>
      <w:tr w:rsidR="00816805" w:rsidRPr="007B6D26" w14:paraId="2C018B13" w14:textId="77777777" w:rsidTr="00816805">
        <w:trPr>
          <w:jc w:val="center"/>
        </w:trPr>
        <w:tc>
          <w:tcPr>
            <w:tcW w:w="4320" w:type="dxa"/>
          </w:tcPr>
          <w:p w14:paraId="6DE5F59A" w14:textId="1E1DE5AD" w:rsidR="00816805" w:rsidRPr="00C54630" w:rsidRDefault="00816805">
            <w:r w:rsidRPr="007B6D26">
              <w:rPr>
                <w:rFonts w:ascii="Montserrat" w:hAnsi="Montserrat"/>
              </w:rPr>
              <w:t>Provider Address:</w:t>
            </w:r>
          </w:p>
        </w:tc>
        <w:tc>
          <w:tcPr>
            <w:tcW w:w="4889" w:type="dxa"/>
          </w:tcPr>
          <w:p w14:paraId="2A0C1154" w14:textId="325FFD46" w:rsidR="00816805" w:rsidRPr="007B6D26" w:rsidRDefault="00816805">
            <w:pPr>
              <w:rPr>
                <w:rFonts w:ascii="Montserrat" w:hAnsi="Montserrat"/>
              </w:rPr>
            </w:pPr>
            <w:r w:rsidRPr="007B6D26">
              <w:rPr>
                <w:rFonts w:ascii="Montserrat" w:hAnsi="Montserrat"/>
              </w:rPr>
              <w:t xml:space="preserve">50 Pimms Grove, High Wycombe, Buckinghamshire, HP13 7EF </w:t>
            </w:r>
          </w:p>
        </w:tc>
      </w:tr>
      <w:tr w:rsidR="00A94604" w:rsidRPr="007B6D26" w14:paraId="0CEE9C0E" w14:textId="77777777" w:rsidTr="00816805">
        <w:trPr>
          <w:jc w:val="center"/>
        </w:trPr>
        <w:tc>
          <w:tcPr>
            <w:tcW w:w="4320" w:type="dxa"/>
          </w:tcPr>
          <w:p w14:paraId="377C4D83" w14:textId="0DB30A36" w:rsidR="00A94604" w:rsidRPr="007B6D26" w:rsidRDefault="00A94604">
            <w:pPr>
              <w:rPr>
                <w:rFonts w:ascii="Montserrat" w:hAnsi="Montserrat"/>
              </w:rPr>
            </w:pPr>
            <w:r w:rsidRPr="007B6D26">
              <w:rPr>
                <w:rFonts w:ascii="Montserrat" w:hAnsi="Montserrat"/>
              </w:rPr>
              <w:t>Date:</w:t>
            </w:r>
          </w:p>
        </w:tc>
        <w:tc>
          <w:tcPr>
            <w:tcW w:w="4889" w:type="dxa"/>
          </w:tcPr>
          <w:p w14:paraId="36B65BDA" w14:textId="69E39A31" w:rsidR="00A94604" w:rsidRPr="00FD7F80" w:rsidRDefault="00FD7F80">
            <w:pPr>
              <w:rPr>
                <w:rFonts w:ascii="Montserrat" w:hAnsi="Montserrat"/>
              </w:rPr>
            </w:pPr>
            <w:r w:rsidRPr="00FD7F80">
              <w:rPr>
                <w:rFonts w:ascii="Montserrat" w:hAnsi="Montserrat"/>
              </w:rPr>
              <w:t>2</w:t>
            </w:r>
            <w:r w:rsidR="00E125D4">
              <w:rPr>
                <w:rFonts w:ascii="Montserrat" w:hAnsi="Montserrat"/>
              </w:rPr>
              <w:t>5</w:t>
            </w:r>
            <w:r w:rsidRPr="00FD7F80">
              <w:rPr>
                <w:rFonts w:ascii="Montserrat" w:hAnsi="Montserrat"/>
              </w:rPr>
              <w:t>/02/2026</w:t>
            </w:r>
          </w:p>
        </w:tc>
      </w:tr>
    </w:tbl>
    <w:p w14:paraId="5296CB8D" w14:textId="77777777" w:rsidR="00A94604" w:rsidRPr="007B6D26" w:rsidRDefault="00A94604">
      <w:pPr>
        <w:rPr>
          <w:rFonts w:ascii="Montserrat" w:hAnsi="Montserrat" w:cs="DIN Pro Cond Medium"/>
          <w:b/>
          <w:bCs/>
          <w:color w:val="000000"/>
        </w:rPr>
      </w:pPr>
    </w:p>
    <w:p w14:paraId="6DAC1C79" w14:textId="1535F67F" w:rsidR="007B6D26" w:rsidRDefault="007B6D26">
      <w:pPr>
        <w:rPr>
          <w:rFonts w:ascii="Montserrat" w:hAnsi="Montserrat" w:cs="DIN Pro Cond Medium"/>
          <w:b/>
          <w:bCs/>
          <w:color w:val="000000"/>
        </w:rPr>
      </w:pPr>
      <w:r>
        <w:rPr>
          <w:rFonts w:ascii="Montserrat" w:hAnsi="Montserrat" w:cs="DIN Pro Cond Medium"/>
          <w:b/>
          <w:bCs/>
          <w:color w:val="000000"/>
        </w:rPr>
        <w:t xml:space="preserve">This </w:t>
      </w:r>
      <w:r w:rsidR="00432726">
        <w:rPr>
          <w:rFonts w:ascii="Montserrat" w:hAnsi="Montserrat" w:cs="DIN Pro Cond Medium"/>
          <w:b/>
          <w:bCs/>
          <w:color w:val="000000"/>
        </w:rPr>
        <w:t>document</w:t>
      </w:r>
      <w:r>
        <w:rPr>
          <w:rFonts w:ascii="Montserrat" w:hAnsi="Montserrat" w:cs="DIN Pro Cond Medium"/>
          <w:b/>
          <w:bCs/>
          <w:color w:val="000000"/>
        </w:rPr>
        <w:t xml:space="preserve"> specifies:</w:t>
      </w:r>
    </w:p>
    <w:p w14:paraId="4908461F" w14:textId="1DC0A405" w:rsidR="007B6D26" w:rsidRPr="00DE33CE" w:rsidRDefault="007B6D26" w:rsidP="00DE33CE">
      <w:pPr>
        <w:pStyle w:val="ListParagraph"/>
        <w:numPr>
          <w:ilvl w:val="0"/>
          <w:numId w:val="10"/>
        </w:numPr>
        <w:rPr>
          <w:rFonts w:ascii="Montserrat" w:hAnsi="Montserrat" w:cs="DIN Pro Cond Medium"/>
          <w:i/>
          <w:iCs/>
          <w:color w:val="000000"/>
          <w:sz w:val="20"/>
          <w:szCs w:val="20"/>
        </w:rPr>
      </w:pPr>
      <w:r w:rsidRPr="00DE33CE">
        <w:rPr>
          <w:rFonts w:ascii="Montserrat" w:hAnsi="Montserrat" w:cs="DIN Pro Cond Medium"/>
          <w:i/>
          <w:iCs/>
          <w:color w:val="000000"/>
          <w:sz w:val="20"/>
          <w:szCs w:val="20"/>
        </w:rPr>
        <w:t>Project Overview</w:t>
      </w:r>
    </w:p>
    <w:p w14:paraId="61490316" w14:textId="17A3DA3F" w:rsidR="007B6D26" w:rsidRPr="00DE33CE" w:rsidRDefault="007B6D26" w:rsidP="00DE33CE">
      <w:pPr>
        <w:pStyle w:val="ListParagraph"/>
        <w:numPr>
          <w:ilvl w:val="0"/>
          <w:numId w:val="10"/>
        </w:numPr>
        <w:rPr>
          <w:rFonts w:ascii="Montserrat" w:hAnsi="Montserrat" w:cs="DIN Pro Cond Medium"/>
          <w:i/>
          <w:iCs/>
          <w:color w:val="000000"/>
          <w:sz w:val="20"/>
          <w:szCs w:val="20"/>
        </w:rPr>
      </w:pPr>
      <w:r w:rsidRPr="00DE33CE">
        <w:rPr>
          <w:rFonts w:ascii="Montserrat" w:hAnsi="Montserrat" w:cs="DIN Pro Cond Medium"/>
          <w:i/>
          <w:iCs/>
          <w:color w:val="000000"/>
          <w:sz w:val="20"/>
          <w:szCs w:val="20"/>
        </w:rPr>
        <w:t>Scope of Work</w:t>
      </w:r>
    </w:p>
    <w:p w14:paraId="49DA82A1" w14:textId="594C87EB" w:rsidR="007B6D26" w:rsidRPr="00DE33CE" w:rsidRDefault="007B6D26" w:rsidP="00DE33CE">
      <w:pPr>
        <w:pStyle w:val="ListParagraph"/>
        <w:numPr>
          <w:ilvl w:val="0"/>
          <w:numId w:val="10"/>
        </w:numPr>
        <w:rPr>
          <w:rFonts w:ascii="Montserrat" w:hAnsi="Montserrat" w:cs="DIN Pro Cond Medium"/>
          <w:i/>
          <w:iCs/>
          <w:color w:val="000000"/>
          <w:sz w:val="20"/>
          <w:szCs w:val="20"/>
        </w:rPr>
      </w:pPr>
      <w:r w:rsidRPr="00DE33CE">
        <w:rPr>
          <w:rFonts w:ascii="Montserrat" w:hAnsi="Montserrat" w:cs="DIN Pro Cond Medium"/>
          <w:i/>
          <w:iCs/>
          <w:color w:val="000000"/>
          <w:sz w:val="20"/>
          <w:szCs w:val="20"/>
        </w:rPr>
        <w:t>Client Responsibilities</w:t>
      </w:r>
    </w:p>
    <w:p w14:paraId="3D998B58" w14:textId="7D9E8033" w:rsidR="007B6D26" w:rsidRPr="00DE33CE" w:rsidRDefault="007B6D26" w:rsidP="00DE33CE">
      <w:pPr>
        <w:pStyle w:val="ListParagraph"/>
        <w:numPr>
          <w:ilvl w:val="0"/>
          <w:numId w:val="10"/>
        </w:numPr>
        <w:rPr>
          <w:rFonts w:ascii="Montserrat" w:hAnsi="Montserrat" w:cs="DIN Pro Cond Medium"/>
          <w:i/>
          <w:iCs/>
          <w:color w:val="000000"/>
          <w:sz w:val="20"/>
          <w:szCs w:val="20"/>
        </w:rPr>
      </w:pPr>
      <w:r w:rsidRPr="00DE33CE">
        <w:rPr>
          <w:rFonts w:ascii="Montserrat" w:hAnsi="Montserrat" w:cs="DIN Pro Cond Medium"/>
          <w:i/>
          <w:iCs/>
          <w:color w:val="000000"/>
          <w:sz w:val="20"/>
          <w:szCs w:val="20"/>
        </w:rPr>
        <w:t>Deliverables</w:t>
      </w:r>
    </w:p>
    <w:p w14:paraId="51ACF114" w14:textId="2691F6B2" w:rsidR="007B6D26" w:rsidRPr="00DE33CE" w:rsidRDefault="007B6D26" w:rsidP="00DE33CE">
      <w:pPr>
        <w:pStyle w:val="ListParagraph"/>
        <w:numPr>
          <w:ilvl w:val="0"/>
          <w:numId w:val="10"/>
        </w:numPr>
        <w:rPr>
          <w:rFonts w:ascii="Montserrat" w:hAnsi="Montserrat" w:cs="DIN Pro Cond Medium"/>
          <w:i/>
          <w:iCs/>
          <w:color w:val="000000"/>
          <w:sz w:val="20"/>
          <w:szCs w:val="20"/>
        </w:rPr>
      </w:pPr>
      <w:r w:rsidRPr="00DE33CE">
        <w:rPr>
          <w:rFonts w:ascii="Montserrat" w:hAnsi="Montserrat" w:cs="DIN Pro Cond Medium"/>
          <w:i/>
          <w:iCs/>
          <w:color w:val="000000"/>
          <w:sz w:val="20"/>
          <w:szCs w:val="20"/>
        </w:rPr>
        <w:t>Timeline</w:t>
      </w:r>
    </w:p>
    <w:p w14:paraId="436B5595" w14:textId="400ED61C" w:rsidR="007B6D26" w:rsidRPr="00DE33CE" w:rsidRDefault="007B6D26" w:rsidP="00DE33CE">
      <w:pPr>
        <w:pStyle w:val="ListParagraph"/>
        <w:numPr>
          <w:ilvl w:val="0"/>
          <w:numId w:val="10"/>
        </w:numPr>
        <w:rPr>
          <w:rFonts w:ascii="Montserrat" w:hAnsi="Montserrat" w:cs="DIN Pro Cond Medium"/>
          <w:i/>
          <w:iCs/>
          <w:color w:val="000000"/>
          <w:sz w:val="20"/>
          <w:szCs w:val="20"/>
        </w:rPr>
      </w:pPr>
      <w:r w:rsidRPr="00DE33CE">
        <w:rPr>
          <w:rFonts w:ascii="Montserrat" w:hAnsi="Montserrat" w:cs="DIN Pro Cond Medium"/>
          <w:i/>
          <w:iCs/>
          <w:color w:val="000000"/>
          <w:sz w:val="20"/>
          <w:szCs w:val="20"/>
        </w:rPr>
        <w:t>Payment Terms</w:t>
      </w:r>
    </w:p>
    <w:p w14:paraId="391FABBC" w14:textId="2FA582E2" w:rsidR="007B6D26" w:rsidRPr="00DE33CE" w:rsidRDefault="007B6D26" w:rsidP="00DE33CE">
      <w:pPr>
        <w:pStyle w:val="ListParagraph"/>
        <w:numPr>
          <w:ilvl w:val="0"/>
          <w:numId w:val="10"/>
        </w:numPr>
        <w:rPr>
          <w:rFonts w:ascii="Montserrat" w:hAnsi="Montserrat" w:cs="DIN Pro Cond Medium"/>
          <w:i/>
          <w:iCs/>
          <w:color w:val="000000"/>
          <w:sz w:val="20"/>
          <w:szCs w:val="20"/>
        </w:rPr>
      </w:pPr>
      <w:r w:rsidRPr="00DE33CE">
        <w:rPr>
          <w:rFonts w:ascii="Montserrat" w:hAnsi="Montserrat" w:cs="DIN Pro Cond Medium"/>
          <w:i/>
          <w:iCs/>
          <w:color w:val="000000"/>
          <w:sz w:val="20"/>
          <w:szCs w:val="20"/>
        </w:rPr>
        <w:t>Confidentiality</w:t>
      </w:r>
    </w:p>
    <w:p w14:paraId="56D8272C" w14:textId="51078D70" w:rsidR="007B6D26" w:rsidRPr="00DE33CE" w:rsidRDefault="007B6D26" w:rsidP="00DE33CE">
      <w:pPr>
        <w:pStyle w:val="ListParagraph"/>
        <w:numPr>
          <w:ilvl w:val="0"/>
          <w:numId w:val="10"/>
        </w:numPr>
        <w:rPr>
          <w:rFonts w:ascii="Montserrat" w:hAnsi="Montserrat" w:cs="DIN Pro Cond Medium"/>
          <w:i/>
          <w:iCs/>
          <w:color w:val="000000"/>
          <w:sz w:val="20"/>
          <w:szCs w:val="20"/>
        </w:rPr>
      </w:pPr>
      <w:r w:rsidRPr="00DE33CE">
        <w:rPr>
          <w:rFonts w:ascii="Montserrat" w:hAnsi="Montserrat" w:cs="DIN Pro Cond Medium"/>
          <w:i/>
          <w:iCs/>
          <w:color w:val="000000"/>
          <w:sz w:val="20"/>
          <w:szCs w:val="20"/>
        </w:rPr>
        <w:t>Termination</w:t>
      </w:r>
    </w:p>
    <w:p w14:paraId="5B7F7C70" w14:textId="77777777" w:rsidR="00602F42" w:rsidRPr="007B6D26" w:rsidRDefault="00602F42" w:rsidP="007B6D26">
      <w:pPr>
        <w:rPr>
          <w:rFonts w:ascii="Montserrat" w:hAnsi="Montserrat" w:cs="DIN Pro Cond Medium"/>
          <w:color w:val="000000"/>
        </w:rPr>
      </w:pPr>
    </w:p>
    <w:p w14:paraId="010BC7E5" w14:textId="458087C1" w:rsidR="00A94604" w:rsidRPr="00190F6E" w:rsidRDefault="00190F6E" w:rsidP="00190F6E">
      <w:pPr>
        <w:pStyle w:val="ListParagraph"/>
        <w:numPr>
          <w:ilvl w:val="0"/>
          <w:numId w:val="11"/>
        </w:numPr>
        <w:ind w:left="426"/>
        <w:rPr>
          <w:rFonts w:ascii="Montserrat" w:hAnsi="Montserrat" w:cs="DIN Pro Cond Medium"/>
          <w:color w:val="000000"/>
        </w:rPr>
      </w:pPr>
      <w:r>
        <w:rPr>
          <w:rFonts w:ascii="Montserrat" w:hAnsi="Montserrat" w:cs="DIN Pro Cond Medium"/>
          <w:b/>
          <w:bCs/>
          <w:color w:val="000000"/>
        </w:rPr>
        <w:t xml:space="preserve"> </w:t>
      </w:r>
      <w:r w:rsidR="00A94604" w:rsidRPr="00190F6E">
        <w:rPr>
          <w:rFonts w:ascii="Montserrat" w:hAnsi="Montserrat" w:cs="DIN Pro Cond Medium"/>
          <w:b/>
          <w:bCs/>
          <w:color w:val="000000"/>
        </w:rPr>
        <w:t>Project Overview</w:t>
      </w:r>
    </w:p>
    <w:p w14:paraId="27B74CD4" w14:textId="0FD12EAD" w:rsidR="00A94604" w:rsidRPr="007B6D26" w:rsidRDefault="00A94604">
      <w:pPr>
        <w:rPr>
          <w:rFonts w:ascii="Montserrat" w:hAnsi="Montserrat" w:cs="DIN Pro Cond Medium"/>
          <w:color w:val="000000"/>
        </w:rPr>
      </w:pPr>
      <w:r w:rsidRPr="007B6D26">
        <w:rPr>
          <w:rFonts w:ascii="Montserrat" w:hAnsi="Montserrat" w:cs="DIN Pro Cond Medium"/>
          <w:color w:val="000000"/>
        </w:rPr>
        <w:t>This Statement of Work defines the scope, deliverables, and terms for the project.</w:t>
      </w:r>
    </w:p>
    <w:p w14:paraId="5B7B4366" w14:textId="77777777" w:rsidR="00715CF8" w:rsidRPr="007B6D26" w:rsidRDefault="00715CF8">
      <w:pPr>
        <w:rPr>
          <w:rFonts w:ascii="Montserrat" w:hAnsi="Montserrat" w:cs="DIN Pro Cond Medium"/>
          <w:color w:val="000000"/>
        </w:rPr>
      </w:pPr>
    </w:p>
    <w:p w14:paraId="72A408CD" w14:textId="42C7F19F" w:rsidR="00A94604" w:rsidRPr="00190F6E" w:rsidRDefault="00A94604" w:rsidP="00190F6E">
      <w:pPr>
        <w:pStyle w:val="ListParagraph"/>
        <w:numPr>
          <w:ilvl w:val="0"/>
          <w:numId w:val="11"/>
        </w:numPr>
        <w:ind w:left="426"/>
        <w:rPr>
          <w:rFonts w:ascii="Montserrat" w:hAnsi="Montserrat" w:cs="DIN Pro Cond Medium"/>
          <w:color w:val="000000"/>
        </w:rPr>
      </w:pPr>
      <w:r w:rsidRPr="00190F6E">
        <w:rPr>
          <w:rFonts w:ascii="Montserrat" w:hAnsi="Montserrat" w:cs="DIN Pro Cond Medium"/>
          <w:b/>
          <w:bCs/>
          <w:color w:val="000000"/>
        </w:rPr>
        <w:t>Scope of Work</w:t>
      </w:r>
    </w:p>
    <w:p w14:paraId="69C9C71F" w14:textId="0A0946F0" w:rsidR="00715CF8" w:rsidRPr="007B6D26" w:rsidRDefault="00A94604" w:rsidP="00A94604">
      <w:pPr>
        <w:rPr>
          <w:rFonts w:ascii="Montserrat" w:hAnsi="Montserrat" w:cs="DIN Pro Cond Medium"/>
          <w:color w:val="000000"/>
        </w:rPr>
      </w:pPr>
      <w:r w:rsidRPr="007B6D26">
        <w:rPr>
          <w:rFonts w:ascii="Montserrat" w:hAnsi="Montserrat" w:cs="DIN Pro Cond Medium"/>
          <w:color w:val="000000"/>
        </w:rPr>
        <w:t>The service provider will perform the tasks described and deliver the agreed outputs. This includes the following:</w:t>
      </w:r>
    </w:p>
    <w:p w14:paraId="32D27EB3" w14:textId="77777777" w:rsidR="00D92F00" w:rsidRDefault="00D92F00" w:rsidP="00A94604">
      <w:pPr>
        <w:rPr>
          <w:rFonts w:ascii="Montserrat" w:hAnsi="Montserrat" w:cs="DIN Pro Cond Medium"/>
          <w:b/>
          <w:bCs/>
          <w:color w:val="000000"/>
        </w:rPr>
      </w:pPr>
    </w:p>
    <w:p w14:paraId="1CEF806A" w14:textId="645D0A8E" w:rsidR="00683521" w:rsidRDefault="00683521" w:rsidP="00A94604">
      <w:pPr>
        <w:rPr>
          <w:rFonts w:ascii="Montserrat" w:hAnsi="Montserrat" w:cs="DIN Pro Cond Medium"/>
          <w:color w:val="000000"/>
        </w:rPr>
      </w:pPr>
      <w:r w:rsidRPr="00683521">
        <w:rPr>
          <w:rFonts w:ascii="Montserrat" w:hAnsi="Montserrat" w:cs="DIN Pro Cond Medium"/>
          <w:color w:val="000000"/>
        </w:rPr>
        <w:t xml:space="preserve">To create two high energy videos for </w:t>
      </w:r>
      <w:r w:rsidRPr="00683521">
        <w:rPr>
          <w:rFonts w:ascii="Montserrat" w:hAnsi="Montserrat" w:cs="DIN Pro Cond Medium"/>
          <w:b/>
          <w:bCs/>
          <w:color w:val="000000"/>
        </w:rPr>
        <w:t>Chiltern Cheetahs</w:t>
      </w:r>
      <w:r w:rsidRPr="00683521">
        <w:rPr>
          <w:rFonts w:ascii="Montserrat" w:hAnsi="Montserrat" w:cs="DIN Pro Cond Medium"/>
          <w:color w:val="000000"/>
        </w:rPr>
        <w:t>. The videos should incorporate all areas of cheerleading and should summarise it just one short film. Areas to include are jumps, dance, stunts, pyramid and tumbling. The video should incorporate younger and older age groups within it to show the range of athletes on the programme, different ethnicities where possible and should ensure all athletes are not exposed in any way. Video footage of happy athletes, smiling, hugs, waving and coaches cheering are also welcome.</w:t>
      </w:r>
    </w:p>
    <w:p w14:paraId="139BD440" w14:textId="77777777" w:rsidR="00683521" w:rsidRDefault="00683521" w:rsidP="00A94604">
      <w:pPr>
        <w:rPr>
          <w:rFonts w:ascii="Montserrat" w:hAnsi="Montserrat" w:cs="DIN Pro Cond Medium"/>
          <w:color w:val="000000"/>
        </w:rPr>
      </w:pPr>
    </w:p>
    <w:p w14:paraId="4C849544" w14:textId="77777777" w:rsidR="00683521" w:rsidRDefault="00683521" w:rsidP="00683521">
      <w:pPr>
        <w:rPr>
          <w:rFonts w:ascii="Montserrat" w:hAnsi="Montserrat" w:cs="DIN Pro Cond Medium"/>
          <w:b/>
          <w:bCs/>
          <w:color w:val="000000"/>
        </w:rPr>
      </w:pPr>
    </w:p>
    <w:p w14:paraId="0018F988" w14:textId="77777777" w:rsidR="00683521" w:rsidRDefault="00683521" w:rsidP="00683521">
      <w:pPr>
        <w:rPr>
          <w:rFonts w:ascii="Montserrat" w:hAnsi="Montserrat" w:cs="DIN Pro Cond Medium"/>
          <w:b/>
          <w:bCs/>
          <w:color w:val="000000"/>
        </w:rPr>
      </w:pPr>
    </w:p>
    <w:p w14:paraId="6503B5A1" w14:textId="7BEF8253" w:rsidR="00683521" w:rsidRPr="00683521" w:rsidRDefault="00E125D4" w:rsidP="00683521">
      <w:pPr>
        <w:rPr>
          <w:rFonts w:ascii="Montserrat" w:hAnsi="Montserrat" w:cs="DIN Pro Cond Medium"/>
          <w:b/>
          <w:bCs/>
          <w:color w:val="000000"/>
        </w:rPr>
      </w:pPr>
      <w:r>
        <w:rPr>
          <w:rFonts w:ascii="Montserrat" w:hAnsi="Montserrat" w:cs="DIN Pro Cond Medium"/>
          <w:b/>
          <w:bCs/>
          <w:color w:val="000000"/>
        </w:rPr>
        <w:lastRenderedPageBreak/>
        <w:t>[1]</w:t>
      </w:r>
      <w:r w:rsidR="00683521" w:rsidRPr="00683521">
        <w:rPr>
          <w:rFonts w:ascii="Montserrat" w:hAnsi="Montserrat" w:cs="DIN Pro Cond Medium"/>
          <w:b/>
          <w:bCs/>
          <w:color w:val="000000"/>
        </w:rPr>
        <w:t xml:space="preserve"> Website Hero Banner Video (Primary</w:t>
      </w:r>
      <w:r w:rsidR="00A413CB">
        <w:rPr>
          <w:rFonts w:ascii="Montserrat" w:hAnsi="Montserrat" w:cs="DIN Pro Cond Medium"/>
          <w:b/>
          <w:bCs/>
          <w:color w:val="000000"/>
        </w:rPr>
        <w:t xml:space="preserve"> Focus</w:t>
      </w:r>
      <w:r w:rsidR="00683521" w:rsidRPr="00683521">
        <w:rPr>
          <w:rFonts w:ascii="Montserrat" w:hAnsi="Montserrat" w:cs="DIN Pro Cond Medium"/>
          <w:b/>
          <w:bCs/>
          <w:color w:val="000000"/>
        </w:rPr>
        <w:t>)</w:t>
      </w:r>
    </w:p>
    <w:p w14:paraId="3951EF22" w14:textId="501EA5D3" w:rsidR="00683521" w:rsidRPr="00683521" w:rsidRDefault="00683521" w:rsidP="00683521">
      <w:pPr>
        <w:rPr>
          <w:rFonts w:ascii="Montserrat" w:hAnsi="Montserrat" w:cs="DIN Pro Cond Medium"/>
          <w:color w:val="000000"/>
        </w:rPr>
      </w:pPr>
      <w:r w:rsidRPr="00683521">
        <w:rPr>
          <w:rFonts w:ascii="Montserrat" w:hAnsi="Montserrat" w:cs="DIN Pro Cond Medium"/>
          <w:color w:val="000000"/>
        </w:rPr>
        <w:t xml:space="preserve">The website banner </w:t>
      </w:r>
      <w:r>
        <w:rPr>
          <w:rFonts w:ascii="Montserrat" w:hAnsi="Montserrat" w:cs="DIN Pro Cond Medium"/>
          <w:color w:val="000000"/>
        </w:rPr>
        <w:t>will be filmed in</w:t>
      </w:r>
      <w:r w:rsidRPr="00683521">
        <w:rPr>
          <w:rFonts w:ascii="Montserrat" w:hAnsi="Montserrat" w:cs="DIN Pro Cond Medium"/>
          <w:color w:val="000000"/>
        </w:rPr>
        <w:t xml:space="preserve"> landscape</w:t>
      </w:r>
      <w:r>
        <w:rPr>
          <w:rFonts w:ascii="Montserrat" w:hAnsi="Montserrat" w:cs="DIN Pro Cond Medium"/>
          <w:color w:val="000000"/>
        </w:rPr>
        <w:t>.</w:t>
      </w:r>
    </w:p>
    <w:p w14:paraId="0EE8D7C4" w14:textId="373CD558" w:rsidR="00683521" w:rsidRPr="00683521" w:rsidRDefault="00683521" w:rsidP="00683521">
      <w:pPr>
        <w:numPr>
          <w:ilvl w:val="0"/>
          <w:numId w:val="13"/>
        </w:numPr>
        <w:rPr>
          <w:rFonts w:ascii="Montserrat" w:hAnsi="Montserrat" w:cs="DIN Pro Cond Medium"/>
          <w:color w:val="000000"/>
        </w:rPr>
      </w:pPr>
      <w:r w:rsidRPr="00683521">
        <w:rPr>
          <w:rFonts w:ascii="Montserrat" w:hAnsi="Montserrat" w:cs="DIN Pro Cond Medium"/>
          <w:color w:val="000000"/>
        </w:rPr>
        <w:t>Main hero banner video</w:t>
      </w:r>
    </w:p>
    <w:p w14:paraId="15AA2943" w14:textId="335A6B77" w:rsidR="00683521" w:rsidRPr="00683521" w:rsidRDefault="00683521" w:rsidP="00683521">
      <w:pPr>
        <w:numPr>
          <w:ilvl w:val="0"/>
          <w:numId w:val="13"/>
        </w:numPr>
        <w:rPr>
          <w:rFonts w:ascii="Montserrat" w:hAnsi="Montserrat" w:cs="DIN Pro Cond Medium"/>
          <w:color w:val="000000"/>
        </w:rPr>
      </w:pPr>
      <w:r w:rsidRPr="00683521">
        <w:rPr>
          <w:rFonts w:ascii="Montserrat" w:hAnsi="Montserrat" w:cs="DIN Pro Cond Medium"/>
          <w:color w:val="000000"/>
        </w:rPr>
        <w:t xml:space="preserve">The video </w:t>
      </w:r>
      <w:r>
        <w:rPr>
          <w:rFonts w:ascii="Montserrat" w:hAnsi="Montserrat" w:cs="DIN Pro Cond Medium"/>
          <w:color w:val="000000"/>
        </w:rPr>
        <w:t>will be provided in a format compatible with</w:t>
      </w:r>
      <w:r w:rsidRPr="00683521">
        <w:rPr>
          <w:rFonts w:ascii="Montserrat" w:hAnsi="Montserrat" w:cs="DIN Pro Cond Medium"/>
          <w:color w:val="000000"/>
        </w:rPr>
        <w:t xml:space="preserve"> YouTube as an advert</w:t>
      </w:r>
      <w:r>
        <w:rPr>
          <w:rFonts w:ascii="Montserrat" w:hAnsi="Montserrat" w:cs="DIN Pro Cond Medium"/>
          <w:color w:val="000000"/>
        </w:rPr>
        <w:t>, either uploaded on MaltMEDIA for the client or via their own personal YouTube (Subject to discussion)</w:t>
      </w:r>
    </w:p>
    <w:p w14:paraId="3BFDA583" w14:textId="29D7FEB7" w:rsidR="00683521" w:rsidRPr="00683521" w:rsidRDefault="00683521" w:rsidP="00683521">
      <w:pPr>
        <w:numPr>
          <w:ilvl w:val="0"/>
          <w:numId w:val="13"/>
        </w:numPr>
        <w:rPr>
          <w:rFonts w:ascii="Montserrat" w:hAnsi="Montserrat" w:cs="DIN Pro Cond Medium"/>
          <w:color w:val="000000"/>
        </w:rPr>
      </w:pPr>
      <w:r>
        <w:rPr>
          <w:rFonts w:ascii="Montserrat" w:hAnsi="Montserrat" w:cs="DIN Pro Cond Medium"/>
          <w:color w:val="000000"/>
        </w:rPr>
        <w:t>Client has requested t</w:t>
      </w:r>
      <w:r w:rsidRPr="00683521">
        <w:rPr>
          <w:rFonts w:ascii="Montserrat" w:hAnsi="Montserrat" w:cs="DIN Pro Cond Medium"/>
          <w:color w:val="000000"/>
        </w:rPr>
        <w:t>wo edits</w:t>
      </w:r>
      <w:r>
        <w:rPr>
          <w:rFonts w:ascii="Montserrat" w:hAnsi="Montserrat" w:cs="DIN Pro Cond Medium"/>
          <w:color w:val="000000"/>
        </w:rPr>
        <w:t>, MaltMEDIA will prioritize the longer-form video first and any time leftover within the designated 8 hours of editing time will be used to shorten down the main video.</w:t>
      </w:r>
    </w:p>
    <w:p w14:paraId="0CC378F2" w14:textId="22C947FF" w:rsidR="00683521" w:rsidRPr="00683521" w:rsidRDefault="00683521" w:rsidP="00683521">
      <w:pPr>
        <w:pStyle w:val="ListParagraph"/>
        <w:numPr>
          <w:ilvl w:val="2"/>
          <w:numId w:val="13"/>
        </w:numPr>
        <w:rPr>
          <w:rFonts w:ascii="Montserrat" w:hAnsi="Montserrat" w:cs="DIN Pro Cond Medium"/>
          <w:color w:val="000000"/>
        </w:rPr>
      </w:pPr>
      <w:r w:rsidRPr="00683521">
        <w:rPr>
          <w:rFonts w:ascii="Montserrat" w:hAnsi="Montserrat" w:cs="DIN Pro Cond Medium"/>
          <w:color w:val="000000"/>
        </w:rPr>
        <w:t>One longer version (few minutes)</w:t>
      </w:r>
    </w:p>
    <w:p w14:paraId="3B62F877" w14:textId="0F1FEE58" w:rsidR="00683521" w:rsidRDefault="00683521" w:rsidP="00683521">
      <w:pPr>
        <w:pStyle w:val="ListParagraph"/>
        <w:numPr>
          <w:ilvl w:val="2"/>
          <w:numId w:val="13"/>
        </w:numPr>
        <w:rPr>
          <w:rFonts w:ascii="Montserrat" w:hAnsi="Montserrat" w:cs="DIN Pro Cond Medium"/>
          <w:color w:val="000000"/>
        </w:rPr>
      </w:pPr>
      <w:r w:rsidRPr="00683521">
        <w:rPr>
          <w:rFonts w:ascii="Montserrat" w:hAnsi="Montserrat" w:cs="DIN Pro Cond Medium"/>
          <w:color w:val="000000"/>
        </w:rPr>
        <w:t xml:space="preserve">One shorter version (approximately 30 seconds) </w:t>
      </w:r>
      <w:r>
        <w:rPr>
          <w:rFonts w:ascii="Montserrat" w:hAnsi="Montserrat" w:cs="DIN Pro Cond Medium"/>
          <w:color w:val="000000"/>
        </w:rPr>
        <w:t>– Subject to lack of time, this could be used as the social media video in landscape format.</w:t>
      </w:r>
    </w:p>
    <w:p w14:paraId="78FD3952" w14:textId="77777777" w:rsidR="00E125D4" w:rsidRDefault="00E125D4" w:rsidP="00E125D4">
      <w:pPr>
        <w:rPr>
          <w:rFonts w:ascii="Montserrat" w:hAnsi="Montserrat" w:cs="DIN Pro Cond Medium"/>
          <w:color w:val="000000"/>
        </w:rPr>
      </w:pPr>
    </w:p>
    <w:p w14:paraId="56FD7BD4" w14:textId="57344517" w:rsidR="00683521" w:rsidRPr="00E125D4" w:rsidRDefault="00E125D4" w:rsidP="00E125D4">
      <w:pPr>
        <w:rPr>
          <w:rFonts w:ascii="Montserrat" w:hAnsi="Montserrat" w:cs="DIN Pro Cond Medium"/>
          <w:b/>
          <w:bCs/>
          <w:color w:val="000000"/>
        </w:rPr>
      </w:pPr>
      <w:r>
        <w:rPr>
          <w:rFonts w:ascii="Montserrat" w:hAnsi="Montserrat" w:cs="DIN Pro Cond Medium"/>
          <w:b/>
          <w:bCs/>
          <w:color w:val="000000"/>
        </w:rPr>
        <w:t xml:space="preserve">[2] </w:t>
      </w:r>
      <w:r w:rsidR="00683521" w:rsidRPr="00E125D4">
        <w:rPr>
          <w:rFonts w:ascii="Montserrat" w:hAnsi="Montserrat" w:cs="DIN Pro Cond Medium"/>
          <w:b/>
          <w:bCs/>
          <w:color w:val="000000"/>
        </w:rPr>
        <w:t>Social Media Video</w:t>
      </w:r>
      <w:r w:rsidR="00A413CB">
        <w:rPr>
          <w:rFonts w:ascii="Montserrat" w:hAnsi="Montserrat" w:cs="DIN Pro Cond Medium"/>
          <w:b/>
          <w:bCs/>
          <w:color w:val="000000"/>
        </w:rPr>
        <w:t xml:space="preserve"> </w:t>
      </w:r>
    </w:p>
    <w:p w14:paraId="6F8030AD" w14:textId="73422CAC" w:rsidR="00683521" w:rsidRPr="00683521" w:rsidRDefault="00683521" w:rsidP="00E125D4">
      <w:pPr>
        <w:rPr>
          <w:rFonts w:ascii="Montserrat" w:hAnsi="Montserrat" w:cs="DIN Pro Cond Medium"/>
          <w:color w:val="000000"/>
        </w:rPr>
      </w:pPr>
      <w:r w:rsidRPr="00683521">
        <w:rPr>
          <w:rFonts w:ascii="Montserrat" w:hAnsi="Montserrat" w:cs="DIN Pro Cond Medium"/>
          <w:color w:val="000000"/>
        </w:rPr>
        <w:t xml:space="preserve">The </w:t>
      </w:r>
      <w:r>
        <w:rPr>
          <w:rFonts w:ascii="Montserrat" w:hAnsi="Montserrat" w:cs="DIN Pro Cond Medium"/>
          <w:color w:val="000000"/>
        </w:rPr>
        <w:t>social media video</w:t>
      </w:r>
      <w:r w:rsidRPr="00683521">
        <w:rPr>
          <w:rFonts w:ascii="Montserrat" w:hAnsi="Montserrat" w:cs="DIN Pro Cond Medium"/>
          <w:color w:val="000000"/>
        </w:rPr>
        <w:t xml:space="preserve"> will be filmed in landscape</w:t>
      </w:r>
      <w:r>
        <w:rPr>
          <w:rFonts w:ascii="Montserrat" w:hAnsi="Montserrat" w:cs="DIN Pro Cond Medium"/>
          <w:color w:val="000000"/>
        </w:rPr>
        <w:t xml:space="preserve"> and cropped into portrait as per the clients request.</w:t>
      </w:r>
    </w:p>
    <w:p w14:paraId="558466E1" w14:textId="7F2C808D" w:rsidR="00683521" w:rsidRPr="00683521" w:rsidRDefault="00683521" w:rsidP="00683521">
      <w:pPr>
        <w:numPr>
          <w:ilvl w:val="0"/>
          <w:numId w:val="13"/>
        </w:numPr>
        <w:rPr>
          <w:rFonts w:ascii="Montserrat" w:hAnsi="Montserrat" w:cs="DIN Pro Cond Medium"/>
          <w:color w:val="000000"/>
        </w:rPr>
      </w:pPr>
      <w:r w:rsidRPr="00683521">
        <w:rPr>
          <w:rFonts w:ascii="Montserrat" w:hAnsi="Montserrat" w:cs="DIN Pro Cond Medium"/>
          <w:color w:val="000000"/>
        </w:rPr>
        <w:t>1 minute in length</w:t>
      </w:r>
      <w:r>
        <w:rPr>
          <w:rFonts w:ascii="Montserrat" w:hAnsi="Montserrat" w:cs="DIN Pro Cond Medium"/>
          <w:color w:val="000000"/>
        </w:rPr>
        <w:t xml:space="preserve"> – Could also use shortened hero banner video </w:t>
      </w:r>
      <w:r>
        <w:rPr>
          <w:rFonts w:ascii="Montserrat" w:hAnsi="Montserrat" w:cs="DIN Pro Cond Medium"/>
          <w:color w:val="000000"/>
        </w:rPr>
        <w:t>(Subject to discussion)</w:t>
      </w:r>
    </w:p>
    <w:p w14:paraId="536BB109" w14:textId="77777777" w:rsidR="00683521" w:rsidRPr="00683521" w:rsidRDefault="00683521" w:rsidP="00683521">
      <w:pPr>
        <w:numPr>
          <w:ilvl w:val="0"/>
          <w:numId w:val="15"/>
        </w:numPr>
        <w:rPr>
          <w:rFonts w:ascii="Montserrat" w:hAnsi="Montserrat" w:cs="DIN Pro Cond Medium"/>
          <w:color w:val="000000"/>
        </w:rPr>
      </w:pPr>
      <w:r w:rsidRPr="00683521">
        <w:rPr>
          <w:rFonts w:ascii="Montserrat" w:hAnsi="Montserrat" w:cs="DIN Pro Cond Medium"/>
          <w:color w:val="000000"/>
        </w:rPr>
        <w:t>Featuring all of the above (jumps, dance, stunts, pyramid, tumbling, mixed age groups, diversity, positive culture and club atmosphere)</w:t>
      </w:r>
    </w:p>
    <w:p w14:paraId="6573844D" w14:textId="77777777" w:rsidR="00683521" w:rsidRPr="00683521" w:rsidRDefault="00683521" w:rsidP="00683521">
      <w:pPr>
        <w:numPr>
          <w:ilvl w:val="0"/>
          <w:numId w:val="15"/>
        </w:numPr>
        <w:rPr>
          <w:rFonts w:ascii="Montserrat" w:hAnsi="Montserrat" w:cs="DIN Pro Cond Medium"/>
          <w:color w:val="000000"/>
        </w:rPr>
      </w:pPr>
      <w:r w:rsidRPr="00683521">
        <w:rPr>
          <w:rFonts w:ascii="Montserrat" w:hAnsi="Montserrat" w:cs="DIN Pro Cond Medium"/>
          <w:color w:val="000000"/>
        </w:rPr>
        <w:t>To be used to advertise the club on social media sites including Instagram, Facebook and TikTok</w:t>
      </w:r>
    </w:p>
    <w:p w14:paraId="1BA77C9B" w14:textId="77777777" w:rsidR="00683521" w:rsidRPr="00683521" w:rsidRDefault="00683521" w:rsidP="00683521">
      <w:pPr>
        <w:numPr>
          <w:ilvl w:val="0"/>
          <w:numId w:val="15"/>
        </w:numPr>
        <w:rPr>
          <w:rFonts w:ascii="Montserrat" w:hAnsi="Montserrat" w:cs="DIN Pro Cond Medium"/>
          <w:color w:val="000000"/>
        </w:rPr>
      </w:pPr>
      <w:r w:rsidRPr="00683521">
        <w:rPr>
          <w:rFonts w:ascii="Montserrat" w:hAnsi="Montserrat" w:cs="DIN Pro Cond Medium"/>
          <w:color w:val="000000"/>
        </w:rPr>
        <w:t>The video should end with the Chiltern Cheetahs logo</w:t>
      </w:r>
    </w:p>
    <w:p w14:paraId="2FD29388" w14:textId="670D2156" w:rsidR="00190F6E" w:rsidRPr="00683521" w:rsidRDefault="00683521" w:rsidP="00A94604">
      <w:pPr>
        <w:numPr>
          <w:ilvl w:val="0"/>
          <w:numId w:val="15"/>
        </w:numPr>
        <w:rPr>
          <w:rFonts w:ascii="Montserrat" w:hAnsi="Montserrat" w:cs="DIN Pro Cond Medium"/>
          <w:color w:val="000000"/>
        </w:rPr>
      </w:pPr>
      <w:r w:rsidRPr="00683521">
        <w:rPr>
          <w:rFonts w:ascii="Montserrat" w:hAnsi="Montserrat" w:cs="DIN Pro Cond Medium"/>
          <w:color w:val="000000"/>
        </w:rPr>
        <w:t>Musi</w:t>
      </w:r>
      <w:r>
        <w:rPr>
          <w:rFonts w:ascii="Montserrat" w:hAnsi="Montserrat" w:cs="DIN Pro Cond Medium"/>
          <w:color w:val="000000"/>
        </w:rPr>
        <w:t>c will be discussed with the client before the edit commences</w:t>
      </w:r>
    </w:p>
    <w:p w14:paraId="1448A240" w14:textId="77777777" w:rsidR="00190F6E" w:rsidRDefault="00190F6E" w:rsidP="00A94604">
      <w:pPr>
        <w:rPr>
          <w:rFonts w:ascii="Montserrat" w:hAnsi="Montserrat" w:cs="DIN Pro Cond Medium"/>
          <w:b/>
          <w:bCs/>
          <w:color w:val="000000"/>
        </w:rPr>
      </w:pPr>
    </w:p>
    <w:p w14:paraId="22473D83" w14:textId="15A3697D" w:rsidR="00422DF6" w:rsidRPr="0021038D" w:rsidRDefault="00422DF6" w:rsidP="0021038D">
      <w:pPr>
        <w:pStyle w:val="ListParagraph"/>
        <w:numPr>
          <w:ilvl w:val="0"/>
          <w:numId w:val="11"/>
        </w:numPr>
        <w:ind w:left="426"/>
        <w:rPr>
          <w:rFonts w:ascii="Montserrat" w:hAnsi="Montserrat" w:cs="DIN Pro Cond Medium"/>
          <w:b/>
          <w:bCs/>
          <w:color w:val="000000"/>
        </w:rPr>
      </w:pPr>
      <w:r w:rsidRPr="0021038D">
        <w:rPr>
          <w:rFonts w:ascii="Montserrat" w:hAnsi="Montserrat" w:cs="DIN Pro Cond Medium"/>
          <w:b/>
          <w:bCs/>
          <w:color w:val="000000"/>
        </w:rPr>
        <w:t xml:space="preserve">Client </w:t>
      </w:r>
      <w:r w:rsidR="00715CF8" w:rsidRPr="0021038D">
        <w:rPr>
          <w:rFonts w:ascii="Montserrat" w:hAnsi="Montserrat" w:cs="DIN Pro Cond Medium"/>
          <w:b/>
          <w:bCs/>
          <w:color w:val="000000"/>
        </w:rPr>
        <w:t>Responsibilities</w:t>
      </w:r>
      <w:r w:rsidRPr="0021038D">
        <w:rPr>
          <w:rFonts w:ascii="Montserrat" w:hAnsi="Montserrat" w:cs="DIN Pro Cond Medium"/>
          <w:b/>
          <w:bCs/>
          <w:color w:val="000000"/>
        </w:rPr>
        <w:t xml:space="preserve"> </w:t>
      </w:r>
    </w:p>
    <w:p w14:paraId="0FAD112D" w14:textId="16A06931" w:rsidR="007F76E6" w:rsidRPr="007B6D26" w:rsidRDefault="007F76E6" w:rsidP="007F76E6">
      <w:pPr>
        <w:rPr>
          <w:rFonts w:ascii="Montserrat" w:hAnsi="Montserrat" w:cs="DIN Pro Cond Medium"/>
          <w:color w:val="000000"/>
        </w:rPr>
      </w:pPr>
      <w:r w:rsidRPr="007B6D26">
        <w:rPr>
          <w:rFonts w:ascii="Montserrat" w:hAnsi="Montserrat" w:cs="DIN Pro Cond Medium"/>
          <w:color w:val="000000"/>
        </w:rPr>
        <w:t>It is the client’s responsibility to ensure that all individuals appearing in this video are fully aware that they are being recorded and have provided their informed consent to participate.</w:t>
      </w:r>
    </w:p>
    <w:p w14:paraId="19DBDA86" w14:textId="7A53336D" w:rsidR="007F76E6" w:rsidRPr="007B6D26" w:rsidRDefault="007F76E6" w:rsidP="007F76E6">
      <w:pPr>
        <w:rPr>
          <w:rFonts w:ascii="Montserrat" w:hAnsi="Montserrat" w:cs="DIN Pro Cond Medium"/>
          <w:color w:val="000000"/>
        </w:rPr>
      </w:pPr>
      <w:r w:rsidRPr="007B6D26">
        <w:rPr>
          <w:rFonts w:ascii="Montserrat" w:hAnsi="Montserrat" w:cs="DIN Pro Cond Medium"/>
          <w:color w:val="000000"/>
        </w:rPr>
        <w:t>The client must also confirm that no person featured is vulnerable, under legal protection, subject to safeguarding restrictions, or otherwise prohibited from being filmed.</w:t>
      </w:r>
    </w:p>
    <w:p w14:paraId="3850035F" w14:textId="6C2C7483" w:rsidR="007B6D26" w:rsidRDefault="00715CF8" w:rsidP="007F76E6">
      <w:pPr>
        <w:rPr>
          <w:rFonts w:ascii="Montserrat" w:hAnsi="Montserrat" w:cs="DIN Pro Cond Medium"/>
          <w:color w:val="000000"/>
        </w:rPr>
      </w:pPr>
      <w:r w:rsidRPr="007B6D26">
        <w:rPr>
          <w:rFonts w:ascii="Montserrat" w:hAnsi="Montserrat" w:cs="DIN Pro Cond Medium"/>
          <w:color w:val="000000"/>
        </w:rPr>
        <w:t xml:space="preserve">By proceeding with filming, the client accepts full responsibility for obtaining the necessary permissions and ensuring compliance with all relevant legal and safeguarding requirements. This includes securing appropriate parental or guardian consent for any children appearing in the video. In the event that a child who does not have the required consent has already been filmed </w:t>
      </w:r>
      <w:r w:rsidRPr="007B6D26">
        <w:rPr>
          <w:rFonts w:ascii="Montserrat" w:hAnsi="Montserrat" w:cs="DIN Pro Cond Medium"/>
          <w:color w:val="000000"/>
        </w:rPr>
        <w:lastRenderedPageBreak/>
        <w:t>and edited, the client agrees to bear full responsibility for any associated corrective actions, including but not limited to editing, re-filming, content removal, or any other necessary amendments. All costs incurred as a result of such corrections shall be payable by the client.</w:t>
      </w:r>
    </w:p>
    <w:p w14:paraId="5EAE2769" w14:textId="77777777" w:rsidR="007B6D26" w:rsidRPr="002D1020" w:rsidRDefault="007B6D26" w:rsidP="007B6D26">
      <w:pPr>
        <w:rPr>
          <w:rFonts w:ascii="Montserrat" w:hAnsi="Montserrat" w:cs="DIN Pro Cond Medium"/>
          <w:color w:val="000000"/>
        </w:rPr>
      </w:pPr>
      <w:r w:rsidRPr="002D1020">
        <w:rPr>
          <w:rFonts w:ascii="Montserrat" w:hAnsi="Montserrat" w:cs="DIN Pro Cond Medium"/>
          <w:color w:val="000000"/>
        </w:rPr>
        <w:t>The client is responsible for providing all necessary information, materials, branding assets and approvals required to complete the project in a timely manner.</w:t>
      </w:r>
      <w:r w:rsidRPr="007B6D26">
        <w:rPr>
          <w:rFonts w:ascii="Montserrat" w:hAnsi="Montserrat" w:cs="DIN Pro Cond Medium"/>
          <w:color w:val="000000"/>
        </w:rPr>
        <w:t xml:space="preserve"> </w:t>
      </w:r>
      <w:r w:rsidRPr="002D1020">
        <w:rPr>
          <w:rFonts w:ascii="Montserrat" w:hAnsi="Montserrat" w:cs="DIN Pro Cond Medium"/>
          <w:color w:val="000000"/>
        </w:rPr>
        <w:t>The client agrees to provide feedback within the agreed timeframes. Delays in providing materials, access, or approvals may result in adjusted delivery timelines.</w:t>
      </w:r>
    </w:p>
    <w:p w14:paraId="2F3F701A" w14:textId="007EA8F3" w:rsidR="00715CF8" w:rsidRPr="007B6D26" w:rsidRDefault="007B6D26" w:rsidP="007B6D26">
      <w:pPr>
        <w:tabs>
          <w:tab w:val="left" w:pos="6100"/>
        </w:tabs>
        <w:rPr>
          <w:rFonts w:ascii="Montserrat" w:hAnsi="Montserrat" w:cs="DIN Pro Cond Medium"/>
          <w:color w:val="000000"/>
        </w:rPr>
      </w:pPr>
      <w:r w:rsidRPr="007B6D26">
        <w:rPr>
          <w:rFonts w:ascii="Montserrat" w:hAnsi="Montserrat" w:cs="DIN Pro Cond Medium"/>
          <w:color w:val="000000"/>
        </w:rPr>
        <w:t>MaltMEDIA</w:t>
      </w:r>
      <w:r w:rsidRPr="002D1020">
        <w:rPr>
          <w:rFonts w:ascii="Montserrat" w:hAnsi="Montserrat" w:cs="DIN Pro Cond Medium"/>
          <w:color w:val="000000"/>
        </w:rPr>
        <w:t xml:space="preserve"> will deliver services in accordance with the agreed brief and specifications and will maintain professional standards throughout the project.</w:t>
      </w:r>
    </w:p>
    <w:p w14:paraId="4D7082A3" w14:textId="77777777" w:rsidR="00D74DCD" w:rsidRPr="007B6D26" w:rsidRDefault="00D74DCD" w:rsidP="007F76E6">
      <w:pPr>
        <w:rPr>
          <w:rFonts w:ascii="Montserrat" w:hAnsi="Montserrat" w:cs="DIN Pro Cond Medium"/>
          <w:b/>
          <w:bCs/>
          <w:color w:val="000000"/>
        </w:rPr>
      </w:pPr>
    </w:p>
    <w:p w14:paraId="7213FEF9" w14:textId="6FF06AC5" w:rsidR="00715CF8" w:rsidRPr="0021038D" w:rsidRDefault="0021038D" w:rsidP="0021038D">
      <w:pPr>
        <w:pStyle w:val="ListParagraph"/>
        <w:numPr>
          <w:ilvl w:val="0"/>
          <w:numId w:val="11"/>
        </w:numPr>
        <w:ind w:left="426"/>
        <w:rPr>
          <w:rFonts w:ascii="Montserrat" w:hAnsi="Montserrat" w:cs="DIN Pro Cond Medium"/>
          <w:b/>
          <w:bCs/>
          <w:color w:val="000000"/>
        </w:rPr>
      </w:pPr>
      <w:r>
        <w:rPr>
          <w:rFonts w:ascii="Montserrat" w:hAnsi="Montserrat" w:cs="DIN Pro Cond Medium"/>
          <w:b/>
          <w:bCs/>
          <w:color w:val="000000"/>
        </w:rPr>
        <w:t xml:space="preserve"> </w:t>
      </w:r>
      <w:r w:rsidR="00A94604" w:rsidRPr="0021038D">
        <w:rPr>
          <w:rFonts w:ascii="Montserrat" w:hAnsi="Montserrat" w:cs="DIN Pro Cond Medium"/>
          <w:b/>
          <w:bCs/>
          <w:color w:val="000000"/>
        </w:rPr>
        <w:t>Deliverables</w:t>
      </w:r>
    </w:p>
    <w:p w14:paraId="22EC9E21" w14:textId="5F2B3D7D" w:rsidR="00715CF8" w:rsidRPr="007B6D26" w:rsidRDefault="00715CF8">
      <w:pPr>
        <w:rPr>
          <w:rFonts w:ascii="Montserrat" w:hAnsi="Montserrat" w:cs="DIN Pro Cond Medium"/>
          <w:color w:val="000000"/>
        </w:rPr>
      </w:pPr>
      <w:r w:rsidRPr="007B6D26">
        <w:rPr>
          <w:rFonts w:ascii="Montserrat" w:hAnsi="Montserrat" w:cs="DIN Pro Cond Medium"/>
          <w:color w:val="000000"/>
        </w:rPr>
        <w:t>All deliverables will meet the specifications outlined in this document. Completed content will be provided to the client via a secure viewing link for approval. Upon confirmation of approval, an invoice will be issued, which will include a secure download link to access the final files. Payment is due within 7 days of the invoice date.</w:t>
      </w:r>
    </w:p>
    <w:p w14:paraId="73651E96" w14:textId="77777777" w:rsidR="00715CF8" w:rsidRPr="007B6D26" w:rsidRDefault="00715CF8">
      <w:pPr>
        <w:rPr>
          <w:rFonts w:ascii="Montserrat" w:hAnsi="Montserrat" w:cs="DIN Pro Cond Medium"/>
          <w:color w:val="000000"/>
        </w:rPr>
      </w:pPr>
      <w:r w:rsidRPr="007B6D26">
        <w:rPr>
          <w:rFonts w:ascii="Montserrat" w:hAnsi="Montserrat" w:cs="DIN Pro Cond Medium"/>
          <w:color w:val="000000"/>
        </w:rPr>
        <w:t>Reasonable revisions are included to ensure the final deliverables meet the agreed brief and specifications. Minor adjustments, such as small edits to timing, text, or basic visual changes, will not incur additional charges. However, substantial changes that require extensive re-editing, restructuring, re-filming, or alterations beyond the original agreed scope may be subject to additional fees. Any such charges will be discussed and agreed upon with the client in advance.</w:t>
      </w:r>
    </w:p>
    <w:p w14:paraId="6AD25784" w14:textId="77777777" w:rsidR="00715CF8" w:rsidRPr="007B6D26" w:rsidRDefault="00715CF8">
      <w:pPr>
        <w:rPr>
          <w:rFonts w:ascii="Montserrat" w:hAnsi="Montserrat" w:cs="DIN Pro Cond Medium"/>
          <w:color w:val="000000"/>
        </w:rPr>
      </w:pPr>
    </w:p>
    <w:p w14:paraId="57E18920" w14:textId="620959F5" w:rsidR="00A94604" w:rsidRPr="0021038D" w:rsidRDefault="00A94604" w:rsidP="0021038D">
      <w:pPr>
        <w:pStyle w:val="ListParagraph"/>
        <w:numPr>
          <w:ilvl w:val="0"/>
          <w:numId w:val="11"/>
        </w:numPr>
        <w:ind w:left="426"/>
        <w:rPr>
          <w:rFonts w:ascii="Montserrat" w:hAnsi="Montserrat" w:cs="DIN Pro Cond Medium"/>
          <w:color w:val="000000"/>
        </w:rPr>
      </w:pPr>
      <w:r w:rsidRPr="0021038D">
        <w:rPr>
          <w:rFonts w:ascii="Montserrat" w:hAnsi="Montserrat" w:cs="DIN Pro Cond Medium"/>
          <w:b/>
          <w:bCs/>
          <w:color w:val="000000"/>
        </w:rPr>
        <w:t>Timeline</w:t>
      </w:r>
    </w:p>
    <w:p w14:paraId="6599CC73" w14:textId="2004D29E" w:rsidR="00715CF8" w:rsidRPr="007B6D26" w:rsidRDefault="00E11E8C">
      <w:pPr>
        <w:rPr>
          <w:rFonts w:ascii="Montserrat" w:hAnsi="Montserrat" w:cs="DIN Pro Cond Medium"/>
          <w:color w:val="000000"/>
        </w:rPr>
      </w:pPr>
      <w:r w:rsidRPr="00E11E8C">
        <w:rPr>
          <w:rFonts w:ascii="Montserrat" w:hAnsi="Montserrat" w:cs="DIN Pro Cond Medium"/>
          <w:color w:val="000000"/>
        </w:rPr>
        <w:t>The project will begin on the Sunday 1</w:t>
      </w:r>
      <w:r w:rsidRPr="00E11E8C">
        <w:rPr>
          <w:rFonts w:ascii="Montserrat" w:hAnsi="Montserrat" w:cs="DIN Pro Cond Medium"/>
          <w:color w:val="000000"/>
          <w:vertAlign w:val="superscript"/>
        </w:rPr>
        <w:t>st</w:t>
      </w:r>
      <w:r>
        <w:rPr>
          <w:rFonts w:ascii="Montserrat" w:hAnsi="Montserrat" w:cs="DIN Pro Cond Medium"/>
          <w:color w:val="000000"/>
        </w:rPr>
        <w:t xml:space="preserve"> </w:t>
      </w:r>
      <w:r w:rsidRPr="00E11E8C">
        <w:rPr>
          <w:rFonts w:ascii="Montserrat" w:hAnsi="Montserrat" w:cs="DIN Pro Cond Medium"/>
          <w:color w:val="000000"/>
        </w:rPr>
        <w:t>March 2026. Delivered to the client at MaltMEDIA’s discretion (Aiming between 2-3 weeks at a maximum)</w:t>
      </w:r>
    </w:p>
    <w:p w14:paraId="29B3469E" w14:textId="77777777" w:rsidR="00B55D3D" w:rsidRDefault="00B55D3D">
      <w:pPr>
        <w:rPr>
          <w:rFonts w:ascii="Montserrat" w:hAnsi="Montserrat" w:cs="DIN Pro Cond Medium"/>
          <w:b/>
          <w:bCs/>
          <w:color w:val="000000"/>
        </w:rPr>
      </w:pPr>
    </w:p>
    <w:p w14:paraId="40890D40" w14:textId="77777777" w:rsidR="00E11E8C" w:rsidRDefault="00E11E8C">
      <w:pPr>
        <w:rPr>
          <w:rFonts w:ascii="Montserrat" w:hAnsi="Montserrat" w:cs="DIN Pro Cond Medium"/>
          <w:b/>
          <w:bCs/>
          <w:color w:val="000000"/>
        </w:rPr>
      </w:pPr>
    </w:p>
    <w:p w14:paraId="4BE55EDF" w14:textId="13A883E1" w:rsidR="00A94604" w:rsidRPr="0021038D" w:rsidRDefault="00A94604" w:rsidP="0021038D">
      <w:pPr>
        <w:pStyle w:val="ListParagraph"/>
        <w:numPr>
          <w:ilvl w:val="0"/>
          <w:numId w:val="11"/>
        </w:numPr>
        <w:ind w:left="426"/>
        <w:rPr>
          <w:rFonts w:ascii="Montserrat" w:hAnsi="Montserrat" w:cs="DIN Pro Cond Medium"/>
          <w:color w:val="000000"/>
        </w:rPr>
      </w:pPr>
      <w:r w:rsidRPr="0021038D">
        <w:rPr>
          <w:rFonts w:ascii="Montserrat" w:hAnsi="Montserrat" w:cs="DIN Pro Cond Medium"/>
          <w:b/>
          <w:bCs/>
          <w:color w:val="000000"/>
        </w:rPr>
        <w:t>Payment Terms</w:t>
      </w:r>
    </w:p>
    <w:p w14:paraId="3B765D75" w14:textId="0F364A3C" w:rsidR="00975EDC" w:rsidRPr="007B6D26" w:rsidRDefault="00FA1ED9">
      <w:pPr>
        <w:rPr>
          <w:rFonts w:ascii="Montserrat" w:hAnsi="Montserrat" w:cs="DIN Pro Cond Medium"/>
          <w:color w:val="000000"/>
        </w:rPr>
      </w:pPr>
      <w:r w:rsidRPr="007B6D26">
        <w:rPr>
          <w:rFonts w:ascii="Montserrat" w:hAnsi="Montserrat" w:cs="DIN Pro Cond Medium"/>
          <w:color w:val="000000"/>
        </w:rPr>
        <w:t xml:space="preserve">Fees have been agreed with </w:t>
      </w:r>
      <w:r w:rsidR="00E11E8C" w:rsidRPr="00E11E8C">
        <w:rPr>
          <w:rFonts w:ascii="Montserrat" w:hAnsi="Montserrat" w:cs="DIN Pro Cond Medium"/>
          <w:b/>
          <w:bCs/>
          <w:color w:val="000000"/>
        </w:rPr>
        <w:t>Chiltern Cheetahs</w:t>
      </w:r>
      <w:r w:rsidR="00715CF8" w:rsidRPr="007B6D26">
        <w:rPr>
          <w:rFonts w:ascii="Montserrat" w:hAnsi="Montserrat" w:cs="DIN Pro Cond Medium"/>
          <w:color w:val="000000"/>
        </w:rPr>
        <w:t xml:space="preserve"> </w:t>
      </w:r>
      <w:r w:rsidR="00422DF6" w:rsidRPr="007B6D26">
        <w:rPr>
          <w:rFonts w:ascii="Montserrat" w:hAnsi="Montserrat" w:cs="DIN Pro Cond Medium"/>
          <w:color w:val="000000"/>
        </w:rPr>
        <w:t>as following</w:t>
      </w:r>
      <w:r w:rsidRPr="007B6D26">
        <w:rPr>
          <w:rFonts w:ascii="Montserrat" w:hAnsi="Montserrat" w:cs="DIN Pro Cond Medium"/>
          <w:color w:val="000000"/>
        </w:rPr>
        <w:t xml:space="preserve">. On-site work will take place on </w:t>
      </w:r>
      <w:r w:rsidR="00E11E8C" w:rsidRPr="00E11E8C">
        <w:rPr>
          <w:rFonts w:ascii="Montserrat" w:hAnsi="Montserrat" w:cs="DIN Pro Cond Medium"/>
          <w:color w:val="000000"/>
        </w:rPr>
        <w:t>Sunday 1st March between 13:00 to 21:00 (8 hours)</w:t>
      </w:r>
      <w:r w:rsidR="000A4090">
        <w:rPr>
          <w:rFonts w:ascii="Montserrat" w:hAnsi="Montserrat" w:cs="DIN Pro Cond Medium"/>
          <w:color w:val="000000"/>
        </w:rPr>
        <w:t>.</w:t>
      </w:r>
      <w:r w:rsidRPr="007B6D26">
        <w:rPr>
          <w:rFonts w:ascii="Montserrat" w:hAnsi="Montserrat" w:cs="DIN Pro Cond Medium"/>
          <w:color w:val="000000"/>
        </w:rPr>
        <w:t xml:space="preserve"> Editing will be completed off-site and will take approximately four hours. </w:t>
      </w:r>
      <w:r w:rsidR="0028796D" w:rsidRPr="007B6D26">
        <w:rPr>
          <w:rFonts w:ascii="Montserrat" w:hAnsi="Montserrat" w:cs="DIN Pro Cond Medium"/>
          <w:color w:val="000000"/>
        </w:rPr>
        <w:t xml:space="preserve">If the work exceeds the stated time lines, </w:t>
      </w:r>
      <w:r w:rsidR="00715CF8" w:rsidRPr="007B6D26">
        <w:rPr>
          <w:rFonts w:ascii="Montserrat" w:hAnsi="Montserrat" w:cs="DIN Pro Cond Medium"/>
          <w:color w:val="000000"/>
        </w:rPr>
        <w:t xml:space="preserve">MaltMEDIA </w:t>
      </w:r>
      <w:r w:rsidR="0028796D" w:rsidRPr="007B6D26">
        <w:rPr>
          <w:rFonts w:ascii="Montserrat" w:hAnsi="Montserrat" w:cs="DIN Pro Cond Medium"/>
          <w:color w:val="000000"/>
        </w:rPr>
        <w:t xml:space="preserve">will request from </w:t>
      </w:r>
      <w:r w:rsidR="00E11E8C" w:rsidRPr="00E11E8C">
        <w:rPr>
          <w:rFonts w:ascii="Montserrat" w:hAnsi="Montserrat" w:cs="DIN Pro Cond Medium"/>
          <w:b/>
          <w:bCs/>
          <w:color w:val="000000"/>
        </w:rPr>
        <w:t>Chiltern Cheetahs</w:t>
      </w:r>
      <w:r w:rsidR="00E11E8C" w:rsidRPr="00E11E8C">
        <w:rPr>
          <w:rFonts w:ascii="Montserrat" w:hAnsi="Montserrat" w:cs="DIN Pro Cond Medium"/>
          <w:color w:val="000000"/>
        </w:rPr>
        <w:t xml:space="preserve"> </w:t>
      </w:r>
      <w:r w:rsidR="0028796D" w:rsidRPr="007B6D26">
        <w:rPr>
          <w:rFonts w:ascii="Montserrat" w:hAnsi="Montserrat" w:cs="DIN Pro Cond Medium"/>
          <w:color w:val="000000"/>
        </w:rPr>
        <w:t xml:space="preserve">written </w:t>
      </w:r>
      <w:r w:rsidR="00715CF8" w:rsidRPr="007B6D26">
        <w:rPr>
          <w:rFonts w:ascii="Montserrat" w:hAnsi="Montserrat" w:cs="DIN Pro Cond Medium"/>
          <w:color w:val="000000"/>
        </w:rPr>
        <w:t>authorization</w:t>
      </w:r>
      <w:r w:rsidR="0028796D" w:rsidRPr="007B6D26">
        <w:rPr>
          <w:rFonts w:ascii="Montserrat" w:hAnsi="Montserrat" w:cs="DIN Pro Cond Medium"/>
          <w:color w:val="000000"/>
        </w:rPr>
        <w:t xml:space="preserve"> prior to any additional work being carried out. </w:t>
      </w:r>
    </w:p>
    <w:p w14:paraId="5EA760F2" w14:textId="77777777" w:rsidR="00D74DCD" w:rsidRPr="007B6D26" w:rsidRDefault="00715CF8" w:rsidP="002D1020">
      <w:pPr>
        <w:rPr>
          <w:rFonts w:ascii="Montserrat" w:hAnsi="Montserrat" w:cs="DIN Pro Cond Medium"/>
          <w:color w:val="000000"/>
        </w:rPr>
      </w:pPr>
      <w:r w:rsidRPr="007B6D26">
        <w:rPr>
          <w:rFonts w:ascii="Montserrat" w:hAnsi="Montserrat" w:cs="DIN Pro Cond Medium"/>
          <w:color w:val="000000"/>
        </w:rPr>
        <w:t xml:space="preserve">MaltMEDIA </w:t>
      </w:r>
      <w:r w:rsidR="00975EDC" w:rsidRPr="007B6D26">
        <w:rPr>
          <w:rFonts w:ascii="Montserrat" w:hAnsi="Montserrat" w:cs="DIN Pro Cond Medium"/>
          <w:color w:val="000000"/>
        </w:rPr>
        <w:t xml:space="preserve">onsite day rate is </w:t>
      </w:r>
      <w:r w:rsidR="00712928" w:rsidRPr="007B6D26">
        <w:rPr>
          <w:rFonts w:ascii="Montserrat" w:hAnsi="Montserrat" w:cs="DIN Pro Cond Medium"/>
          <w:color w:val="000000"/>
        </w:rPr>
        <w:t xml:space="preserve">flat </w:t>
      </w:r>
      <w:r w:rsidR="00975EDC" w:rsidRPr="007B6D26">
        <w:rPr>
          <w:rFonts w:ascii="Montserrat" w:hAnsi="Montserrat" w:cs="DIN Pro Cond Medium"/>
          <w:color w:val="000000"/>
        </w:rPr>
        <w:t xml:space="preserve">charged </w:t>
      </w:r>
      <w:r w:rsidR="00712928" w:rsidRPr="007B6D26">
        <w:rPr>
          <w:rFonts w:ascii="Montserrat" w:hAnsi="Montserrat" w:cs="DIN Pro Cond Medium"/>
          <w:color w:val="000000"/>
        </w:rPr>
        <w:t>of</w:t>
      </w:r>
      <w:r w:rsidR="00FA1ED9" w:rsidRPr="007B6D26">
        <w:rPr>
          <w:rFonts w:ascii="Montserrat" w:hAnsi="Montserrat" w:cs="DIN Pro Cond Medium"/>
          <w:color w:val="000000"/>
        </w:rPr>
        <w:t xml:space="preserve"> £250</w:t>
      </w:r>
      <w:r w:rsidR="00975EDC" w:rsidRPr="007B6D26">
        <w:rPr>
          <w:rFonts w:ascii="Montserrat" w:hAnsi="Montserrat" w:cs="DIN Pro Cond Medium"/>
          <w:color w:val="000000"/>
        </w:rPr>
        <w:t xml:space="preserve">, for </w:t>
      </w:r>
      <w:r w:rsidR="00712928" w:rsidRPr="007B6D26">
        <w:rPr>
          <w:rFonts w:ascii="Montserrat" w:hAnsi="Montserrat" w:cs="DIN Pro Cond Medium"/>
          <w:color w:val="000000"/>
        </w:rPr>
        <w:t>up to 8</w:t>
      </w:r>
      <w:r w:rsidR="00975EDC" w:rsidRPr="007B6D26">
        <w:rPr>
          <w:rFonts w:ascii="Montserrat" w:hAnsi="Montserrat" w:cs="DIN Pro Cond Medium"/>
          <w:color w:val="000000"/>
        </w:rPr>
        <w:t xml:space="preserve"> hours</w:t>
      </w:r>
      <w:r w:rsidR="00FA1ED9" w:rsidRPr="007B6D26">
        <w:rPr>
          <w:rFonts w:ascii="Montserrat" w:hAnsi="Montserrat" w:cs="DIN Pro Cond Medium"/>
          <w:color w:val="000000"/>
        </w:rPr>
        <w:t xml:space="preserve">. </w:t>
      </w:r>
      <w:r w:rsidR="00975EDC" w:rsidRPr="007B6D26">
        <w:rPr>
          <w:rFonts w:ascii="Montserrat" w:hAnsi="Montserrat" w:cs="DIN Pro Cond Medium"/>
          <w:color w:val="000000"/>
        </w:rPr>
        <w:t xml:space="preserve">Remote work is charged </w:t>
      </w:r>
      <w:r w:rsidR="00FA1ED9" w:rsidRPr="007B6D26">
        <w:rPr>
          <w:rFonts w:ascii="Montserrat" w:hAnsi="Montserrat" w:cs="DIN Pro Cond Medium"/>
          <w:color w:val="000000"/>
        </w:rPr>
        <w:t>at a flat rate of £31.25 per hour. Payment will be made by bank transfer once the video is completed and approved by the client.</w:t>
      </w:r>
    </w:p>
    <w:p w14:paraId="26049C7C" w14:textId="77777777" w:rsidR="007B6D26" w:rsidRDefault="007B6D26" w:rsidP="00715CF8">
      <w:pPr>
        <w:tabs>
          <w:tab w:val="left" w:pos="6100"/>
        </w:tabs>
        <w:rPr>
          <w:rFonts w:ascii="Montserrat" w:hAnsi="Montserrat" w:cs="DIN Pro Cond Medium"/>
          <w:color w:val="000000"/>
        </w:rPr>
      </w:pPr>
    </w:p>
    <w:p w14:paraId="39B1D633" w14:textId="2225080C" w:rsidR="00A94604" w:rsidRPr="0021038D" w:rsidRDefault="0021038D" w:rsidP="0021038D">
      <w:pPr>
        <w:pStyle w:val="ListParagraph"/>
        <w:numPr>
          <w:ilvl w:val="0"/>
          <w:numId w:val="11"/>
        </w:numPr>
        <w:tabs>
          <w:tab w:val="left" w:pos="6100"/>
        </w:tabs>
        <w:ind w:left="426"/>
        <w:rPr>
          <w:rFonts w:ascii="Montserrat" w:hAnsi="Montserrat" w:cs="DIN Pro Cond Medium"/>
          <w:color w:val="000000"/>
        </w:rPr>
      </w:pPr>
      <w:r>
        <w:rPr>
          <w:rFonts w:ascii="Montserrat" w:hAnsi="Montserrat" w:cs="DIN Pro Cond Medium"/>
          <w:b/>
          <w:bCs/>
          <w:color w:val="000000"/>
        </w:rPr>
        <w:lastRenderedPageBreak/>
        <w:t xml:space="preserve"> </w:t>
      </w:r>
      <w:r w:rsidR="00A94604" w:rsidRPr="0021038D">
        <w:rPr>
          <w:rFonts w:ascii="Montserrat" w:hAnsi="Montserrat" w:cs="DIN Pro Cond Medium"/>
          <w:b/>
          <w:bCs/>
          <w:color w:val="000000"/>
        </w:rPr>
        <w:t>Confidentiality</w:t>
      </w:r>
      <w:r w:rsidR="00715CF8" w:rsidRPr="0021038D">
        <w:rPr>
          <w:rFonts w:ascii="Montserrat" w:hAnsi="Montserrat" w:cs="DIN Pro Cond Medium"/>
          <w:b/>
          <w:bCs/>
          <w:color w:val="000000"/>
        </w:rPr>
        <w:tab/>
      </w:r>
    </w:p>
    <w:p w14:paraId="76733E76" w14:textId="6081320A" w:rsidR="00A94604" w:rsidRPr="007B6D26" w:rsidRDefault="00A94604">
      <w:pPr>
        <w:rPr>
          <w:rFonts w:ascii="Montserrat" w:hAnsi="Montserrat" w:cs="DIN Pro Cond Medium"/>
          <w:color w:val="000000"/>
        </w:rPr>
      </w:pPr>
      <w:r w:rsidRPr="007B6D26">
        <w:rPr>
          <w:rFonts w:ascii="Montserrat" w:hAnsi="Montserrat" w:cs="DIN Pro Cond Medium"/>
          <w:color w:val="000000"/>
        </w:rPr>
        <w:t>All shared information</w:t>
      </w:r>
      <w:r w:rsidR="00630064" w:rsidRPr="007B6D26">
        <w:rPr>
          <w:rFonts w:ascii="Montserrat" w:hAnsi="Montserrat" w:cs="DIN Pro Cond Medium"/>
          <w:color w:val="000000"/>
        </w:rPr>
        <w:t xml:space="preserve"> in this</w:t>
      </w:r>
      <w:r w:rsidRPr="007B6D26">
        <w:rPr>
          <w:rFonts w:ascii="Montserrat" w:hAnsi="Montserrat" w:cs="DIN Pro Cond Medium"/>
          <w:color w:val="000000"/>
        </w:rPr>
        <w:t xml:space="preserve"> </w:t>
      </w:r>
      <w:r w:rsidR="00715CF8" w:rsidRPr="007B6D26">
        <w:rPr>
          <w:rFonts w:ascii="Montserrat" w:hAnsi="Montserrat" w:cs="DIN Pro Cond Medium"/>
          <w:color w:val="000000"/>
        </w:rPr>
        <w:t xml:space="preserve">document </w:t>
      </w:r>
      <w:r w:rsidRPr="007B6D26">
        <w:rPr>
          <w:rFonts w:ascii="Montserrat" w:hAnsi="Montserrat" w:cs="DIN Pro Cond Medium"/>
          <w:color w:val="000000"/>
        </w:rPr>
        <w:t>will remain confidential.</w:t>
      </w:r>
      <w:r w:rsidR="00630064" w:rsidRPr="007B6D26">
        <w:rPr>
          <w:rFonts w:ascii="Montserrat" w:hAnsi="Montserrat" w:cs="DIN Pro Cond Medium"/>
          <w:color w:val="000000"/>
        </w:rPr>
        <w:t xml:space="preserve"> </w:t>
      </w:r>
      <w:r w:rsidR="00715CF8" w:rsidRPr="007B6D26">
        <w:rPr>
          <w:rFonts w:ascii="Montserrat" w:hAnsi="Montserrat" w:cs="DIN Pro Cond Medium"/>
          <w:color w:val="000000"/>
        </w:rPr>
        <w:t xml:space="preserve">MaltMEDIA </w:t>
      </w:r>
      <w:r w:rsidR="00630064" w:rsidRPr="007B6D26">
        <w:rPr>
          <w:rFonts w:ascii="Montserrat" w:hAnsi="Montserrat" w:cs="DIN Pro Cond Medium"/>
          <w:color w:val="000000"/>
        </w:rPr>
        <w:t>will speak prior with client to use any “behind the scenes” footage of the work for marketing purposes.</w:t>
      </w:r>
    </w:p>
    <w:p w14:paraId="7FC38425" w14:textId="77777777" w:rsidR="00715CF8" w:rsidRPr="007B6D26" w:rsidRDefault="00715CF8">
      <w:pPr>
        <w:rPr>
          <w:rFonts w:ascii="Montserrat" w:hAnsi="Montserrat" w:cs="DIN Pro Cond Medium"/>
          <w:color w:val="000000"/>
        </w:rPr>
      </w:pPr>
    </w:p>
    <w:p w14:paraId="3E303033" w14:textId="549DA7C7" w:rsidR="00A94604" w:rsidRPr="0021038D" w:rsidRDefault="00A94604" w:rsidP="0021038D">
      <w:pPr>
        <w:pStyle w:val="ListParagraph"/>
        <w:numPr>
          <w:ilvl w:val="0"/>
          <w:numId w:val="11"/>
        </w:numPr>
        <w:ind w:left="426"/>
        <w:rPr>
          <w:rFonts w:ascii="Montserrat" w:hAnsi="Montserrat" w:cs="DIN Pro Cond Medium"/>
          <w:color w:val="000000"/>
        </w:rPr>
      </w:pPr>
      <w:r w:rsidRPr="0021038D">
        <w:rPr>
          <w:rFonts w:ascii="Montserrat" w:hAnsi="Montserrat" w:cs="DIN Pro Cond Medium"/>
          <w:b/>
          <w:bCs/>
          <w:color w:val="000000"/>
        </w:rPr>
        <w:t>Termination</w:t>
      </w:r>
    </w:p>
    <w:p w14:paraId="6BC597C1" w14:textId="77777777" w:rsidR="002D1020" w:rsidRPr="002D1020" w:rsidRDefault="002D1020" w:rsidP="002D1020">
      <w:pPr>
        <w:rPr>
          <w:rFonts w:ascii="Montserrat" w:hAnsi="Montserrat" w:cs="DIN Pro Cond Medium"/>
          <w:color w:val="000000"/>
        </w:rPr>
      </w:pPr>
      <w:r w:rsidRPr="002D1020">
        <w:rPr>
          <w:rFonts w:ascii="Montserrat" w:hAnsi="Montserrat" w:cs="DIN Pro Cond Medium"/>
          <w:color w:val="000000"/>
        </w:rPr>
        <w:t>Either party may terminate this agreement under defined conditions, including but not limited to material breach of contract, failure to perform agreed obligations, or circumstances beyond reasonable control that prevent completion of the services.</w:t>
      </w:r>
    </w:p>
    <w:p w14:paraId="165BC200" w14:textId="77777777" w:rsidR="002D1020" w:rsidRPr="002D1020" w:rsidRDefault="002D1020" w:rsidP="002D1020">
      <w:pPr>
        <w:rPr>
          <w:rFonts w:ascii="Montserrat" w:hAnsi="Montserrat" w:cs="DIN Pro Cond Medium"/>
          <w:color w:val="000000"/>
        </w:rPr>
      </w:pPr>
      <w:r w:rsidRPr="002D1020">
        <w:rPr>
          <w:rFonts w:ascii="Montserrat" w:hAnsi="Montserrat" w:cs="DIN Pro Cond Medium"/>
          <w:color w:val="000000"/>
        </w:rPr>
        <w:t>Termination must be provided in writing. In the event of termination, the client shall be responsible for payment of all work completed and any expenses incurred up to the date of termination.</w:t>
      </w:r>
    </w:p>
    <w:p w14:paraId="1E653943" w14:textId="34362A14" w:rsidR="00D74DCD" w:rsidRPr="007B6D26" w:rsidRDefault="002D1020" w:rsidP="00A94604">
      <w:pPr>
        <w:rPr>
          <w:rFonts w:ascii="Montserrat" w:hAnsi="Montserrat" w:cs="DIN Pro Cond Medium"/>
          <w:color w:val="000000"/>
        </w:rPr>
      </w:pPr>
      <w:r w:rsidRPr="002D1020">
        <w:rPr>
          <w:rFonts w:ascii="Montserrat" w:hAnsi="Montserrat" w:cs="DIN Pro Cond Medium"/>
          <w:color w:val="000000"/>
        </w:rPr>
        <w:t xml:space="preserve">By signing this agreement, both parties acknowledge that this clause </w:t>
      </w:r>
      <w:r w:rsidRPr="007B6D26">
        <w:rPr>
          <w:rFonts w:ascii="Montserrat" w:hAnsi="Montserrat" w:cs="DIN Pro Cond Medium"/>
          <w:color w:val="000000"/>
        </w:rPr>
        <w:t>forms a written agreement between the parties</w:t>
      </w:r>
    </w:p>
    <w:p w14:paraId="5F740691" w14:textId="06B7C708" w:rsidR="00D74DCD" w:rsidRPr="007B6D26" w:rsidRDefault="00D74DCD" w:rsidP="00A94604">
      <w:pPr>
        <w:rPr>
          <w:rFonts w:ascii="Montserrat" w:hAnsi="Montserrat" w:cs="DIN Pro Cond Medium"/>
          <w:color w:val="000000"/>
        </w:rPr>
      </w:pPr>
    </w:p>
    <w:p w14:paraId="2E34A7DC" w14:textId="679C6B72" w:rsidR="00D74DCD" w:rsidRDefault="00D74DCD" w:rsidP="00A94604">
      <w:pPr>
        <w:rPr>
          <w:rFonts w:ascii="Montserrat" w:hAnsi="Montserrat" w:cs="DIN Pro Cond Medium"/>
          <w:color w:val="000000"/>
        </w:rPr>
      </w:pPr>
    </w:p>
    <w:p w14:paraId="71E7CFC3" w14:textId="77777777" w:rsidR="00683521" w:rsidRDefault="00683521" w:rsidP="00A94604">
      <w:pPr>
        <w:rPr>
          <w:rFonts w:ascii="Montserrat" w:hAnsi="Montserrat" w:cs="DIN Pro Cond Medium"/>
          <w:color w:val="000000"/>
        </w:rPr>
      </w:pPr>
    </w:p>
    <w:p w14:paraId="3EBE95A0" w14:textId="77777777" w:rsidR="00683521" w:rsidRDefault="00683521" w:rsidP="00A94604">
      <w:pPr>
        <w:rPr>
          <w:rFonts w:ascii="Montserrat" w:hAnsi="Montserrat" w:cs="DIN Pro Cond Medium"/>
          <w:color w:val="000000"/>
        </w:rPr>
      </w:pPr>
    </w:p>
    <w:p w14:paraId="13574495" w14:textId="77777777" w:rsidR="00683521" w:rsidRDefault="00683521" w:rsidP="00A94604">
      <w:pPr>
        <w:rPr>
          <w:rFonts w:ascii="Montserrat" w:hAnsi="Montserrat" w:cs="DIN Pro Cond Medium"/>
          <w:color w:val="000000"/>
        </w:rPr>
      </w:pPr>
    </w:p>
    <w:p w14:paraId="069C6D13" w14:textId="77777777" w:rsidR="00683521" w:rsidRDefault="00683521" w:rsidP="00A94604">
      <w:pPr>
        <w:rPr>
          <w:rFonts w:ascii="Montserrat" w:hAnsi="Montserrat" w:cs="DIN Pro Cond Medium"/>
          <w:color w:val="000000"/>
        </w:rPr>
      </w:pPr>
    </w:p>
    <w:p w14:paraId="3DFC359C" w14:textId="77777777" w:rsidR="00683521" w:rsidRPr="00683521" w:rsidRDefault="00683521" w:rsidP="00A94604"/>
    <w:tbl>
      <w:tblPr>
        <w:tblStyle w:val="TableGrid"/>
        <w:tblW w:w="0" w:type="auto"/>
        <w:jc w:val="center"/>
        <w:tblLook w:val="04A0" w:firstRow="1" w:lastRow="0" w:firstColumn="1" w:lastColumn="0" w:noHBand="0" w:noVBand="1"/>
      </w:tblPr>
      <w:tblGrid>
        <w:gridCol w:w="4320"/>
        <w:gridCol w:w="4889"/>
      </w:tblGrid>
      <w:tr w:rsidR="00320513" w:rsidRPr="007B6D26" w14:paraId="3526D116" w14:textId="77777777" w:rsidTr="004C1967">
        <w:trPr>
          <w:trHeight w:val="1189"/>
          <w:jc w:val="center"/>
        </w:trPr>
        <w:tc>
          <w:tcPr>
            <w:tcW w:w="4320" w:type="dxa"/>
            <w:vAlign w:val="center"/>
          </w:tcPr>
          <w:p w14:paraId="22319217" w14:textId="3994652B" w:rsidR="00320513" w:rsidRPr="004872EF" w:rsidRDefault="00320513" w:rsidP="00846DFA">
            <w:pPr>
              <w:jc w:val="center"/>
              <w:rPr>
                <w:rFonts w:ascii="Montserrat" w:hAnsi="Montserrat"/>
                <w:sz w:val="26"/>
                <w:szCs w:val="26"/>
              </w:rPr>
            </w:pPr>
            <w:r w:rsidRPr="004872EF">
              <w:rPr>
                <w:rFonts w:ascii="Montserrat" w:hAnsi="Montserrat"/>
                <w:sz w:val="26"/>
                <w:szCs w:val="26"/>
              </w:rPr>
              <w:t xml:space="preserve">Signed by </w:t>
            </w:r>
            <w:r w:rsidRPr="004872EF">
              <w:rPr>
                <w:rFonts w:ascii="Montserrat" w:hAnsi="Montserrat"/>
                <w:b/>
                <w:bCs/>
                <w:sz w:val="26"/>
                <w:szCs w:val="26"/>
              </w:rPr>
              <w:t>provider:</w:t>
            </w:r>
          </w:p>
        </w:tc>
        <w:tc>
          <w:tcPr>
            <w:tcW w:w="4889" w:type="dxa"/>
          </w:tcPr>
          <w:p w14:paraId="62BE2F3B" w14:textId="535B3DD2" w:rsidR="00320513" w:rsidRPr="007B6D26" w:rsidRDefault="004C1967" w:rsidP="001A4414">
            <w:pPr>
              <w:rPr>
                <w:rFonts w:ascii="Montserrat" w:hAnsi="Montserrat"/>
              </w:rPr>
            </w:pPr>
            <w:r w:rsidRPr="007B6D26">
              <w:rPr>
                <w:rFonts w:ascii="Montserrat" w:hAnsi="Montserrat" w:cs="DIN Pro Cond Medium"/>
                <w:noProof/>
                <w:color w:val="000000"/>
              </w:rPr>
              <w:drawing>
                <wp:anchor distT="0" distB="0" distL="114300" distR="114300" simplePos="0" relativeHeight="251660800" behindDoc="1" locked="0" layoutInCell="1" allowOverlap="1" wp14:anchorId="6AC877C7" wp14:editId="3DD0C2A2">
                  <wp:simplePos x="0" y="0"/>
                  <wp:positionH relativeFrom="column">
                    <wp:posOffset>841199</wp:posOffset>
                  </wp:positionH>
                  <wp:positionV relativeFrom="paragraph">
                    <wp:posOffset>87719</wp:posOffset>
                  </wp:positionV>
                  <wp:extent cx="1197610" cy="570865"/>
                  <wp:effectExtent l="0" t="0" r="2540" b="0"/>
                  <wp:wrapTight wrapText="bothSides">
                    <wp:wrapPolygon edited="0">
                      <wp:start x="4123" y="1442"/>
                      <wp:lineTo x="344" y="12254"/>
                      <wp:lineTo x="344" y="17299"/>
                      <wp:lineTo x="11682" y="19462"/>
                      <wp:lineTo x="13056" y="19462"/>
                      <wp:lineTo x="13743" y="14416"/>
                      <wp:lineTo x="21302" y="12974"/>
                      <wp:lineTo x="21302" y="4325"/>
                      <wp:lineTo x="6185" y="1442"/>
                      <wp:lineTo x="4123" y="1442"/>
                    </wp:wrapPolygon>
                  </wp:wrapTight>
                  <wp:docPr id="1501750513" name="Picture 4"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26474" name="Picture 4" descr="A black background with white text&#10;&#10;AI-generated content may be incorrect."/>
                          <pic:cNvPicPr/>
                        </pic:nvPicPr>
                        <pic:blipFill rotWithShape="1">
                          <a:blip r:embed="rId9"/>
                          <a:srcRect l="15258" t="25350" r="16780" b="26019"/>
                          <a:stretch>
                            <a:fillRect/>
                          </a:stretch>
                        </pic:blipFill>
                        <pic:spPr bwMode="auto">
                          <a:xfrm>
                            <a:off x="0" y="0"/>
                            <a:ext cx="1197610" cy="570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320513" w:rsidRPr="007B6D26" w14:paraId="6AF153A3" w14:textId="77777777" w:rsidTr="008605DC">
        <w:trPr>
          <w:trHeight w:val="737"/>
          <w:jc w:val="center"/>
        </w:trPr>
        <w:tc>
          <w:tcPr>
            <w:tcW w:w="4320" w:type="dxa"/>
            <w:vAlign w:val="center"/>
          </w:tcPr>
          <w:p w14:paraId="6A9E7A5F" w14:textId="77777777" w:rsidR="00320513" w:rsidRPr="004872EF" w:rsidRDefault="00320513" w:rsidP="00846DFA">
            <w:pPr>
              <w:jc w:val="center"/>
              <w:rPr>
                <w:rFonts w:ascii="Montserrat" w:hAnsi="Montserrat" w:cs="DIN Pro Cond Medium"/>
                <w:color w:val="000000"/>
                <w:sz w:val="26"/>
                <w:szCs w:val="26"/>
              </w:rPr>
            </w:pPr>
            <w:r w:rsidRPr="004872EF">
              <w:rPr>
                <w:rFonts w:ascii="Montserrat" w:hAnsi="Montserrat" w:cs="DIN Pro Cond Medium"/>
                <w:color w:val="000000"/>
                <w:sz w:val="26"/>
                <w:szCs w:val="26"/>
              </w:rPr>
              <w:t xml:space="preserve">Signed by </w:t>
            </w:r>
            <w:r w:rsidRPr="004872EF">
              <w:rPr>
                <w:rFonts w:ascii="Montserrat" w:hAnsi="Montserrat"/>
                <w:b/>
                <w:bCs/>
                <w:sz w:val="26"/>
                <w:szCs w:val="26"/>
              </w:rPr>
              <w:t>client:</w:t>
            </w:r>
          </w:p>
          <w:p w14:paraId="2D300CFD" w14:textId="53727FD2" w:rsidR="00320513" w:rsidRPr="007B6D26" w:rsidRDefault="00320513" w:rsidP="00846DFA">
            <w:pPr>
              <w:jc w:val="center"/>
              <w:rPr>
                <w:rFonts w:ascii="Montserrat" w:hAnsi="Montserrat"/>
              </w:rPr>
            </w:pPr>
          </w:p>
        </w:tc>
        <w:tc>
          <w:tcPr>
            <w:tcW w:w="4889" w:type="dxa"/>
            <w:vAlign w:val="center"/>
          </w:tcPr>
          <w:p w14:paraId="7386FD2B" w14:textId="4A360714" w:rsidR="008605DC" w:rsidRPr="007B6D26" w:rsidRDefault="00683521" w:rsidP="00964AB0">
            <w:pPr>
              <w:jc w:val="center"/>
            </w:pPr>
            <w:r>
              <w:pict w14:anchorId="4DB3A8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74.65pt;height:88.4pt">
                  <v:imagedata r:id="rId10" o:title=""/>
                  <o:lock v:ext="edit" ungrouping="t" rotation="t" cropping="t" verticies="t" text="t" grouping="t"/>
                  <o:signatureline v:ext="edit" id="{4C523D59-FAD9-4619-9AC8-67EAB1BA9F22}" provid="{00000000-0000-0000-0000-000000000000}" o:suggestedsigner="Kerri Little" o:suggestedsigner2="Chiltern Cheetahs" o:suggestedsigneremail="info@chilterncheetahs.co.uk" o:signinginstructions="Sign here" signinginstructionsset="t" issignatureline="t"/>
                </v:shape>
              </w:pict>
            </w:r>
          </w:p>
          <w:p w14:paraId="276F1124" w14:textId="69494FDA" w:rsidR="00320513" w:rsidRPr="007B6D26" w:rsidRDefault="00320513" w:rsidP="008605DC">
            <w:pPr>
              <w:jc w:val="center"/>
              <w:rPr>
                <w:rFonts w:ascii="Montserrat" w:hAnsi="Montserrat"/>
              </w:rPr>
            </w:pPr>
          </w:p>
        </w:tc>
      </w:tr>
    </w:tbl>
    <w:p w14:paraId="6227D34E" w14:textId="6F560E61" w:rsidR="005F718F" w:rsidRPr="00E80973" w:rsidRDefault="005F718F" w:rsidP="00A94604"/>
    <w:sectPr w:rsidR="005F718F" w:rsidRPr="00E80973" w:rsidSect="002B51E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B891C" w14:textId="77777777" w:rsidR="005A7B74" w:rsidRPr="007B6D26" w:rsidRDefault="005A7B74" w:rsidP="00E80973">
      <w:pPr>
        <w:spacing w:after="0" w:line="240" w:lineRule="auto"/>
      </w:pPr>
      <w:r w:rsidRPr="007B6D26">
        <w:separator/>
      </w:r>
    </w:p>
  </w:endnote>
  <w:endnote w:type="continuationSeparator" w:id="0">
    <w:p w14:paraId="05843C1D" w14:textId="77777777" w:rsidR="005A7B74" w:rsidRPr="007B6D26" w:rsidRDefault="005A7B74" w:rsidP="00E80973">
      <w:pPr>
        <w:spacing w:after="0" w:line="240" w:lineRule="auto"/>
      </w:pPr>
      <w:r w:rsidRPr="007B6D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DIN Pro Cond Medium">
    <w:panose1 w:val="00000000000000000000"/>
    <w:charset w:val="00"/>
    <w:family w:val="swiss"/>
    <w:notTrueType/>
    <w:pitch w:val="variable"/>
    <w:sig w:usb0="A00002BF" w:usb1="4000207B" w:usb2="00000008" w:usb3="00000000" w:csb0="000000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b/>
        <w:bCs/>
        <w:color w:val="3399FF"/>
      </w:rPr>
      <w:id w:val="-1558084276"/>
      <w:docPartObj>
        <w:docPartGallery w:val="Page Numbers (Bottom of Page)"/>
        <w:docPartUnique/>
      </w:docPartObj>
    </w:sdtPr>
    <w:sdtContent>
      <w:p w14:paraId="4171640C" w14:textId="115F9B07" w:rsidR="00E80973" w:rsidRPr="007B6D26" w:rsidRDefault="00E80973">
        <w:pPr>
          <w:pStyle w:val="Footer"/>
          <w:jc w:val="center"/>
          <w:rPr>
            <w:rFonts w:ascii="Montserrat" w:hAnsi="Montserrat"/>
            <w:b/>
            <w:bCs/>
            <w:color w:val="3399FF"/>
          </w:rPr>
        </w:pPr>
        <w:r w:rsidRPr="007B6D26">
          <w:rPr>
            <w:rFonts w:ascii="Montserrat" w:hAnsi="Montserrat"/>
            <w:b/>
            <w:bCs/>
            <w:color w:val="3399FF"/>
          </w:rPr>
          <w:fldChar w:fldCharType="begin"/>
        </w:r>
        <w:r w:rsidRPr="007B6D26">
          <w:rPr>
            <w:rFonts w:ascii="Montserrat" w:hAnsi="Montserrat"/>
            <w:b/>
            <w:bCs/>
            <w:color w:val="3399FF"/>
          </w:rPr>
          <w:instrText xml:space="preserve"> PAGE   \* MERGEFORMAT </w:instrText>
        </w:r>
        <w:r w:rsidRPr="007B6D26">
          <w:rPr>
            <w:rFonts w:ascii="Montserrat" w:hAnsi="Montserrat"/>
            <w:b/>
            <w:bCs/>
            <w:color w:val="3399FF"/>
          </w:rPr>
          <w:fldChar w:fldCharType="separate"/>
        </w:r>
        <w:r w:rsidRPr="007B6D26">
          <w:rPr>
            <w:rFonts w:ascii="Montserrat" w:hAnsi="Montserrat"/>
            <w:b/>
            <w:bCs/>
            <w:color w:val="3399FF"/>
          </w:rPr>
          <w:t>2</w:t>
        </w:r>
        <w:r w:rsidRPr="007B6D26">
          <w:rPr>
            <w:rFonts w:ascii="Montserrat" w:hAnsi="Montserrat"/>
            <w:b/>
            <w:bCs/>
            <w:color w:val="3399FF"/>
          </w:rPr>
          <w:fldChar w:fldCharType="end"/>
        </w:r>
      </w:p>
    </w:sdtContent>
  </w:sdt>
  <w:p w14:paraId="5D093FD4" w14:textId="77777777" w:rsidR="00E80973" w:rsidRPr="007B6D26" w:rsidRDefault="00E80973">
    <w:pPr>
      <w:pStyle w:val="Footer"/>
      <w:rPr>
        <w:rFonts w:ascii="Montserrat" w:hAnsi="Montserrat"/>
        <w:b/>
        <w:bCs/>
        <w:color w:val="3399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322A7" w14:textId="77777777" w:rsidR="005A7B74" w:rsidRPr="007B6D26" w:rsidRDefault="005A7B74" w:rsidP="00E80973">
      <w:pPr>
        <w:spacing w:after="0" w:line="240" w:lineRule="auto"/>
      </w:pPr>
      <w:r w:rsidRPr="007B6D26">
        <w:separator/>
      </w:r>
    </w:p>
  </w:footnote>
  <w:footnote w:type="continuationSeparator" w:id="0">
    <w:p w14:paraId="56936C89" w14:textId="77777777" w:rsidR="005A7B74" w:rsidRPr="007B6D26" w:rsidRDefault="005A7B74" w:rsidP="00E80973">
      <w:pPr>
        <w:spacing w:after="0" w:line="240" w:lineRule="auto"/>
      </w:pPr>
      <w:r w:rsidRPr="007B6D2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484D54"/>
    <w:multiLevelType w:val="multilevel"/>
    <w:tmpl w:val="A802D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9A5185"/>
    <w:multiLevelType w:val="hybridMultilevel"/>
    <w:tmpl w:val="DD06BA06"/>
    <w:lvl w:ilvl="0" w:tplc="AAB68F2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CE04F6"/>
    <w:multiLevelType w:val="multilevel"/>
    <w:tmpl w:val="26A61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Montserrat" w:eastAsiaTheme="minorEastAsia" w:hAnsi="Montserrat" w:cs="DIN Pro Cond Medium"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7518C5"/>
    <w:multiLevelType w:val="multilevel"/>
    <w:tmpl w:val="05AAA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234FE5"/>
    <w:multiLevelType w:val="multilevel"/>
    <w:tmpl w:val="AA5C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9B6078"/>
    <w:multiLevelType w:val="hybridMultilevel"/>
    <w:tmpl w:val="2F5E7EE6"/>
    <w:lvl w:ilvl="0" w:tplc="3B0A45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1760837">
    <w:abstractNumId w:val="8"/>
  </w:num>
  <w:num w:numId="2" w16cid:durableId="250428318">
    <w:abstractNumId w:val="6"/>
  </w:num>
  <w:num w:numId="3" w16cid:durableId="1594052766">
    <w:abstractNumId w:val="5"/>
  </w:num>
  <w:num w:numId="4" w16cid:durableId="1237519917">
    <w:abstractNumId w:val="4"/>
  </w:num>
  <w:num w:numId="5" w16cid:durableId="1369601965">
    <w:abstractNumId w:val="7"/>
  </w:num>
  <w:num w:numId="6" w16cid:durableId="1524710838">
    <w:abstractNumId w:val="3"/>
  </w:num>
  <w:num w:numId="7" w16cid:durableId="324016562">
    <w:abstractNumId w:val="2"/>
  </w:num>
  <w:num w:numId="8" w16cid:durableId="866603788">
    <w:abstractNumId w:val="1"/>
  </w:num>
  <w:num w:numId="9" w16cid:durableId="236717589">
    <w:abstractNumId w:val="0"/>
  </w:num>
  <w:num w:numId="10" w16cid:durableId="934754438">
    <w:abstractNumId w:val="14"/>
  </w:num>
  <w:num w:numId="11" w16cid:durableId="83114323">
    <w:abstractNumId w:val="10"/>
  </w:num>
  <w:num w:numId="12" w16cid:durableId="61485797">
    <w:abstractNumId w:val="12"/>
  </w:num>
  <w:num w:numId="13" w16cid:durableId="1746495115">
    <w:abstractNumId w:val="11"/>
  </w:num>
  <w:num w:numId="14" w16cid:durableId="350844098">
    <w:abstractNumId w:val="9"/>
  </w:num>
  <w:num w:numId="15" w16cid:durableId="6941601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182"/>
    <w:rsid w:val="000A4090"/>
    <w:rsid w:val="00101B9A"/>
    <w:rsid w:val="0015074B"/>
    <w:rsid w:val="00190F6E"/>
    <w:rsid w:val="001D002B"/>
    <w:rsid w:val="001E350E"/>
    <w:rsid w:val="0021038D"/>
    <w:rsid w:val="00276E2D"/>
    <w:rsid w:val="0028796D"/>
    <w:rsid w:val="0029639D"/>
    <w:rsid w:val="002A3175"/>
    <w:rsid w:val="002B51E0"/>
    <w:rsid w:val="002D1020"/>
    <w:rsid w:val="00320513"/>
    <w:rsid w:val="00326F90"/>
    <w:rsid w:val="003B52BC"/>
    <w:rsid w:val="003F5A34"/>
    <w:rsid w:val="00422DF6"/>
    <w:rsid w:val="00432726"/>
    <w:rsid w:val="00454BA0"/>
    <w:rsid w:val="004872EF"/>
    <w:rsid w:val="004C1967"/>
    <w:rsid w:val="005A7B74"/>
    <w:rsid w:val="005F718F"/>
    <w:rsid w:val="00602F42"/>
    <w:rsid w:val="00630064"/>
    <w:rsid w:val="00683521"/>
    <w:rsid w:val="00712928"/>
    <w:rsid w:val="00715CF8"/>
    <w:rsid w:val="0073110F"/>
    <w:rsid w:val="007B6D26"/>
    <w:rsid w:val="007E5EB1"/>
    <w:rsid w:val="007F76E6"/>
    <w:rsid w:val="00816805"/>
    <w:rsid w:val="00831735"/>
    <w:rsid w:val="00846DFA"/>
    <w:rsid w:val="008605DC"/>
    <w:rsid w:val="008946E4"/>
    <w:rsid w:val="00964AB0"/>
    <w:rsid w:val="00975EDC"/>
    <w:rsid w:val="009A489F"/>
    <w:rsid w:val="00A413CB"/>
    <w:rsid w:val="00A741E0"/>
    <w:rsid w:val="00A7472C"/>
    <w:rsid w:val="00A9446C"/>
    <w:rsid w:val="00A94604"/>
    <w:rsid w:val="00AA1D8D"/>
    <w:rsid w:val="00B25933"/>
    <w:rsid w:val="00B47730"/>
    <w:rsid w:val="00B55D3D"/>
    <w:rsid w:val="00C54630"/>
    <w:rsid w:val="00CB0664"/>
    <w:rsid w:val="00D74DCD"/>
    <w:rsid w:val="00D92F00"/>
    <w:rsid w:val="00DE33CE"/>
    <w:rsid w:val="00E11E8C"/>
    <w:rsid w:val="00E125D4"/>
    <w:rsid w:val="00E66C81"/>
    <w:rsid w:val="00E80973"/>
    <w:rsid w:val="00FA1ED9"/>
    <w:rsid w:val="00FB0D49"/>
    <w:rsid w:val="00FC693F"/>
    <w:rsid w:val="00FD7F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E8E0CE"/>
  <w14:defaultImageDpi w14:val="300"/>
  <w15:docId w15:val="{FAFC8DBA-E54C-4E8D-8227-C0794306D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21"/>
    <w:rPr>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5373</Characters>
  <Application>Microsoft Office Word</Application>
  <DocSecurity>0</DocSecurity>
  <Lines>141</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Alfie Manser</cp:lastModifiedBy>
  <cp:revision>37</cp:revision>
  <cp:lastPrinted>2026-01-22T16:20:00Z</cp:lastPrinted>
  <dcterms:created xsi:type="dcterms:W3CDTF">2026-02-24T18:08:00Z</dcterms:created>
  <dcterms:modified xsi:type="dcterms:W3CDTF">2026-02-25T21:21:00Z</dcterms:modified>
  <cp:category/>
</cp:coreProperties>
</file>