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 w:line="264" w:lineRule="auto"/>
        <w:ind w:firstLine="0"/>
      </w:pPr>
      <w:r>
        <w:rPr>
          <w:rFonts w:ascii="Arial" w:hAnsi="Arial" w:cs="Arial" w:eastAsia="Arial"/>
          <w:b/>
          <w:sz w:val="36"/>
        </w:rPr>
        <w:t>How to use this template</w:t>
      </w:r>
    </w:p>
    <w:p>
      <w:pPr>
        <w:spacing w:before="0" w:after="160" w:line="300" w:lineRule="auto"/>
        <w:ind w:firstLine="0"/>
      </w:pPr>
      <w:r>
        <w:rPr>
          <w:rFonts w:ascii="Arial" w:hAnsi="Arial" w:cs="Arial" w:eastAsia="Arial"/>
          <w:b/>
          <w:sz w:val="21"/>
        </w:rPr>
        <w:t>Delete this page before publishing.</w:t>
      </w:r>
      <w:r>
        <w:rPr>
          <w:rFonts w:ascii="Arial" w:hAnsi="Arial" w:cs="Arial" w:eastAsia="Arial"/>
          <w:sz w:val="21"/>
        </w:rPr>
        <w:t xml:space="preserve"> It is here to help you, not your readers.</w:t>
      </w:r>
    </w:p>
    <w:p>
      <w:pPr>
        <w:pStyle w:val="ListNumber"/>
        <w:numPr>
          <w:ilvl w:val="0"/>
          <w:numId w:val="10"/>
        </w:numPr>
      </w:pPr>
      <w:r>
        <w:t>Replace every line in [square brackets] with your own words. Keep the styles: click in a line and type over it.</w:t>
      </w:r>
    </w:p>
    <w:p>
      <w:pPr>
        <w:pStyle w:val="ListNumber"/>
        <w:numPr>
          <w:ilvl w:val="0"/>
          <w:numId w:val="10"/>
        </w:numPr>
      </w:pPr>
      <w:r>
        <w:t>Make each new chapter title a Heading 1 and each section title a Heading 2 (Home, Styles). Heading 1 starts every chapter on a new page.</w:t>
      </w:r>
    </w:p>
    <w:p>
      <w:pPr>
        <w:pStyle w:val="ListNumber"/>
        <w:numPr>
          <w:ilvl w:val="0"/>
          <w:numId w:val="10"/>
        </w:numPr>
      </w:pPr>
      <w:r>
        <w:t>Update the table of contents when you are done: click it and choose the refresh button.</w:t>
      </w:r>
    </w:p>
    <w:p>
      <w:pPr>
        <w:pStyle w:val="ListNumber"/>
        <w:numPr>
          <w:ilvl w:val="0"/>
          <w:numId w:val="10"/>
        </w:numPr>
      </w:pPr>
      <w:r>
        <w:t>To change a font or color everywhere, select some text, change it, then choose Format, Paragraph styles, and Update to match.</w:t>
      </w:r>
    </w:p>
    <w:p>
      <w:pPr>
        <w:pStyle w:val="ListNumber"/>
        <w:numPr>
          <w:ilvl w:val="0"/>
          <w:numId w:val="10"/>
        </w:numPr>
      </w:pPr>
      <w:r>
        <w:t>Replace each image placeholder with your own picture and edit its alt text so screen readers can describe it.</w:t>
      </w:r>
    </w:p>
    <w:p>
      <w:pPr>
        <w:pStyle w:val="ListNumber"/>
        <w:numPr>
          <w:ilvl w:val="0"/>
          <w:numId w:val="10"/>
        </w:numPr>
      </w:pPr>
      <w:r>
        <w:t>Download as PDF to share or sell (File, Download, PDF document).</w:t>
      </w:r>
    </w:p>
    <w:p>
      <w:pPr>
        <w:spacing w:before="0" w:after="160" w:line="300" w:lineRule="auto"/>
        <w:ind w:firstLine="0"/>
      </w:pPr>
      <w:r>
        <w:rPr>
          <w:rFonts w:ascii="Arial" w:hAnsi="Arial" w:cs="Arial" w:eastAsia="Arial"/>
          <w:sz w:val="21"/>
        </w:rPr>
        <w:t>Free to use for your own ebooks. Please do not resell the template. Made by Koobe, koobe.ai.</w:t>
      </w:r>
      <w:r>
        <w:br w:type="page"/>
      </w:r>
    </w:p>
    <w:p>
      <w:pPr>
        <w:pStyle w:val="Title"/>
      </w:pPr>
      <w:r>
        <w:t>[Your Book Title]</w:t>
      </w:r>
    </w:p>
    <w:p>
      <w:pPr>
        <w:pStyle w:val="Subtitle"/>
      </w:pPr>
      <w:r>
        <w:t>[A subtitle that says who it is for and what they will be able to do]</w:t>
      </w:r>
    </w:p>
    <w:p>
      <w:pPr>
        <w:spacing w:before="720" w:after="0" w:line="288" w:lineRule="auto"/>
        <w:ind w:firstLine="0"/>
      </w:pPr>
      <w:r>
        <w:rPr>
          <w:rFonts w:ascii="Arial" w:hAnsi="Arial" w:cs="Arial" w:eastAsia="Arial"/>
          <w:b/>
          <w:caps/>
          <w:sz w:val="26"/>
        </w:rPr>
        <w:t>[Author Name]</w:t>
      </w:r>
      <w:r>
        <w:br w:type="page"/>
      </w:r>
    </w:p>
    <w:p>
      <w:pPr>
        <w:pBdr>
          <w:bottom w:val="single" w:sz="12" w:space="12" w:color="FE6202"/>
        </w:pBdr>
        <w:spacing w:before="0" w:after="280" w:line="252" w:lineRule="auto"/>
        <w:ind w:left="1728" w:right="1728" w:firstLine="0"/>
        <w:jc w:val="center"/>
      </w:pPr>
      <w:r>
        <w:rPr>
          <w:rFonts w:ascii="Arial" w:hAnsi="Arial" w:cs="Arial" w:eastAsia="Arial"/>
          <w:b/>
          <w:sz w:val="56"/>
        </w:rPr>
        <w:t>[Your Book Title]</w:t>
      </w:r>
    </w:p>
    <w:p>
      <w:pPr>
        <w:spacing w:before="80" w:after="80" w:line="288" w:lineRule="auto"/>
        <w:ind w:firstLine="0"/>
        <w:jc w:val="center"/>
      </w:pPr>
      <w:r>
        <w:rPr>
          <w:rFonts w:ascii="Georgia" w:hAnsi="Georgia" w:cs="Georgia" w:eastAsia="Georgia"/>
          <w:i/>
          <w:sz w:val="26"/>
        </w:rPr>
        <w:t>[Subtitle]</w:t>
      </w:r>
    </w:p>
    <w:p>
      <w:pPr>
        <w:spacing w:before="80" w:after="80" w:line="288" w:lineRule="auto"/>
        <w:ind w:firstLine="0"/>
        <w:jc w:val="center"/>
      </w:pPr>
      <w:r>
        <w:rPr>
          <w:rFonts w:ascii="Georgia" w:hAnsi="Georgia" w:cs="Georgia" w:eastAsia="Georgia"/>
          <w:i/>
          <w:sz w:val="26"/>
        </w:rPr>
        <w:t>[Author Name]</w:t>
      </w:r>
      <w:r>
        <w:br w:type="page"/>
      </w:r>
    </w:p>
    <w:p>
      <w:pPr>
        <w:keepNext/>
        <w:spacing w:before="0" w:after="280" w:line="264" w:lineRule="auto"/>
        <w:ind w:firstLine="0"/>
      </w:pPr>
      <w:r>
        <w:rPr>
          <w:rFonts w:ascii="Arial" w:hAnsi="Arial" w:cs="Arial" w:eastAsia="Arial"/>
          <w:b/>
          <w:sz w:val="44"/>
        </w:rPr>
        <w:t>Copyright</w:t>
      </w:r>
    </w:p>
    <w:p>
      <w:pPr>
        <w:spacing w:before="0" w:after="120" w:line="288" w:lineRule="auto"/>
        <w:ind w:firstLine="0"/>
      </w:pPr>
      <w:r>
        <w:rPr>
          <w:rFonts w:ascii="Georgia" w:hAnsi="Georgia" w:cs="Georgia" w:eastAsia="Georgia"/>
          <w:sz w:val="19"/>
        </w:rPr>
        <w:t>Copyright © [Year] [Author or Company Name]. All rights reserved.</w:t>
      </w:r>
    </w:p>
    <w:p>
      <w:pPr>
        <w:spacing w:before="0" w:after="120" w:line="288" w:lineRule="auto"/>
        <w:ind w:firstLine="0"/>
      </w:pPr>
      <w:r>
        <w:rPr>
          <w:rFonts w:ascii="Georgia" w:hAnsi="Georgia" w:cs="Georgia" w:eastAsia="Georgia"/>
          <w:sz w:val="19"/>
        </w:rPr>
        <w:t>No part of this book may be reproduced in any form without written permission from the author, except for brief quotations in reviews.</w:t>
      </w:r>
    </w:p>
    <w:p>
      <w:pPr>
        <w:spacing w:before="0" w:after="120" w:line="288" w:lineRule="auto"/>
        <w:ind w:firstLine="0"/>
      </w:pPr>
      <w:r>
        <w:rPr>
          <w:rFonts w:ascii="Georgia" w:hAnsi="Georgia" w:cs="Georgia" w:eastAsia="Georgia"/>
          <w:sz w:val="19"/>
        </w:rPr>
        <w:t>ISBN: [Add your ISBN here, or delete this line if you do not have one]</w:t>
      </w:r>
    </w:p>
    <w:p>
      <w:pPr>
        <w:spacing w:before="0" w:after="120" w:line="288" w:lineRule="auto"/>
        <w:ind w:firstLine="0"/>
      </w:pPr>
      <w:r>
        <w:rPr>
          <w:rFonts w:ascii="Georgia" w:hAnsi="Georgia" w:cs="Georgia" w:eastAsia="Georgia"/>
          <w:sz w:val="19"/>
        </w:rPr>
        <w:t>[Optional disclaimer: This book is for general information only and is not professional advice.]</w:t>
      </w:r>
    </w:p>
    <w:p>
      <w:pPr>
        <w:spacing w:before="0" w:after="120" w:line="288" w:lineRule="auto"/>
        <w:ind w:firstLine="0"/>
      </w:pPr>
      <w:r>
        <w:rPr>
          <w:rFonts w:ascii="Georgia" w:hAnsi="Georgia" w:cs="Georgia" w:eastAsia="Georgia"/>
          <w:sz w:val="19"/>
        </w:rPr>
        <w:t>Published by [Name]. [Website]</w:t>
      </w:r>
      <w:r>
        <w:br w:type="page"/>
      </w:r>
    </w:p>
    <w:p>
      <w:pPr>
        <w:pStyle w:val="TOCHeading"/>
      </w:pPr>
      <w:r>
        <w:t>Contents</w:t>
      </w:r>
    </w:p>
    <w:p>
      <w:pPr>
        <w:pStyle w:val="TOC1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00001" w:history="1">
        <w:r>
          <w:t xml:space="preserve">Introduction</w:t>
        </w:r>
        <w:r>
          <w:tab/>
        </w:r>
        <w:r>
          <w:t xml:space="preserve">6</w:t>
        </w:r>
      </w:hyperlink>
    </w:p>
    <w:p>
      <w:pPr>
        <w:pStyle w:val="TOC1"/>
      </w:pPr>
      <w:hyperlink w:anchor="_Toc100002" w:history="1">
        <w:r>
          <w:t xml:space="preserve">[Chapter One: Name the First Big Step]</w:t>
        </w:r>
        <w:r>
          <w:tab/>
        </w:r>
        <w:r>
          <w:t xml:space="preserve">7</w:t>
        </w:r>
      </w:hyperlink>
    </w:p>
    <w:p>
      <w:pPr>
        <w:pStyle w:val="TOC2"/>
      </w:pPr>
      <w:hyperlink w:anchor="_Toc100003" w:history="1">
        <w:r>
          <w:t xml:space="preserve">[A Section That Explains the Idea]</w:t>
        </w:r>
        <w:r>
          <w:tab/>
        </w:r>
        <w:r>
          <w:t xml:space="preserve">7</w:t>
        </w:r>
      </w:hyperlink>
    </w:p>
    <w:p>
      <w:pPr>
        <w:pStyle w:val="TOC2"/>
      </w:pPr>
      <w:hyperlink w:anchor="_Toc100004" w:history="1">
        <w:r>
          <w:t xml:space="preserve">[A Section That Shows It in Practice]</w:t>
        </w:r>
        <w:r>
          <w:tab/>
        </w:r>
        <w:r>
          <w:t xml:space="preserve">7</w:t>
        </w:r>
      </w:hyperlink>
    </w:p>
    <w:p>
      <w:pPr>
        <w:pStyle w:val="TOC1"/>
      </w:pPr>
      <w:hyperlink w:anchor="_Toc100005" w:history="1">
        <w:r>
          <w:t xml:space="preserve">[Chapter Two: The Method in Detail]</w:t>
        </w:r>
        <w:r>
          <w:tab/>
        </w:r>
        <w:r>
          <w:t xml:space="preserve">9</w:t>
        </w:r>
      </w:hyperlink>
    </w:p>
    <w:p>
      <w:pPr>
        <w:pStyle w:val="TOC2"/>
      </w:pPr>
      <w:hyperlink w:anchor="_Toc100006" w:history="1">
        <w:r>
          <w:t xml:space="preserve">[The Most Common Mistake]</w:t>
        </w:r>
        <w:r>
          <w:tab/>
        </w:r>
        <w:r>
          <w:t xml:space="preserve">9</w:t>
        </w:r>
      </w:hyperlink>
    </w:p>
    <w:p>
      <w:pPr>
        <w:pStyle w:val="TOC2"/>
      </w:pPr>
      <w:hyperlink w:anchor="_Toc100007" w:history="1">
        <w:r>
          <w:t xml:space="preserve">[A Better Way to Do It]</w:t>
        </w:r>
        <w:r>
          <w:tab/>
        </w:r>
        <w:r>
          <w:t xml:space="preserve">9</w:t>
        </w:r>
      </w:hyperlink>
    </w:p>
    <w:p>
      <w:pPr>
        <w:pStyle w:val="TOC1"/>
      </w:pPr>
      <w:hyperlink w:anchor="_Toc100008" w:history="1">
        <w:r>
          <w:t xml:space="preserve">[Chapter Three: Make It Stick]</w:t>
        </w:r>
        <w:r>
          <w:tab/>
        </w:r>
        <w:r>
          <w:t xml:space="preserve">11</w:t>
        </w:r>
      </w:hyperlink>
    </w:p>
    <w:p>
      <w:pPr>
        <w:pStyle w:val="TOC2"/>
      </w:pPr>
      <w:hyperlink w:anchor="_Toc100009" w:history="1">
        <w:r>
          <w:t xml:space="preserve">[Build a Simple Routine]</w:t>
        </w:r>
        <w:r>
          <w:tab/>
        </w:r>
        <w:r>
          <w:t xml:space="preserve">11</w:t>
        </w:r>
      </w:hyperlink>
    </w:p>
    <w:p>
      <w:pPr>
        <w:pStyle w:val="TOC2"/>
      </w:pPr>
      <w:hyperlink w:anchor="_Toc100010" w:history="1">
        <w:r>
          <w:t xml:space="preserve">[What to Do When You Slip]</w:t>
        </w:r>
        <w:r>
          <w:tab/>
        </w:r>
        <w:r>
          <w:t xml:space="preserve">11</w:t>
        </w:r>
      </w:hyperlink>
    </w:p>
    <w:p>
      <w:pPr>
        <w:pStyle w:val="TOC1"/>
      </w:pPr>
      <w:hyperlink w:anchor="_Toc100011" w:history="1">
        <w:r>
          <w:t xml:space="preserve">[Closing Chapter: Where to Go From Here]</w:t>
        </w:r>
        <w:r>
          <w:tab/>
        </w:r>
        <w:r>
          <w:t xml:space="preserve">13</w:t>
        </w:r>
      </w:hyperlink>
    </w:p>
    <w:p>
      <w:pPr>
        <w:pStyle w:val="TOC1"/>
      </w:pPr>
      <w:hyperlink w:anchor="_Toc100012" w:history="1">
        <w:r>
          <w:t xml:space="preserve">[Your Next Step]</w:t>
        </w:r>
        <w:r>
          <w:tab/>
        </w:r>
        <w:r>
          <w:t xml:space="preserve">14</w:t>
        </w:r>
      </w:hyperlink>
    </w:p>
    <w:p>
      <w:pPr>
        <w:pStyle w:val="TOC1"/>
      </w:pPr>
      <w:hyperlink w:anchor="_Toc100013" w:history="1">
        <w:r>
          <w:t xml:space="preserve">About the Author</w:t>
        </w:r>
        <w:r>
          <w:tab/>
        </w:r>
        <w:r>
          <w:t xml:space="preserve">15</w:t>
        </w:r>
      </w:hyperlink>
      <w:r>
        <w:fldChar w:fldCharType="end"/>
      </w:r>
      <w:r>
        <w:br w:type="page"/>
      </w:r>
    </w:p>
    <w:p>
      <w:pPr>
        <w:pStyle w:val="Heading1"/>
      </w:pPr>
      <w:bookmarkStart w:id="1" w:name="_Toc100001"/>
      <w:r>
        <w:t>Introduction</w:t>
      </w:r>
      <w:bookmarkEnd w:id="1"/>
    </w:p>
    <w:p>
      <w:pPr/>
      <w:r>
        <w:t>[Start with the reader’s problem in their own words. What keeps them up at night, or what do they wish they could do?]</w:t>
      </w:r>
    </w:p>
    <w:p>
      <w:pPr/>
      <w:r>
        <w:t>[Say who you are in one or two sentences and why you wrote this book.]</w:t>
      </w:r>
    </w:p>
    <w:p>
      <w:pPr/>
      <w:r>
        <w:t>[Promise what the reader will be able to do by the end, and give a quick map of the chapters ahead.]</w:t>
      </w:r>
      <w:r>
        <w:br w:type="page"/>
      </w:r>
    </w:p>
    <w:p>
      <w:pPr>
        <w:pStyle w:val="Heading1"/>
      </w:pPr>
      <w:bookmarkStart w:id="2" w:name="_Toc100002"/>
      <w:r>
        <w:t>[Chapter One: Name the First Big Step]</w:t>
      </w:r>
      <w:bookmarkEnd w:id="2"/>
    </w:p>
    <w:p>
      <w:pPr/>
      <w:r>
        <w:t>[Open with a short story or a surprising fact that shows why this chapter matters. Two or three sentences is enough. End with the question this chapter answers.]</w:t>
      </w:r>
    </w:p>
    <w:p>
      <w:pPr>
        <w:pStyle w:val="Heading2"/>
      </w:pPr>
      <w:bookmarkStart w:id="3" w:name="_Toc100003"/>
      <w:r>
        <w:t>[A Section That Explains the Idea]</w:t>
      </w:r>
      <w:bookmarkEnd w:id="3"/>
    </w:p>
    <w:p>
      <w:pPr/>
      <w:r>
        <w:t>[Explain the idea in plain words, as if to a friend. Keep paragraphs to three or four sentences so they are easy to read on a screen.]</w:t>
      </w:r>
    </w:p>
    <w:p>
      <w:pPr>
        <w:pStyle w:val="Quote"/>
      </w:pPr>
      <w:r>
        <w:t>[Put the one sentence you most want readers to remember here.]</w:t>
      </w:r>
    </w:p>
    <w:p>
      <w:pPr>
        <w:pStyle w:val="ListBullet"/>
      </w:pPr>
      <w:r>
        <w:t>[A key point, in a few words]</w:t>
      </w:r>
    </w:p>
    <w:p>
      <w:pPr>
        <w:pStyle w:val="ListBullet"/>
      </w:pPr>
      <w:r>
        <w:t>[A second key point]</w:t>
      </w:r>
    </w:p>
    <w:p>
      <w:pPr>
        <w:pStyle w:val="ListBullet"/>
      </w:pPr>
      <w:r>
        <w:t>[A third key point]</w:t>
      </w:r>
    </w:p>
    <w:p>
      <w:pPr>
        <w:pStyle w:val="Heading2"/>
      </w:pPr>
      <w:bookmarkStart w:id="4" w:name="_Toc100004"/>
      <w:r>
        <w:t>[A Section That Shows It in Practice]</w:t>
      </w:r>
      <w:bookmarkEnd w:id="4"/>
    </w:p>
    <w:p>
      <w:pPr/>
      <w:r>
        <w:t>[Give one real example: a client, a reader or your own experience. Specific details make a book feel trustworthy.]</w:t>
      </w:r>
    </w:p>
    <w:tbl>
      <w:tblPr>
        <w:tblStyle w:val="KoobeTable"/>
        <w:tblW w:w="5000" w:type="pct"/>
        <w:tblBorders>
          <w:top w:val="single" w:sz="4" w:space="0" w:color="E7E5E4"/>
          <w:bottom w:val="single" w:sz="4" w:space="0" w:color="E7E5E4"/>
          <w:insideH w:val="single" w:sz="4" w:space="0" w:color="E7E5E4"/>
        </w:tblBorders>
        <w:tblLayout w:type="fixed"/>
        <w:tblLook w:firstColumn="0" w:firstRow="1" w:lastColumn="0" w:lastRow="0" w:noHBand="1" w:noVBand="1" w:val="0420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Step</w:t>
            </w:r>
          </w:p>
        </w:tc>
        <w:tc>
          <w:tcPr>
            <w:tcW w:type="dxa" w:w="312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What to do</w:t>
            </w:r>
          </w:p>
        </w:tc>
        <w:tc>
          <w:tcPr>
            <w:tcW w:type="dxa" w:w="312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Time</w:t>
            </w:r>
          </w:p>
        </w:tc>
      </w:tr>
      <w:tr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[Step 1]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[Short description]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[10 minutes]</w:t>
            </w:r>
          </w:p>
        </w:tc>
      </w:tr>
      <w:tr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[Step 2]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[Short description]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[20 minutes]</w:t>
            </w:r>
          </w:p>
        </w:tc>
      </w:tr>
      <w:tr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[Step 3]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[Short description]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[Once a week]</w:t>
            </w:r>
          </w:p>
        </w:tc>
      </w:tr>
    </w:tbl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91840" cy="1975104"/>
            <wp:docPr id="1" name="Picture 1" descr="Placeholder image for chapter one. Replace it with your own picture and write alt text that describes it." title="Placeholder image for chapter one. Replace it with your own picture and write alt text that describes 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97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1. [Describe what the image shows and why it helps.]</w:t>
      </w:r>
    </w:p>
    <w:p>
      <w:pPr>
        <w:keepNext/>
        <w:pBdr>
          <w:left w:val="single" w:sz="24" w:space="10" w:color="FE6202"/>
        </w:pBdr>
        <w:shd w:val="clear" w:color="auto" w:fill="FFF4EC"/>
        <w:spacing w:before="280" w:after="0" w:line="288" w:lineRule="auto"/>
        <w:ind w:left="216" w:right="216" w:firstLine="0"/>
      </w:pPr>
      <w:r>
        <w:rPr>
          <w:rFonts w:ascii="Arial" w:hAnsi="Arial" w:cs="Arial" w:eastAsia="Arial"/>
          <w:b/>
          <w:caps/>
          <w:sz w:val="20"/>
        </w:rPr>
        <w:t>Try this</w:t>
      </w:r>
    </w:p>
    <w:p>
      <w:pPr>
        <w:keepNext/>
        <w:numPr>
          <w:ilvl w:val="0"/>
          <w:numId w:val="11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[The first small action the reader can take today]</w:t>
      </w:r>
    </w:p>
    <w:p>
      <w:pPr>
        <w:keepNext/>
        <w:numPr>
          <w:ilvl w:val="0"/>
          <w:numId w:val="11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[The second action, building on the first]</w:t>
      </w:r>
    </w:p>
    <w:p>
      <w:pPr>
        <w:numPr>
          <w:ilvl w:val="0"/>
          <w:numId w:val="11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[How they will know it worked]</w:t>
      </w:r>
    </w:p>
    <w:p>
      <w:pPr/>
      <w:r>
        <w:t>[End with one sentence that leads into the next chapter, so the reader wants to keep going.]</w:t>
      </w:r>
      <w:r>
        <w:br w:type="page"/>
      </w:r>
    </w:p>
    <w:p>
      <w:pPr>
        <w:pStyle w:val="Heading1"/>
      </w:pPr>
      <w:bookmarkStart w:id="5" w:name="_Toc100005"/>
      <w:r>
        <w:t>[Chapter Two: The Method in Detail]</w:t>
      </w:r>
      <w:bookmarkEnd w:id="5"/>
    </w:p>
    <w:p>
      <w:pPr/>
      <w:r>
        <w:t>[Start where the last chapter ended. Remind the reader what they can already do, then promise what this chapter adds.]</w:t>
      </w:r>
    </w:p>
    <w:p>
      <w:pPr>
        <w:pStyle w:val="Heading2"/>
      </w:pPr>
      <w:bookmarkStart w:id="6" w:name="_Toc100006"/>
      <w:r>
        <w:t>[The Most Common Mistake]</w:t>
      </w:r>
      <w:bookmarkEnd w:id="6"/>
    </w:p>
    <w:p>
      <w:pPr/>
      <w:r>
        <w:t>[Name the mistake most readers make and why it is easy to make. Readers trust a book that knows their struggles.]</w:t>
      </w:r>
    </w:p>
    <w:p>
      <w:pPr>
        <w:pStyle w:val="Quote"/>
      </w:pPr>
      <w:r>
        <w:t>[A short line that sums up the shift from the mistake to the better way.]</w:t>
      </w:r>
    </w:p>
    <w:p>
      <w:pPr>
        <w:pStyle w:val="ListBullet"/>
      </w:pPr>
      <w:r>
        <w:t>[What to keep doing]</w:t>
      </w:r>
    </w:p>
    <w:p>
      <w:pPr>
        <w:pStyle w:val="ListBullet"/>
      </w:pPr>
      <w:r>
        <w:t>[What to stop doing]</w:t>
      </w:r>
    </w:p>
    <w:p>
      <w:pPr>
        <w:pStyle w:val="ListBullet"/>
      </w:pPr>
      <w:r>
        <w:t>[What to start doing]</w:t>
      </w:r>
    </w:p>
    <w:p>
      <w:pPr>
        <w:pStyle w:val="Heading2"/>
      </w:pPr>
      <w:bookmarkStart w:id="7" w:name="_Toc100007"/>
      <w:r>
        <w:t>[A Better Way to Do It]</w:t>
      </w:r>
      <w:bookmarkEnd w:id="7"/>
    </w:p>
    <w:p>
      <w:pPr/>
      <w:r>
        <w:t>[Walk through the better way one step at a time. Use a short list if there are more than three steps.]</w:t>
      </w:r>
    </w:p>
    <w:tbl>
      <w:tblPr>
        <w:tblStyle w:val="KoobeTable"/>
        <w:tblW w:w="5000" w:type="pct"/>
        <w:tblBorders>
          <w:top w:val="single" w:sz="4" w:space="0" w:color="E7E5E4"/>
          <w:bottom w:val="single" w:sz="4" w:space="0" w:color="E7E5E4"/>
          <w:insideH w:val="single" w:sz="4" w:space="0" w:color="E7E5E4"/>
        </w:tblBorders>
        <w:tblLayout w:type="fixed"/>
        <w:tblLook w:firstColumn="0" w:firstRow="1" w:lastColumn="0" w:lastRow="0" w:noHBand="1" w:noVBand="1" w:val="0420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Before</w:t>
            </w:r>
          </w:p>
        </w:tc>
        <w:tc>
          <w:tcPr>
            <w:tcW w:type="dxa" w:w="468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After</w:t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[What the reader does now]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[What they will do instead]</w:t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[How it feels now]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[How it will feel]</w:t>
            </w:r>
          </w:p>
        </w:tc>
      </w:tr>
      <w:tr>
        <w:tc>
          <w:tcPr>
            <w:tcW w:type="dxa" w:w="468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[The result now]</w:t>
            </w:r>
          </w:p>
        </w:tc>
        <w:tc>
          <w:tcPr>
            <w:tcW w:type="dxa" w:w="468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[The result after]</w:t>
            </w:r>
          </w:p>
        </w:tc>
      </w:tr>
    </w:tbl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91840" cy="1975104"/>
            <wp:docPr id="2" name="Picture 2" descr="Placeholder image for chapter two. Replace it with your own picture and write alt text that describes it." title="Placeholder image for chapter two. Replace it with your own picture and write alt text that describes 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97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2. [A chart, a photo or a simple diagram that makes the method clear.]</w:t>
      </w:r>
    </w:p>
    <w:p>
      <w:pPr>
        <w:keepNext/>
        <w:pBdr>
          <w:left w:val="single" w:sz="24" w:space="10" w:color="FE6202"/>
        </w:pBdr>
        <w:shd w:val="clear" w:color="auto" w:fill="FFF4EC"/>
        <w:spacing w:before="280" w:after="0" w:line="288" w:lineRule="auto"/>
        <w:ind w:left="216" w:right="216" w:firstLine="0"/>
      </w:pPr>
      <w:r>
        <w:rPr>
          <w:rFonts w:ascii="Arial" w:hAnsi="Arial" w:cs="Arial" w:eastAsia="Arial"/>
          <w:b/>
          <w:caps/>
          <w:sz w:val="20"/>
        </w:rPr>
        <w:t>Try this</w:t>
      </w:r>
    </w:p>
    <w:p>
      <w:pPr>
        <w:keepNext/>
        <w:numPr>
          <w:ilvl w:val="0"/>
          <w:numId w:val="12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[Spot the mistake in your own work]</w:t>
      </w:r>
    </w:p>
    <w:p>
      <w:pPr>
        <w:keepNext/>
        <w:numPr>
          <w:ilvl w:val="0"/>
          <w:numId w:val="12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[Try the better way once]</w:t>
      </w:r>
    </w:p>
    <w:p>
      <w:pPr>
        <w:numPr>
          <w:ilvl w:val="0"/>
          <w:numId w:val="12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[Write down what changed]</w:t>
      </w:r>
    </w:p>
    <w:p>
      <w:pPr/>
      <w:r>
        <w:t>[Close by naming the result the reader now has, and hint at what chapter three adds.]</w:t>
      </w:r>
      <w:r>
        <w:br w:type="page"/>
      </w:r>
    </w:p>
    <w:p>
      <w:pPr>
        <w:pStyle w:val="Heading1"/>
      </w:pPr>
      <w:bookmarkStart w:id="8" w:name="_Toc100008"/>
      <w:r>
        <w:t>[Chapter Three: Make It Stick]</w:t>
      </w:r>
      <w:bookmarkEnd w:id="8"/>
    </w:p>
    <w:p>
      <w:pPr/>
      <w:r>
        <w:t>[Explain why most people stop after a few weeks, and how this chapter helps the reader keep going.]</w:t>
      </w:r>
    </w:p>
    <w:p>
      <w:pPr>
        <w:pStyle w:val="Heading2"/>
      </w:pPr>
      <w:bookmarkStart w:id="9" w:name="_Toc100009"/>
      <w:r>
        <w:t>[Build a Simple Routine]</w:t>
      </w:r>
      <w:bookmarkEnd w:id="9"/>
    </w:p>
    <w:p>
      <w:pPr/>
      <w:r>
        <w:t>[Describe a routine small enough to keep on a busy day. Tie it to something the reader already does.]</w:t>
      </w:r>
    </w:p>
    <w:p>
      <w:pPr>
        <w:pStyle w:val="Quote"/>
      </w:pPr>
      <w:r>
        <w:t>[An encouraging sentence the reader can come back to on a hard day.]</w:t>
      </w:r>
    </w:p>
    <w:p>
      <w:pPr>
        <w:pStyle w:val="ListBullet"/>
      </w:pPr>
      <w:r>
        <w:t>[A daily habit]</w:t>
      </w:r>
    </w:p>
    <w:p>
      <w:pPr>
        <w:pStyle w:val="ListBullet"/>
      </w:pPr>
      <w:r>
        <w:t>[A weekly check-in]</w:t>
      </w:r>
    </w:p>
    <w:p>
      <w:pPr>
        <w:pStyle w:val="ListBullet"/>
      </w:pPr>
      <w:r>
        <w:t>[A sign that it is working]</w:t>
      </w:r>
    </w:p>
    <w:p>
      <w:pPr>
        <w:pStyle w:val="Heading2"/>
      </w:pPr>
      <w:bookmarkStart w:id="10" w:name="_Toc100010"/>
      <w:r>
        <w:t>[What to Do When You Slip]</w:t>
      </w:r>
      <w:bookmarkEnd w:id="10"/>
    </w:p>
    <w:p>
      <w:pPr/>
      <w:r>
        <w:t>[Make slipping normal. Give one clear way back, so the reader does not give up.]</w:t>
      </w:r>
    </w:p>
    <w:tbl>
      <w:tblPr>
        <w:tblStyle w:val="KoobeTable"/>
        <w:tblW w:w="5000" w:type="pct"/>
        <w:tblBorders>
          <w:top w:val="single" w:sz="4" w:space="0" w:color="E7E5E4"/>
          <w:bottom w:val="single" w:sz="4" w:space="0" w:color="E7E5E4"/>
          <w:insideH w:val="single" w:sz="4" w:space="0" w:color="E7E5E4"/>
        </w:tblBorders>
        <w:tblLayout w:type="fixed"/>
        <w:tblLook w:firstColumn="0" w:firstRow="1" w:lastColumn="0" w:lastRow="0" w:noHBand="1" w:noVBand="1" w:val="0420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Week</w:t>
            </w:r>
          </w:p>
        </w:tc>
        <w:tc>
          <w:tcPr>
            <w:tcW w:type="dxa" w:w="312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Focus</w:t>
            </w:r>
          </w:p>
        </w:tc>
        <w:tc>
          <w:tcPr>
            <w:tcW w:type="dxa" w:w="3120"/>
            <w:tcBorders>
              <w:bottom w:val="single" w:sz="12" w:space="0" w:color="FE6202"/>
            </w:tcBorders>
            <w:shd w:val="clear" w:color="auto" w:fill="FFF4EC"/>
          </w:tcPr>
          <w:p>
            <w:pPr>
              <w:spacing w:after="40" w:before="40"/>
            </w:pPr>
            <w:r>
              <w:rPr>
                <w:rFonts w:ascii="Arial" w:hAnsi="Arial"/>
                <w:b/>
                <w:sz w:val="20"/>
              </w:rPr>
              <w:t>Done</w:t>
            </w:r>
          </w:p>
        </w:tc>
      </w:tr>
      <w:tr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[Week 1]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[What to practise]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 ]</w:t>
            </w:r>
          </w:p>
        </w:tc>
      </w:tr>
      <w:tr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[Week 2]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[What to practise]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 ]</w:t>
            </w:r>
          </w:p>
        </w:tc>
      </w:tr>
      <w:tr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[Week 3]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[What to practise]</w:t>
            </w:r>
          </w:p>
        </w:tc>
        <w:tc>
          <w:tcPr>
            <w:tcW w:type="dxa" w:w="3120"/>
          </w:tcPr>
          <w:p>
            <w:pPr>
              <w:spacing w:after="40" w:before="40"/>
            </w:pPr>
            <w:r>
              <w:rPr>
                <w:rFonts w:ascii="Arial" w:hAnsi="Arial"/>
                <w:sz w:val="20"/>
              </w:rPr>
              <w:t>[ ]</w:t>
            </w:r>
          </w:p>
        </w:tc>
      </w:tr>
    </w:tbl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3291840" cy="1975104"/>
            <wp:docPr id="3" name="Picture 3" descr="Placeholder image for chapter three. Replace it with your own picture and write alt text that describes it." title="Placeholder image for chapter three. Replace it with your own picture and write alt text that describes 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975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3. [An image that shows the routine or the result.]</w:t>
      </w:r>
    </w:p>
    <w:p>
      <w:pPr>
        <w:keepNext/>
        <w:pBdr>
          <w:left w:val="single" w:sz="24" w:space="10" w:color="FE6202"/>
        </w:pBdr>
        <w:shd w:val="clear" w:color="auto" w:fill="FFF4EC"/>
        <w:spacing w:before="280" w:after="0" w:line="288" w:lineRule="auto"/>
        <w:ind w:left="216" w:right="216" w:firstLine="0"/>
      </w:pPr>
      <w:r>
        <w:rPr>
          <w:rFonts w:ascii="Arial" w:hAnsi="Arial" w:cs="Arial" w:eastAsia="Arial"/>
          <w:b/>
          <w:caps/>
          <w:sz w:val="20"/>
        </w:rPr>
        <w:t>Try this</w:t>
      </w:r>
    </w:p>
    <w:p>
      <w:pPr>
        <w:keepNext/>
        <w:numPr>
          <w:ilvl w:val="0"/>
          <w:numId w:val="13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[Choose one time each day for the routine]</w:t>
      </w:r>
    </w:p>
    <w:p>
      <w:pPr>
        <w:keepNext/>
        <w:numPr>
          <w:ilvl w:val="0"/>
          <w:numId w:val="13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[Set a reminder]</w:t>
      </w:r>
    </w:p>
    <w:p>
      <w:pPr>
        <w:numPr>
          <w:ilvl w:val="0"/>
          <w:numId w:val="13"/>
        </w:num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648" w:hanging="360"/>
      </w:pPr>
      <w:r>
        <w:rPr>
          <w:rFonts w:ascii="Georgia" w:hAnsi="Georgia" w:cs="Georgia" w:eastAsia="Georgia"/>
          <w:sz w:val="22"/>
        </w:rPr>
        <w:t>[Check in at the end of the week]</w:t>
      </w:r>
    </w:p>
    <w:p>
      <w:pPr/>
      <w:r>
        <w:t>[Close the chapter by pointing to the closing chapter and the reader’s next step.]</w:t>
      </w:r>
      <w:r>
        <w:br w:type="page"/>
      </w:r>
    </w:p>
    <w:p>
      <w:pPr>
        <w:pStyle w:val="Heading1"/>
      </w:pPr>
      <w:bookmarkStart w:id="11" w:name="_Toc100011"/>
      <w:r>
        <w:t>[Closing Chapter: Where to Go From Here]</w:t>
      </w:r>
      <w:bookmarkEnd w:id="11"/>
    </w:p>
    <w:p>
      <w:pPr/>
      <w:r>
        <w:t>[Sum up the journey in a few sentences. Remind the reader how far they have come since the introduction.]</w:t>
      </w:r>
    </w:p>
    <w:p>
      <w:pPr/>
      <w:r>
        <w:t>[Give them one clear next step for tomorrow morning.]</w:t>
      </w:r>
      <w:r>
        <w:br w:type="page"/>
      </w:r>
    </w:p>
    <w:p>
      <w:pPr>
        <w:pStyle w:val="Heading1"/>
      </w:pPr>
      <w:bookmarkStart w:id="12" w:name="_Toc100012"/>
      <w:r>
        <w:t>[Your Next Step]</w:t>
      </w:r>
      <w:bookmarkEnd w:id="12"/>
    </w:p>
    <w:p>
      <w:pPr/>
      <w:r>
        <w:t>[Tell readers exactly what to do next: join your newsletter, book a call, take your course or leave a review.]</w:t>
      </w:r>
    </w:p>
    <w:p>
      <w:pPr>
        <w:keepNext/>
        <w:pBdr>
          <w:left w:val="single" w:sz="24" w:space="10" w:color="FE6202"/>
        </w:pBdr>
        <w:shd w:val="clear" w:color="auto" w:fill="FFF4EC"/>
        <w:spacing w:before="280" w:after="0" w:line="288" w:lineRule="auto"/>
        <w:ind w:left="216" w:right="216" w:firstLine="0"/>
      </w:pPr>
      <w:r>
        <w:rPr>
          <w:rFonts w:ascii="Arial" w:hAnsi="Arial" w:cs="Arial" w:eastAsia="Arial"/>
          <w:b/>
          <w:caps/>
          <w:sz w:val="20"/>
        </w:rPr>
        <w:t>Your next step</w:t>
      </w:r>
    </w:p>
    <w:p>
      <w:pPr>
        <w:pBdr>
          <w:left w:val="single" w:sz="24" w:space="10" w:color="FE6202"/>
        </w:pBdr>
        <w:shd w:val="clear" w:color="auto" w:fill="FFF4EC"/>
        <w:spacing w:before="200" w:after="200" w:line="288" w:lineRule="auto"/>
        <w:ind w:left="216" w:right="216" w:firstLine="0"/>
      </w:pPr>
      <w:r>
        <w:rPr>
          <w:rFonts w:ascii="Georgia" w:hAnsi="Georgia" w:cs="Georgia" w:eastAsia="Georgia"/>
          <w:sz w:val="22"/>
        </w:rPr>
        <w:t>[One clear action, with your website or email address written out in full.]</w:t>
      </w:r>
      <w:r>
        <w:br w:type="page"/>
      </w:r>
    </w:p>
    <w:p>
      <w:pPr>
        <w:pStyle w:val="Heading1"/>
      </w:pPr>
      <w:bookmarkStart w:id="13" w:name="_Toc100013"/>
      <w:r>
        <w:t>About the Author</w:t>
      </w:r>
      <w:bookmarkEnd w:id="13"/>
    </w:p>
    <w:p>
      <w:pPr>
        <w:keepNext/>
        <w:spacing w:before="12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011680" cy="1207008"/>
            <wp:docPr id="4" name="Picture 4" descr="Placeholder for the author photo. Replace it with your own photo." title="Placeholder for the author photo. Replace it with your own photo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207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t>[Write two or three sentences about yourself in the third person: what you do, who you help and one human detail.]</w:t>
      </w:r>
    </w:p>
    <w:p>
      <w:pPr/>
      <w:r>
        <w:t>[Where readers can find you: website, newsletter or social media.]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0" w:after="280" w:line="264" w:lineRule="auto"/>
      <w:ind w:firstLine="0"/>
      <w:outlineLvl w:val="0"/>
    </w:pPr>
    <w:rPr>
      <w:rFonts w:ascii="Arial" w:hAnsi="Arial" w:cs="Arial" w:eastAsia="Arial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 w:line="264" w:lineRule="auto"/>
      <w:ind w:firstLine="0"/>
      <w:outlineLvl w:val="1"/>
    </w:pPr>
    <w:rPr>
      <w:rFonts w:ascii="Arial" w:hAnsi="Arial" w:cs="Arial" w:eastAsia="Arial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ageBreakBefore w:val="0"/>
      <w:pBdr>
        <w:top w:val="single" w:sz="48" w:space="28" w:color="FE6202"/>
      </w:pBdr>
      <w:spacing w:after="360" w:line="252" w:lineRule="auto" w:before="0"/>
      <w:ind w:firstLine="0"/>
      <w:contextualSpacing/>
    </w:pPr>
    <w:rPr>
      <w:rFonts w:ascii="Arial" w:hAnsi="Arial" w:cs="Arial" w:eastAsia="Arial"/>
      <w:b/>
      <w:spacing w:val="5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60" w:line="312" w:lineRule="auto"/>
      <w:ind w:firstLine="0"/>
    </w:pPr>
    <w:rPr>
      <w:rFonts w:ascii="Georgia" w:hAnsi="Georgia" w:cs="Georgia" w:eastAsia="Georgia"/>
      <w:i/>
      <w:iCs/>
      <w:spacing w:val="15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276" w:lineRule="auto"/>
      <w:contextualSpacing/>
    </w:pPr>
    <w:rPr>
      <w:rFonts w:ascii="Georgia" w:hAnsi="Georgia" w:cs="Georgia" w:eastAsia="Georgia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pBdr>
        <w:left w:val="single" w:sz="18" w:space="12" w:color="FE6202"/>
      </w:pBdr>
      <w:spacing w:before="240" w:after="240" w:line="312" w:lineRule="auto"/>
      <w:ind w:left="504" w:right="504" w:firstLine="0"/>
    </w:pPr>
    <w:rPr>
      <w:rFonts w:ascii="Georgia" w:hAnsi="Georgia" w:cs="Georgia" w:eastAsia="Georgia"/>
      <w:i/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before="80" w:after="280"/>
      <w:ind w:firstLine="0"/>
      <w:jc w:val="center"/>
    </w:pPr>
    <w:rPr>
      <w:rFonts w:ascii="Arial" w:hAnsi="Arial" w:cs="Arial" w:eastAsia="Arial"/>
      <w:b w:val="0"/>
      <w:bCs/>
      <w:i w:val="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pageBreakBefore w:val="0"/>
      <w:spacing w:before="0" w:after="360" w:line="264" w:lineRule="auto"/>
      <w:ind w:firstLine="0"/>
      <w:outlineLvl w:val="9"/>
    </w:pPr>
    <w:rPr>
      <w:rFonts w:ascii="Arial" w:hAnsi="Arial" w:cs="Arial" w:eastAsia="Arial"/>
      <w:b/>
      <w:sz w:val="4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oobeTryThis">
    <w:name w:val="Koobe Try This"/>
    <w:basedOn w:val="Normal"/>
    <w:qFormat/>
    <w:pPr>
      <w:pBdr>
        <w:left w:val="single" w:sz="24" w:space="10" w:color="FE6202"/>
      </w:pBdr>
      <w:shd w:val="clear" w:color="auto" w:fill="FFF4EC"/>
      <w:spacing w:before="200" w:after="200" w:line="288" w:lineRule="auto"/>
      <w:ind w:left="216" w:right="216" w:firstLine="0"/>
    </w:pPr>
    <w:rPr>
      <w:rFonts w:ascii="Georgia" w:hAnsi="Georgia" w:cs="Georgia" w:eastAsia="Georgia"/>
      <w:sz w:val="22"/>
    </w:rPr>
  </w:style>
  <w:style w:type="paragraph" w:customStyle="1" w:styleId="KoobeBoxLabel">
    <w:name w:val="Koobe Box Label"/>
    <w:basedOn w:val="Normal"/>
    <w:next w:val="KoobeTryThis"/>
    <w:qFormat/>
    <w:pPr>
      <w:keepNext/>
      <w:pBdr>
        <w:left w:val="single" w:sz="24" w:space="10" w:color="FE6202"/>
      </w:pBdr>
      <w:shd w:val="clear" w:color="auto" w:fill="FFF4EC"/>
      <w:spacing w:before="280" w:after="0" w:line="288" w:lineRule="auto"/>
      <w:ind w:left="216" w:right="216" w:firstLine="0"/>
    </w:pPr>
    <w:rPr>
      <w:rFonts w:ascii="Arial" w:hAnsi="Arial" w:cs="Arial" w:eastAsia="Arial"/>
      <w:b/>
      <w:caps/>
      <w:sz w:val="20"/>
    </w:rPr>
  </w:style>
  <w:style w:type="paragraph" w:customStyle="1" w:styleId="KoobeCoverAuthor">
    <w:name w:val="Koobe Cover Author"/>
    <w:basedOn w:val="Normal"/>
    <w:qFormat/>
    <w:pPr>
      <w:spacing w:before="720" w:after="0" w:line="288" w:lineRule="auto"/>
      <w:ind w:firstLine="0"/>
    </w:pPr>
    <w:rPr>
      <w:rFonts w:ascii="Arial" w:hAnsi="Arial" w:cs="Arial" w:eastAsia="Arial"/>
      <w:b/>
      <w:caps/>
      <w:sz w:val="26"/>
    </w:rPr>
  </w:style>
  <w:style w:type="paragraph" w:customStyle="1" w:styleId="KoobeFrontMatter">
    <w:name w:val="Koobe Front Matter"/>
    <w:basedOn w:val="Normal"/>
    <w:qFormat/>
    <w:pPr>
      <w:spacing w:before="0" w:after="120" w:line="288" w:lineRule="auto"/>
      <w:ind w:firstLine="0"/>
    </w:pPr>
    <w:rPr>
      <w:rFonts w:ascii="Georgia" w:hAnsi="Georgia" w:cs="Georgia" w:eastAsia="Georgia"/>
      <w:sz w:val="19"/>
    </w:rPr>
  </w:style>
  <w:style w:type="paragraph" w:customStyle="1" w:styleId="KoobePageTitle">
    <w:name w:val="Koobe Page Title"/>
    <w:basedOn w:val="Normal"/>
    <w:next w:val="Normal"/>
    <w:qFormat/>
    <w:pPr>
      <w:keepNext/>
      <w:pageBreakBefore w:val="0"/>
      <w:spacing w:before="0" w:after="280" w:line="264" w:lineRule="auto"/>
      <w:ind w:firstLine="0"/>
    </w:pPr>
    <w:rPr>
      <w:rFonts w:ascii="Arial" w:hAnsi="Arial" w:cs="Arial" w:eastAsia="Arial"/>
      <w:b/>
      <w:sz w:val="44"/>
    </w:rPr>
  </w:style>
  <w:style w:type="paragraph" w:customStyle="1" w:styleId="KoobeTemplateNote">
    <w:name w:val="Koobe Template Note"/>
    <w:basedOn w:val="Normal"/>
    <w:qFormat/>
    <w:pPr>
      <w:spacing w:before="0" w:after="160" w:line="300" w:lineRule="auto"/>
      <w:ind w:firstLine="0"/>
    </w:pPr>
    <w:rPr>
      <w:rFonts w:ascii="Arial" w:hAnsi="Arial" w:cs="Arial" w:eastAsia="Arial"/>
      <w:sz w:val="21"/>
    </w:rPr>
  </w:style>
  <w:style w:type="paragraph" w:customStyle="1" w:styleId="KoobeTemplateNoteHeading">
    <w:name w:val="Koobe Template Note Heading"/>
    <w:basedOn w:val="Normal"/>
    <w:next w:val="KoobeTemplateNote"/>
    <w:qFormat/>
    <w:pPr>
      <w:keepNext/>
      <w:spacing w:before="0" w:after="200" w:line="264" w:lineRule="auto"/>
      <w:ind w:firstLine="0"/>
    </w:pPr>
    <w:rPr>
      <w:rFonts w:ascii="Arial" w:hAnsi="Arial" w:cs="Arial" w:eastAsia="Arial"/>
      <w:b/>
      <w:sz w:val="36"/>
    </w:rPr>
  </w:style>
  <w:style w:type="paragraph" w:customStyle="1" w:styleId="KoobeTitlePage">
    <w:name w:val="Koobe Title Page"/>
    <w:basedOn w:val="Normal"/>
    <w:qFormat/>
    <w:pPr>
      <w:pageBreakBefore w:val="0"/>
      <w:pBdr>
        <w:bottom w:val="single" w:sz="12" w:space="12" w:color="FE6202"/>
      </w:pBdr>
      <w:spacing w:before="0" w:after="280" w:line="252" w:lineRule="auto"/>
      <w:ind w:left="1728" w:right="1728" w:firstLine="0"/>
      <w:jc w:val="center"/>
    </w:pPr>
    <w:rPr>
      <w:rFonts w:ascii="Arial" w:hAnsi="Arial" w:cs="Arial" w:eastAsia="Arial"/>
      <w:b/>
      <w:sz w:val="56"/>
    </w:rPr>
  </w:style>
  <w:style w:type="paragraph" w:customStyle="1" w:styleId="KoobeTitlePageLine">
    <w:name w:val="Koobe Title Page Line"/>
    <w:basedOn w:val="Normal"/>
    <w:qFormat/>
    <w:pPr>
      <w:spacing w:before="80" w:after="80" w:line="288" w:lineRule="auto"/>
      <w:ind w:firstLine="0"/>
      <w:jc w:val="center"/>
    </w:pPr>
    <w:rPr>
      <w:rFonts w:ascii="Georgia" w:hAnsi="Georgia" w:cs="Georgia" w:eastAsia="Georgia"/>
      <w:i/>
      <w:sz w:val="26"/>
    </w:rPr>
  </w:style>
  <w:style w:type="paragraph" w:customStyle="1" w:styleId="KoobeTableText">
    <w:name w:val="Koobe Table Text"/>
    <w:basedOn w:val="Normal"/>
    <w:qFormat/>
    <w:pPr>
      <w:spacing w:before="40" w:after="40" w:line="276" w:lineRule="auto"/>
      <w:ind w:firstLine="0"/>
    </w:pPr>
    <w:rPr>
      <w:rFonts w:ascii="Arial" w:hAnsi="Arial" w:cs="Arial" w:eastAsia="Arial"/>
      <w:sz w:val="20"/>
    </w:rPr>
  </w:style>
  <w:style w:type="table" w:customStyle="1" w:styleId="KoobeTable">
    <w:name w:val="Koobe Table"/>
    <w:basedOn w:val="TableNormal"/>
    <w:pPr>
      <w:spacing w:before="40" w:after="40" w:line="264" w:lineRule="auto"/>
      <w:ind w:firstLine="0"/>
    </w:pPr>
    <w:rPr>
      <w:rFonts w:ascii="Arial" w:hAnsi="Arial" w:cs="Arial"/>
      <w:sz w:val="20"/>
    </w:rPr>
    <w:tblPr>
      <w:tblBorders>
        <w:top w:val="single" w:sz="4" w:space="0" w:color="E7E5E4"/>
        <w:bottom w:val="single" w:sz="4" w:space="0" w:color="E7E5E4"/>
        <w:insideH w:val="single" w:sz="4" w:space="0" w:color="E7E5E4"/>
      </w:tblBorders>
      <w:tblCellMar>
        <w:top w:w="80" w:type="dxa"/>
        <w:left w:w="120" w:type="dxa"/>
        <w:bottom w:w="80" w:type="dxa"/>
        <w:right w:w="120" w:type="dxa"/>
      </w:tblCellMar>
    </w:tblPr>
    <w:tblStylePr w:type="firstRow">
      <w:rPr>
        <w:b/>
        <w:color w:val="1C1917"/>
      </w:rPr>
      <w:tcPr>
        <w:tcBorders>
          <w:bottom w:val="single" w:sz="12" w:space="0" w:color="FE6202"/>
        </w:tcBorders>
        <w:shd w:val="clear" w:color="auto" w:fill="FFF4EC"/>
      </w:tcPr>
    </w:tblStylePr>
  </w:style>
  <w:style w:type="paragraph" w:customStyle="1" w:styleId="TOC1">
    <w:name w:val="TOC 1"/>
    <w:basedOn w:val="Normal"/>
    <w:pPr>
      <w:tabs>
        <w:tab w:val="right" w:leader="dot" w:pos="9350"/>
      </w:tabs>
      <w:spacing w:before="120" w:after="80" w:line="276" w:lineRule="auto"/>
      <w:ind w:left="0" w:firstLine="0"/>
    </w:pPr>
    <w:rPr>
      <w:rFonts w:ascii="Arial" w:hAnsi="Arial" w:cs="Arial" w:eastAsia="Arial"/>
      <w:b/>
      <w:sz w:val="22"/>
    </w:rPr>
  </w:style>
  <w:style w:type="paragraph" w:customStyle="1" w:styleId="TOC2">
    <w:name w:val="TOC 2"/>
    <w:basedOn w:val="Normal"/>
    <w:pPr>
      <w:tabs>
        <w:tab w:val="right" w:leader="dot" w:pos="9350"/>
      </w:tabs>
      <w:spacing w:before="0" w:after="80" w:line="276" w:lineRule="auto"/>
      <w:ind w:left="360" w:firstLine="0"/>
    </w:pPr>
    <w:rPr>
      <w:rFonts w:ascii="Georgia" w:hAnsi="Georgia" w:cs="Georgia" w:eastAsia="Georgia"/>
      <w:b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Koobe</dc:creator>
  <cp:keywords/>
  <dc:description>Free template from koobe.ai. Free to use for your own ebooks. Please do not resell the template.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