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Plumbing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Job site: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Service call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Diagnosis and first 30 minutes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$95.00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Labor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Licensed plumber, per hour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$240.00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Parts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50-gallon gas water heater, valves and fittings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$1,240.00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$1,240.00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After-hours fee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Saturday emergency call-out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$150.00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$1,725.00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Payment due on completion. Parts carry the manufacturer’s warranty; our labor is warranted for 1 year.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plumb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