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1CA6" w14:textId="77777777" w:rsidR="00471D9F" w:rsidRDefault="00873E26">
      <w:pPr>
        <w:jc w:val="center"/>
      </w:pPr>
      <w:r>
        <w:rPr>
          <w:b/>
          <w:color w:val="28463F"/>
          <w:sz w:val="38"/>
        </w:rPr>
        <w:t>ZAŁĄCZNIK NR 6</w:t>
      </w:r>
    </w:p>
    <w:p w14:paraId="6AB1F6ED" w14:textId="77777777" w:rsidR="00471D9F" w:rsidRDefault="00873E26">
      <w:pPr>
        <w:jc w:val="center"/>
      </w:pPr>
      <w:r>
        <w:rPr>
          <w:b/>
          <w:color w:val="735C68"/>
          <w:sz w:val="24"/>
        </w:rPr>
        <w:t>Standardy ochrony małoletnich - wersja skrócona dla dzieci i młodzieży</w:t>
      </w:r>
    </w:p>
    <w:p w14:paraId="485ACE25" w14:textId="77777777" w:rsidR="00471D9F" w:rsidRDefault="00873E26">
      <w:pPr>
        <w:jc w:val="center"/>
      </w:pPr>
      <w:r>
        <w:rPr>
          <w:i/>
        </w:rPr>
        <w:t>Centrum Zintegrowanego Wsparcia</w:t>
      </w:r>
      <w:r>
        <w:rPr>
          <w:i/>
        </w:rPr>
        <w:br/>
        <w:t>ul. Majdańska 13/42, 04-088 Warszawa</w:t>
      </w:r>
    </w:p>
    <w:p w14:paraId="5EA3386E" w14:textId="77777777" w:rsidR="00471D9F" w:rsidRDefault="00471D9F"/>
    <w:p w14:paraId="36B8CFBE" w14:textId="77777777" w:rsidR="00471D9F" w:rsidRDefault="00873E26">
      <w:pPr>
        <w:pStyle w:val="Nagwek1"/>
      </w:pPr>
      <w:r>
        <w:t>Masz prawo czuć się bezpiecznie</w:t>
      </w:r>
    </w:p>
    <w:p w14:paraId="6B06888F" w14:textId="77777777" w:rsidR="00471D9F" w:rsidRDefault="00873E26">
      <w:r>
        <w:t>W Centrum Zintegrowanego Wsparcia dorośli mają obowiązek traktować Cię z szacunkiem. Nikt nie może Cię bić, straszyć, poniżać, wyśmiewać, dotykać w sposób, którego nie chcesz, ani namawiać do ukrywania przemocy.</w:t>
      </w:r>
    </w:p>
    <w:p w14:paraId="74B1BC4C" w14:textId="77777777" w:rsidR="00471D9F" w:rsidRDefault="00873E26">
      <w:pPr>
        <w:pStyle w:val="Nagwek1"/>
      </w:pPr>
      <w:r>
        <w:t>Podczas spotkania masz prawo:</w:t>
      </w:r>
    </w:p>
    <w:p w14:paraId="6191B49B" w14:textId="77777777" w:rsidR="00471D9F" w:rsidRDefault="00873E26">
      <w:pPr>
        <w:pStyle w:val="Listapunktowana"/>
      </w:pPr>
      <w:r>
        <w:t>wiedzieć, kim jest osoba prowadząca i po co odbywa się spotkanie;</w:t>
      </w:r>
    </w:p>
    <w:p w14:paraId="2DCA8809" w14:textId="77777777" w:rsidR="00471D9F" w:rsidRDefault="00873E26">
      <w:pPr>
        <w:pStyle w:val="Listapunktowana"/>
      </w:pPr>
      <w:r>
        <w:t>zadawać pytania i prosić o wyjaśnienie prostszymi słowami;</w:t>
      </w:r>
    </w:p>
    <w:p w14:paraId="4DD1800F" w14:textId="77777777" w:rsidR="00471D9F" w:rsidRDefault="00873E26">
      <w:pPr>
        <w:pStyle w:val="Listapunktowana"/>
      </w:pPr>
      <w:r>
        <w:t>powiedzieć, że potrzebujesz przerwy albo czujesz się niekomfortowo;</w:t>
      </w:r>
    </w:p>
    <w:p w14:paraId="792AA187" w14:textId="77777777" w:rsidR="00471D9F" w:rsidRDefault="00873E26">
      <w:pPr>
        <w:pStyle w:val="Listapunktowana"/>
      </w:pPr>
      <w:r>
        <w:t>mieć własne zdanie i być wysłuchanym/ą;</w:t>
      </w:r>
    </w:p>
    <w:p w14:paraId="7383AF53" w14:textId="77777777" w:rsidR="00471D9F" w:rsidRDefault="00873E26">
      <w:pPr>
        <w:pStyle w:val="Listapunktowana"/>
      </w:pPr>
      <w:r>
        <w:t>wiedzieć, które informacje są poufne i kiedy dorosły musi poprosić innych o pomoc, aby Cię ochronić;</w:t>
      </w:r>
    </w:p>
    <w:p w14:paraId="1DEA09F3" w14:textId="77777777" w:rsidR="00471D9F" w:rsidRDefault="00873E26">
      <w:pPr>
        <w:pStyle w:val="Listapunktowana"/>
      </w:pPr>
      <w:r>
        <w:t>poprosić o obecność rodzica lub opiekuna, gdy tego potrzebujesz; niektóre rozmowy terapeutyczne odbywają się jednak indywidualnie.</w:t>
      </w:r>
    </w:p>
    <w:p w14:paraId="368C806D" w14:textId="77777777" w:rsidR="00471D9F" w:rsidRDefault="00873E26">
      <w:pPr>
        <w:pStyle w:val="Nagwek1"/>
      </w:pPr>
      <w:r>
        <w:t>Gdy coś Cię niepokoi</w:t>
      </w:r>
    </w:p>
    <w:p w14:paraId="4727A492" w14:textId="77777777" w:rsidR="00471D9F" w:rsidRDefault="00873E26">
      <w:r>
        <w:t>Powiedz psychologowi, terapeucie, rodzicowi, opiekunowi albo innej zaufanej osobie. Możesz powiedzieć to na głos, napisać wiadomość lub poprosić kogoś, by pomógł Ci zgłosić sytuację. Nie ponosisz winy za przemoc i nie wolno nikomu karać Cię za poproszenie o pomoc.</w:t>
      </w:r>
    </w:p>
    <w:p w14:paraId="56E1601C" w14:textId="77777777" w:rsidR="00471D9F" w:rsidRDefault="00873E26">
      <w:pPr>
        <w:pStyle w:val="Nagwek1"/>
      </w:pPr>
      <w:r>
        <w:t>Osoba odpowiedzialna w Centrum</w:t>
      </w:r>
    </w:p>
    <w:p w14:paraId="1F3101AB" w14:textId="77777777" w:rsidR="00471D9F" w:rsidRDefault="00873E26">
      <w:r>
        <w:t>Imię i nazwisko: ................................................................................................</w:t>
      </w:r>
      <w:r>
        <w:br/>
      </w:r>
      <w:r>
        <w:t>Telefon / e-mail: ................................................................................................</w:t>
      </w:r>
    </w:p>
    <w:p w14:paraId="3619BB63" w14:textId="77777777" w:rsidR="00471D9F" w:rsidRDefault="00873E26">
      <w:pPr>
        <w:pStyle w:val="Nagwek1"/>
      </w:pPr>
      <w:r>
        <w:t>W nagłym zagrożeniu</w:t>
      </w:r>
    </w:p>
    <w:p w14:paraId="14369CA2" w14:textId="77777777" w:rsidR="00471D9F" w:rsidRDefault="00873E26">
      <w:r>
        <w:t>Gdy Tobie lub komuś innemu grozi natychmiastowe niebezpieczeństwo, zadzwoń pod numer 112 albo poproś zaufanego dorosłego o telefon.</w:t>
      </w:r>
    </w:p>
    <w:sectPr w:rsidR="00471D9F" w:rsidSect="00034616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BDBF3" w14:textId="77777777" w:rsidR="00873E26" w:rsidRDefault="00873E26">
      <w:pPr>
        <w:spacing w:after="0" w:line="240" w:lineRule="auto"/>
      </w:pPr>
      <w:r>
        <w:separator/>
      </w:r>
    </w:p>
  </w:endnote>
  <w:endnote w:type="continuationSeparator" w:id="0">
    <w:p w14:paraId="20FB1AF0" w14:textId="77777777" w:rsidR="00873E26" w:rsidRDefault="00873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B986" w14:textId="77777777" w:rsidR="00471D9F" w:rsidRDefault="00873E26">
    <w:pPr>
      <w:pStyle w:val="Stopka"/>
      <w:jc w:val="center"/>
    </w:pPr>
    <w:r>
      <w:rPr>
        <w:sz w:val="16"/>
      </w:rPr>
      <w:t>Centrum Zintegrowanego Wsparcia | Standardy ochrony małoletnich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3EDE4" w14:textId="77777777" w:rsidR="00873E26" w:rsidRDefault="00873E26">
      <w:pPr>
        <w:spacing w:after="0" w:line="240" w:lineRule="auto"/>
      </w:pPr>
      <w:r>
        <w:separator/>
      </w:r>
    </w:p>
  </w:footnote>
  <w:footnote w:type="continuationSeparator" w:id="0">
    <w:p w14:paraId="61033719" w14:textId="77777777" w:rsidR="00873E26" w:rsidRDefault="00873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1936116">
    <w:abstractNumId w:val="8"/>
  </w:num>
  <w:num w:numId="2" w16cid:durableId="1083912877">
    <w:abstractNumId w:val="6"/>
  </w:num>
  <w:num w:numId="3" w16cid:durableId="891621829">
    <w:abstractNumId w:val="5"/>
  </w:num>
  <w:num w:numId="4" w16cid:durableId="1073891312">
    <w:abstractNumId w:val="4"/>
  </w:num>
  <w:num w:numId="5" w16cid:durableId="922031137">
    <w:abstractNumId w:val="7"/>
  </w:num>
  <w:num w:numId="6" w16cid:durableId="1658265038">
    <w:abstractNumId w:val="3"/>
  </w:num>
  <w:num w:numId="7" w16cid:durableId="1284338538">
    <w:abstractNumId w:val="2"/>
  </w:num>
  <w:num w:numId="8" w16cid:durableId="1504248782">
    <w:abstractNumId w:val="1"/>
  </w:num>
  <w:num w:numId="9" w16cid:durableId="111768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590D"/>
    <w:rsid w:val="0029639D"/>
    <w:rsid w:val="002F49F6"/>
    <w:rsid w:val="00326F90"/>
    <w:rsid w:val="00471D9F"/>
    <w:rsid w:val="00873E2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43F34"/>
  <w14:defaultImageDpi w14:val="300"/>
  <w15:docId w15:val="{D717B879-F0AA-4D5D-96CB-8E17276A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463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35C6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8463F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8463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Kantypowicz</cp:lastModifiedBy>
  <cp:revision>2</cp:revision>
  <dcterms:created xsi:type="dcterms:W3CDTF">2026-08-23T11:47:00Z</dcterms:created>
  <dcterms:modified xsi:type="dcterms:W3CDTF">2026-08-23T11:47:00Z</dcterms:modified>
  <cp:category/>
</cp:coreProperties>
</file>