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Samaro Data Subject Request (DSR) Form</w:t>
      </w:r>
    </w:p>
    <w:p>
      <w:r>
        <w:t>INTRODUCTION</w:t>
        <w:br/>
        <w:br/>
        <w:t>This form is provided by Samaro Technologies Pvt. Ltd. (“Samaro”) to help users exercise their data protection rights under applicable data protection laws including GDPR and Indian IT laws. Filling this form is optional but helps us process your request efficiently.</w:t>
        <w:br/>
        <w:br/>
        <w:t>Contact Email: privacy@samaro.ai</w:t>
        <w:br/>
      </w:r>
    </w:p>
    <w:p>
      <w:pPr>
        <w:pStyle w:val="Heading1"/>
      </w:pPr>
      <w:r>
        <w:t>1. Details About You</w:t>
      </w:r>
    </w:p>
    <w:p>
      <w:r>
        <w:t>Full Name:</w:t>
        <w:br/>
        <w:t>Registered Email Address:</w:t>
        <w:br/>
        <w:t>Contact Number:</w:t>
        <w:br/>
      </w:r>
    </w:p>
    <w:p>
      <w:pPr>
        <w:pStyle w:val="Heading1"/>
      </w:pPr>
      <w:r>
        <w:t>2. Are You the Data Subject?</w:t>
      </w:r>
    </w:p>
    <w:p>
      <w:r>
        <w:t>☐ I am the Data Subject</w:t>
        <w:br/>
        <w:t>☐ I am acting on behalf of the Data Subject (authorization required)</w:t>
        <w:br/>
      </w:r>
    </w:p>
    <w:p>
      <w:pPr>
        <w:pStyle w:val="Heading1"/>
      </w:pPr>
      <w:r>
        <w:t>3. Representative Details (if applicable)</w:t>
      </w:r>
    </w:p>
    <w:p>
      <w:r>
        <w:t>Full Name:</w:t>
        <w:br/>
        <w:t>Address:</w:t>
        <w:br/>
        <w:t>Email:</w:t>
        <w:br/>
        <w:t>Phone Number:</w:t>
        <w:br/>
        <w:t>Relationship with Data Subject:</w:t>
        <w:br/>
      </w:r>
    </w:p>
    <w:p>
      <w:pPr>
        <w:pStyle w:val="Heading1"/>
      </w:pPr>
      <w:r>
        <w:t>4. Type of Request</w:t>
      </w:r>
    </w:p>
    <w:p>
      <w:r>
        <w:t>☐ Right to Access</w:t>
        <w:br/>
        <w:t>☐ Right to Correction</w:t>
        <w:br/>
        <w:t>☐ Right to Erasure</w:t>
        <w:br/>
        <w:t>☐ Right to Data Portability</w:t>
        <w:br/>
        <w:t>☐ Right to Restrict Processing</w:t>
        <w:br/>
        <w:t>☐ Right to Object</w:t>
        <w:br/>
        <w:t>☐ Withdraw Consent</w:t>
        <w:br/>
        <w:t>☐ Other (please specify):</w:t>
        <w:br/>
      </w:r>
    </w:p>
    <w:p>
      <w:pPr>
        <w:pStyle w:val="Heading1"/>
      </w:pPr>
      <w:r>
        <w:t>5. Details of Request</w:t>
      </w:r>
    </w:p>
    <w:p>
      <w:r>
        <w:t>Please describe your request in detail to help us locate the relevant data:</w:t>
        <w:br/>
      </w:r>
    </w:p>
    <w:p>
      <w:pPr>
        <w:pStyle w:val="Heading1"/>
      </w:pPr>
      <w:r>
        <w:t>6. Identity Verification</w:t>
      </w:r>
    </w:p>
    <w:p>
      <w:r>
        <w:t>Please attach a valid ID proof (Aadhaar, Passport, etc.). Do not send originals.</w:t>
        <w:br/>
      </w:r>
    </w:p>
    <w:p>
      <w:pPr>
        <w:pStyle w:val="Heading1"/>
      </w:pPr>
      <w:r>
        <w:t>7. Previous Requests (if any)</w:t>
      </w:r>
    </w:p>
    <w:p>
      <w:r>
        <w:t>Date:</w:t>
        <w:br/>
        <w:t>Reference Number:</w:t>
        <w:br/>
      </w:r>
    </w:p>
    <w:p>
      <w:pPr>
        <w:pStyle w:val="Heading1"/>
      </w:pPr>
      <w:r>
        <w:t>What Happens Next</w:t>
      </w:r>
    </w:p>
    <w:p>
      <w:r>
        <w:t>Samaro will acknowledge your request and respond within 30 days. For complex requests, this may extend to 60 days.</w:t>
        <w:br/>
        <w:t>We may request additional information if required.</w:t>
        <w:br/>
      </w:r>
    </w:p>
    <w:p>
      <w:pPr>
        <w:pStyle w:val="Heading1"/>
      </w:pPr>
      <w:r>
        <w:t>Declaration</w:t>
      </w:r>
    </w:p>
    <w:p>
      <w:r>
        <w:t>I confirm that the information provided is accurate and I understand that Samaro may need to verify my identity.</w:t>
        <w:br/>
        <w:br/>
        <w:t>Signature:</w:t>
        <w:br/>
        <w:t>Date:</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