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宋体" w:hAnsi="宋体"/>
          <w:b/>
          <w:sz w:val="32"/>
        </w:rPr>
        <w:t>过单 / 交易协调服务确认单（通用模版）</w:t>
      </w:r>
    </w:p>
    <w:p>
      <w:r>
        <w:rPr>
          <w:rFonts w:ascii="宋体" w:hAnsi="宋体"/>
          <w:b w:val="0"/>
          <w:sz w:val="21"/>
        </w:rPr>
        <w:t>编号：________________    日期：____年__月__日</w:t>
      </w:r>
    </w:p>
    <w:p>
      <w:r>
        <w:rPr>
          <w:rFonts w:ascii="宋体" w:hAnsi="宋体"/>
          <w:b w:val="0"/>
          <w:sz w:val="21"/>
        </w:rPr>
        <w:t>【说明】当平台或协调方需以自身名义签署买卖合同、代收代付或串联供应链时使用。具体权利义务以正式合同为准；本单仅作意向与角色确认。</w:t>
      </w:r>
    </w:p>
    <w:p>
      <w:r>
        <w:rPr>
          <w:rFonts w:ascii="宋体" w:hAnsi="宋体"/>
          <w:b w:val="0"/>
          <w:sz w:val="21"/>
        </w:rPr>
        <w:t>协调方：________________________________</w:t>
      </w:r>
    </w:p>
    <w:p>
      <w:r>
        <w:rPr>
          <w:rFonts w:ascii="宋体" w:hAnsi="宋体"/>
          <w:b w:val="0"/>
          <w:sz w:val="21"/>
        </w:rPr>
        <w:t>货主 / 卖方：________________________________</w:t>
      </w:r>
    </w:p>
    <w:p>
      <w:r>
        <w:rPr>
          <w:rFonts w:ascii="宋体" w:hAnsi="宋体"/>
          <w:b w:val="0"/>
          <w:sz w:val="21"/>
        </w:rPr>
        <w:t>买方：________________________________</w:t>
      </w:r>
    </w:p>
    <w:p>
      <w:r>
        <w:rPr>
          <w:rFonts w:ascii="宋体" w:hAnsi="宋体"/>
          <w:b w:val="0"/>
          <w:sz w:val="21"/>
        </w:rPr>
        <w:t>居间（如有）：________________________________</w:t>
      </w:r>
    </w:p>
    <w:p>
      <w:r>
        <w:rPr>
          <w:rFonts w:ascii="宋体" w:hAnsi="宋体"/>
          <w:b w:val="0"/>
          <w:sz w:val="21"/>
        </w:rPr>
        <w:t>供应链金融（如有）：________________________________</w:t>
      </w:r>
    </w:p>
    <w:p>
      <w:r>
        <w:rPr>
          <w:rFonts w:ascii="宋体" w:hAnsi="宋体"/>
          <w:b w:val="0"/>
          <w:sz w:val="21"/>
        </w:rPr>
        <w:t>货代 / 清关（如有）：________________________________</w:t>
      </w:r>
    </w:p>
    <w:p>
      <w:r>
        <w:rPr>
          <w:rFonts w:ascii="宋体" w:hAnsi="宋体"/>
          <w:b/>
          <w:sz w:val="24"/>
        </w:rPr>
        <w:t>一、交易摘要（空白）</w:t>
      </w:r>
    </w:p>
    <w:p>
      <w:r>
        <w:rPr>
          <w:rFonts w:ascii="宋体" w:hAnsi="宋体"/>
          <w:b w:val="0"/>
          <w:sz w:val="21"/>
        </w:rPr>
        <w:t>标的：________  数量：________  交割地：________  预计金额：________</w:t>
      </w:r>
    </w:p>
    <w:p>
      <w:r>
        <w:rPr>
          <w:rFonts w:ascii="宋体" w:hAnsi="宋体"/>
          <w:b/>
          <w:sz w:val="24"/>
        </w:rPr>
        <w:t>二、各方角色勾选</w:t>
      </w:r>
    </w:p>
    <w:p>
      <w:r>
        <w:rPr>
          <w:rFonts w:ascii="宋体" w:hAnsi="宋体"/>
          <w:b w:val="0"/>
          <w:sz w:val="21"/>
        </w:rPr>
        <w:t>□ 协调方仅撮合不签买卖合同  □ 协调方过单为合同卖方  □ 协调方过单为合同买方  □ 代收代付（另签资金监管）</w:t>
      </w:r>
    </w:p>
    <w:p>
      <w:r>
        <w:rPr>
          <w:rFonts w:ascii="宋体" w:hAnsi="宋体"/>
          <w:b/>
          <w:sz w:val="24"/>
        </w:rPr>
        <w:t>三、费用与保证金</w:t>
      </w:r>
    </w:p>
    <w:p>
      <w:r>
        <w:rPr>
          <w:rFonts w:ascii="宋体" w:hAnsi="宋体"/>
          <w:b w:val="0"/>
          <w:sz w:val="21"/>
        </w:rPr>
        <w:t>协调 / 过单服务费：________。各方平台保证金档位：________。</w:t>
      </w:r>
    </w:p>
    <w:p>
      <w:r>
        <w:rPr>
          <w:rFonts w:ascii="宋体" w:hAnsi="宋体"/>
          <w:b/>
          <w:sz w:val="24"/>
        </w:rPr>
        <w:t>四、声明</w:t>
      </w:r>
    </w:p>
    <w:p>
      <w:r>
        <w:rPr>
          <w:rFonts w:ascii="宋体" w:hAnsi="宋体"/>
          <w:b w:val="0"/>
          <w:sz w:val="21"/>
        </w:rPr>
        <w:t>各方确认知悉平台公示规则；正式履约文件另行签署。本确认单不替代买卖合同、居间合同、融资或报关委托合同。</w:t>
      </w:r>
    </w:p>
    <w:p>
      <w:r>
        <w:rPr>
          <w:rFonts w:ascii="宋体" w:hAnsi="宋体"/>
          <w:b w:val="0"/>
          <w:sz w:val="21"/>
        </w:rPr>
        <w:t>各方盖章签字区：________________________________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