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5A8BF" w14:textId="718FED66" w:rsidR="00F358B4" w:rsidRPr="00F358B4" w:rsidRDefault="00F358B4" w:rsidP="00F358B4">
      <w:pPr>
        <w:pStyle w:val="Aufzhlungszeichen"/>
        <w:numPr>
          <w:ilvl w:val="0"/>
          <w:numId w:val="0"/>
        </w:numPr>
        <w:rPr>
          <w:b/>
          <w:bCs/>
          <w:color w:val="C4540B"/>
          <w:lang w:val="de-DE"/>
        </w:rPr>
      </w:pPr>
      <w:r>
        <w:t xml:space="preserve">       </w:t>
      </w:r>
      <w:r w:rsidRPr="00F358B4">
        <w:rPr>
          <w:b/>
          <w:bCs/>
          <w:color w:val="C4540B"/>
          <w:lang w:val="de-DE"/>
        </w:rPr>
        <w:t>Willkommen im Team - Deine ersten 30 Tage</w:t>
      </w:r>
    </w:p>
    <w:p w14:paraId="08D77192" w14:textId="77777777" w:rsidR="00F358B4" w:rsidRPr="00F358B4" w:rsidRDefault="00F358B4" w:rsidP="00F358B4">
      <w:pPr>
        <w:pStyle w:val="Aufzhlungszeichen"/>
        <w:numPr>
          <w:ilvl w:val="0"/>
          <w:numId w:val="0"/>
        </w:numPr>
        <w:ind w:left="360"/>
        <w:rPr>
          <w:b/>
          <w:bCs/>
          <w:lang w:val="de-DE"/>
        </w:rPr>
      </w:pPr>
      <w:r w:rsidRPr="00F358B4">
        <w:rPr>
          <w:b/>
          <w:bCs/>
          <w:lang w:val="de-DE"/>
        </w:rPr>
        <w:t>Umfassendes Onboarding-Dokument für neue Mitarbeiter</w:t>
      </w:r>
    </w:p>
    <w:p w14:paraId="22C7C198" w14:textId="77777777" w:rsidR="00F358B4" w:rsidRDefault="00F358B4" w:rsidP="00F358B4">
      <w:pPr>
        <w:pStyle w:val="Aufzhlungszeichen"/>
        <w:numPr>
          <w:ilvl w:val="0"/>
          <w:numId w:val="0"/>
        </w:numPr>
        <w:ind w:left="360" w:hanging="360"/>
      </w:pPr>
    </w:p>
    <w:p w14:paraId="0B0BEABB" w14:textId="77777777" w:rsidR="00F358B4" w:rsidRDefault="00F358B4" w:rsidP="00F358B4">
      <w:pPr>
        <w:pStyle w:val="Aufzhlungszeichen"/>
        <w:numPr>
          <w:ilvl w:val="0"/>
          <w:numId w:val="0"/>
        </w:numPr>
        <w:ind w:left="360" w:hanging="360"/>
      </w:pPr>
    </w:p>
    <w:p w14:paraId="14CAA22E" w14:textId="77777777" w:rsidR="00F358B4" w:rsidRDefault="00F358B4" w:rsidP="00F358B4">
      <w:pPr>
        <w:pStyle w:val="Aufzhlungszeichen"/>
        <w:numPr>
          <w:ilvl w:val="0"/>
          <w:numId w:val="0"/>
        </w:numPr>
        <w:ind w:left="360" w:hanging="360"/>
      </w:pPr>
    </w:p>
    <w:p w14:paraId="1B21E5CD" w14:textId="77777777" w:rsidR="00F358B4" w:rsidRPr="00F358B4" w:rsidRDefault="00F358B4" w:rsidP="00F358B4">
      <w:pPr>
        <w:pStyle w:val="Aufzhlungszeichen"/>
        <w:rPr>
          <w:b/>
          <w:bCs/>
          <w:lang w:val="de-DE"/>
        </w:rPr>
      </w:pPr>
      <w:r w:rsidRPr="00F358B4">
        <w:rPr>
          <w:b/>
          <w:bCs/>
          <w:lang w:val="de-DE"/>
        </w:rPr>
        <w:t>Seite 1: Herzlich willkommen und Übersicht</w:t>
      </w:r>
    </w:p>
    <w:p w14:paraId="7E79B8D1" w14:textId="77777777" w:rsidR="00F358B4" w:rsidRPr="00F358B4" w:rsidRDefault="00F358B4" w:rsidP="00F358B4">
      <w:pPr>
        <w:pStyle w:val="Aufzhlungszeichen"/>
        <w:rPr>
          <w:b/>
          <w:bCs/>
          <w:lang w:val="de-DE"/>
        </w:rPr>
      </w:pPr>
      <w:r w:rsidRPr="00F358B4">
        <w:rPr>
          <w:b/>
          <w:bCs/>
          <w:lang w:val="de-DE"/>
        </w:rPr>
        <w:t>Willkommen in unserem Unternehmen!</w:t>
      </w:r>
    </w:p>
    <w:p w14:paraId="1EB437D8" w14:textId="77777777" w:rsidR="00F358B4" w:rsidRPr="00F358B4" w:rsidRDefault="00F358B4" w:rsidP="00F358B4">
      <w:pPr>
        <w:pStyle w:val="Aufzhlungszeichen"/>
        <w:rPr>
          <w:lang w:val="de-DE"/>
        </w:rPr>
      </w:pPr>
      <w:r w:rsidRPr="00F358B4">
        <w:rPr>
          <w:lang w:val="de-DE"/>
        </w:rPr>
        <w:t>Wir freuen uns außerordentlich, Sie als neues Teammitglied begrüßen zu dürfen. Dieses Dokument wurde speziell entwickelt, um Ihnen einen strukturierten und effizienten Einstieg in unser Unternehmen zu ermöglichen. Es dient sowohl Ihnen als Orientierungshilfe als auch Ihrer Führungskraft als standardisiertes Einarbeitungstool.</w:t>
      </w:r>
    </w:p>
    <w:p w14:paraId="02CF0E26" w14:textId="77777777" w:rsidR="00F358B4" w:rsidRPr="00F358B4" w:rsidRDefault="00F358B4" w:rsidP="00F358B4">
      <w:pPr>
        <w:pStyle w:val="Aufzhlungszeichen"/>
        <w:rPr>
          <w:b/>
          <w:bCs/>
          <w:lang w:val="de-DE"/>
        </w:rPr>
      </w:pPr>
      <w:r w:rsidRPr="00F358B4">
        <w:rPr>
          <w:b/>
          <w:bCs/>
          <w:lang w:val="de-DE"/>
        </w:rPr>
        <w:t>Ihr 30-Tage-Fahrplan im Überblick</w:t>
      </w:r>
    </w:p>
    <w:p w14:paraId="5C5E6F84" w14:textId="77777777" w:rsidR="00F358B4" w:rsidRPr="00F358B4" w:rsidRDefault="00F358B4" w:rsidP="00F358B4">
      <w:pPr>
        <w:pStyle w:val="Aufzhlungszeichen"/>
        <w:rPr>
          <w:lang w:val="de-DE"/>
        </w:rPr>
      </w:pPr>
      <w:r w:rsidRPr="00F358B4">
        <w:rPr>
          <w:lang w:val="de-DE"/>
        </w:rPr>
        <w:t>Woche 1: Grundlagen schaffen</w:t>
      </w:r>
    </w:p>
    <w:p w14:paraId="2DE8FF23" w14:textId="77777777" w:rsidR="00F358B4" w:rsidRPr="00F358B4" w:rsidRDefault="00F358B4" w:rsidP="00F358B4">
      <w:pPr>
        <w:pStyle w:val="Aufzhlungszeichen"/>
        <w:numPr>
          <w:ilvl w:val="0"/>
          <w:numId w:val="10"/>
        </w:numPr>
        <w:rPr>
          <w:lang w:val="de-DE"/>
        </w:rPr>
      </w:pPr>
      <w:r w:rsidRPr="00F358B4">
        <w:rPr>
          <w:lang w:val="de-DE"/>
        </w:rPr>
        <w:t>Administrative Formalitäten abschließen</w:t>
      </w:r>
    </w:p>
    <w:p w14:paraId="5E90A693" w14:textId="77777777" w:rsidR="00F358B4" w:rsidRPr="00F358B4" w:rsidRDefault="00F358B4" w:rsidP="00F358B4">
      <w:pPr>
        <w:pStyle w:val="Aufzhlungszeichen"/>
        <w:numPr>
          <w:ilvl w:val="0"/>
          <w:numId w:val="10"/>
        </w:numPr>
        <w:rPr>
          <w:lang w:val="de-DE"/>
        </w:rPr>
      </w:pPr>
      <w:r w:rsidRPr="00F358B4">
        <w:rPr>
          <w:lang w:val="de-DE"/>
        </w:rPr>
        <w:t>IT-Ausstattung einrichten und Sicherheitsschulungen absolvieren</w:t>
      </w:r>
    </w:p>
    <w:p w14:paraId="6E532C77" w14:textId="77777777" w:rsidR="00F358B4" w:rsidRPr="00F358B4" w:rsidRDefault="00F358B4" w:rsidP="00F358B4">
      <w:pPr>
        <w:pStyle w:val="Aufzhlungszeichen"/>
        <w:numPr>
          <w:ilvl w:val="0"/>
          <w:numId w:val="10"/>
        </w:numPr>
        <w:rPr>
          <w:lang w:val="de-DE"/>
        </w:rPr>
      </w:pPr>
      <w:r w:rsidRPr="00F358B4">
        <w:rPr>
          <w:lang w:val="de-DE"/>
        </w:rPr>
        <w:t>Unternehmenskultur und Kernprozesse kennenlernen</w:t>
      </w:r>
    </w:p>
    <w:p w14:paraId="07DDD3FC" w14:textId="77777777" w:rsidR="00F358B4" w:rsidRPr="00F358B4" w:rsidRDefault="00F358B4" w:rsidP="00F358B4">
      <w:pPr>
        <w:pStyle w:val="Aufzhlungszeichen"/>
        <w:numPr>
          <w:ilvl w:val="0"/>
          <w:numId w:val="10"/>
        </w:numPr>
        <w:rPr>
          <w:lang w:val="de-DE"/>
        </w:rPr>
      </w:pPr>
      <w:r w:rsidRPr="00F358B4">
        <w:rPr>
          <w:lang w:val="de-DE"/>
        </w:rPr>
        <w:t>Erste Teamkontakte knüpfen</w:t>
      </w:r>
    </w:p>
    <w:p w14:paraId="641A1CAC" w14:textId="77777777" w:rsidR="00F358B4" w:rsidRPr="00F358B4" w:rsidRDefault="00F358B4" w:rsidP="00F358B4">
      <w:pPr>
        <w:pStyle w:val="Aufzhlungszeichen"/>
        <w:rPr>
          <w:lang w:val="de-DE"/>
        </w:rPr>
      </w:pPr>
      <w:r w:rsidRPr="00F358B4">
        <w:rPr>
          <w:lang w:val="de-DE"/>
        </w:rPr>
        <w:t>Woche 2-3: Vertiefung und Integration</w:t>
      </w:r>
    </w:p>
    <w:p w14:paraId="58CAE02E" w14:textId="77777777" w:rsidR="00F358B4" w:rsidRPr="00F358B4" w:rsidRDefault="00F358B4" w:rsidP="00F358B4">
      <w:pPr>
        <w:pStyle w:val="Aufzhlungszeichen"/>
        <w:numPr>
          <w:ilvl w:val="0"/>
          <w:numId w:val="11"/>
        </w:numPr>
        <w:rPr>
          <w:lang w:val="de-DE"/>
        </w:rPr>
      </w:pPr>
      <w:r w:rsidRPr="00F358B4">
        <w:rPr>
          <w:lang w:val="de-DE"/>
        </w:rPr>
        <w:t>Spezifische Arbeitsplatzschulungen durchlaufen</w:t>
      </w:r>
    </w:p>
    <w:p w14:paraId="7A071B8D" w14:textId="77777777" w:rsidR="00F358B4" w:rsidRPr="00F358B4" w:rsidRDefault="00F358B4" w:rsidP="00F358B4">
      <w:pPr>
        <w:pStyle w:val="Aufzhlungszeichen"/>
        <w:numPr>
          <w:ilvl w:val="0"/>
          <w:numId w:val="11"/>
        </w:numPr>
        <w:rPr>
          <w:lang w:val="de-DE"/>
        </w:rPr>
      </w:pPr>
      <w:r w:rsidRPr="00F358B4">
        <w:rPr>
          <w:lang w:val="de-DE"/>
        </w:rPr>
        <w:t>Mentoring-Gespräche führen</w:t>
      </w:r>
    </w:p>
    <w:p w14:paraId="7DB8DE10" w14:textId="77777777" w:rsidR="00F358B4" w:rsidRPr="00F358B4" w:rsidRDefault="00F358B4" w:rsidP="00F358B4">
      <w:pPr>
        <w:pStyle w:val="Aufzhlungszeichen"/>
        <w:numPr>
          <w:ilvl w:val="0"/>
          <w:numId w:val="11"/>
        </w:numPr>
        <w:rPr>
          <w:lang w:val="de-DE"/>
        </w:rPr>
      </w:pPr>
      <w:r w:rsidRPr="00F358B4">
        <w:rPr>
          <w:lang w:val="de-DE"/>
        </w:rPr>
        <w:t>Erste eigenständige Aufgaben übernehmen</w:t>
      </w:r>
    </w:p>
    <w:p w14:paraId="382C171B" w14:textId="77777777" w:rsidR="00F358B4" w:rsidRPr="00F358B4" w:rsidRDefault="00F358B4" w:rsidP="00F358B4">
      <w:pPr>
        <w:pStyle w:val="Aufzhlungszeichen"/>
        <w:numPr>
          <w:ilvl w:val="0"/>
          <w:numId w:val="11"/>
        </w:numPr>
        <w:rPr>
          <w:lang w:val="de-DE"/>
        </w:rPr>
      </w:pPr>
      <w:r w:rsidRPr="00F358B4">
        <w:rPr>
          <w:lang w:val="de-DE"/>
        </w:rPr>
        <w:t>Prozessverantwortlichkeiten verstehen</w:t>
      </w:r>
    </w:p>
    <w:p w14:paraId="0E7F3410" w14:textId="77777777" w:rsidR="00F358B4" w:rsidRPr="00F358B4" w:rsidRDefault="00F358B4" w:rsidP="00F358B4">
      <w:pPr>
        <w:pStyle w:val="Aufzhlungszeichen"/>
        <w:rPr>
          <w:lang w:val="de-DE"/>
        </w:rPr>
      </w:pPr>
      <w:r w:rsidRPr="00F358B4">
        <w:rPr>
          <w:lang w:val="de-DE"/>
        </w:rPr>
        <w:t>Woche 4: Selbstständigkeit entwickeln</w:t>
      </w:r>
    </w:p>
    <w:p w14:paraId="40FD07B4" w14:textId="77777777" w:rsidR="00F358B4" w:rsidRPr="00F358B4" w:rsidRDefault="00F358B4" w:rsidP="00F358B4">
      <w:pPr>
        <w:pStyle w:val="Aufzhlungszeichen"/>
        <w:numPr>
          <w:ilvl w:val="0"/>
          <w:numId w:val="12"/>
        </w:numPr>
        <w:rPr>
          <w:lang w:val="de-DE"/>
        </w:rPr>
      </w:pPr>
      <w:r w:rsidRPr="00F358B4">
        <w:rPr>
          <w:lang w:val="de-DE"/>
        </w:rPr>
        <w:t>Vollständige Arbeitsplatzintegration</w:t>
      </w:r>
    </w:p>
    <w:p w14:paraId="461D5F94" w14:textId="77777777" w:rsidR="00F358B4" w:rsidRPr="00F358B4" w:rsidRDefault="00F358B4" w:rsidP="00F358B4">
      <w:pPr>
        <w:pStyle w:val="Aufzhlungszeichen"/>
        <w:numPr>
          <w:ilvl w:val="0"/>
          <w:numId w:val="12"/>
        </w:numPr>
        <w:rPr>
          <w:lang w:val="de-DE"/>
        </w:rPr>
      </w:pPr>
      <w:r w:rsidRPr="00F358B4">
        <w:rPr>
          <w:lang w:val="de-DE"/>
        </w:rPr>
        <w:t>Erstes Feedback-Gespräch mit der Führungskraft</w:t>
      </w:r>
    </w:p>
    <w:p w14:paraId="6FE88CC6" w14:textId="77777777" w:rsidR="00F358B4" w:rsidRPr="00F358B4" w:rsidRDefault="00F358B4" w:rsidP="00F358B4">
      <w:pPr>
        <w:pStyle w:val="Aufzhlungszeichen"/>
        <w:numPr>
          <w:ilvl w:val="0"/>
          <w:numId w:val="12"/>
        </w:numPr>
        <w:rPr>
          <w:lang w:val="de-DE"/>
        </w:rPr>
      </w:pPr>
      <w:r w:rsidRPr="00F358B4">
        <w:rPr>
          <w:lang w:val="de-DE"/>
        </w:rPr>
        <w:t>Zielsetzung für die kommenden Monate</w:t>
      </w:r>
    </w:p>
    <w:p w14:paraId="476D8A3B" w14:textId="77777777" w:rsidR="00F358B4" w:rsidRPr="00F358B4" w:rsidRDefault="00F358B4" w:rsidP="00F358B4">
      <w:pPr>
        <w:pStyle w:val="Aufzhlungszeichen"/>
        <w:numPr>
          <w:ilvl w:val="0"/>
          <w:numId w:val="12"/>
        </w:numPr>
        <w:rPr>
          <w:lang w:val="de-DE"/>
        </w:rPr>
      </w:pPr>
      <w:r w:rsidRPr="00F358B4">
        <w:rPr>
          <w:lang w:val="de-DE"/>
        </w:rPr>
        <w:t>Reflexion des Onboarding-Prozesses</w:t>
      </w:r>
    </w:p>
    <w:p w14:paraId="505CCE7A" w14:textId="77777777" w:rsidR="00F358B4" w:rsidRPr="00F358B4" w:rsidRDefault="00F358B4" w:rsidP="00F358B4">
      <w:pPr>
        <w:pStyle w:val="Aufzhlungszeichen"/>
        <w:rPr>
          <w:b/>
          <w:bCs/>
          <w:lang w:val="de-DE"/>
        </w:rPr>
      </w:pPr>
      <w:r w:rsidRPr="00F358B4">
        <w:rPr>
          <w:b/>
          <w:bCs/>
          <w:lang w:val="de-DE"/>
        </w:rPr>
        <w:t>Ihre wichtigsten Ansprechpartner</w:t>
      </w:r>
    </w:p>
    <w:p w14:paraId="1369FE62" w14:textId="77777777" w:rsidR="00F358B4" w:rsidRPr="00F358B4" w:rsidRDefault="00F358B4" w:rsidP="00F358B4">
      <w:pPr>
        <w:pStyle w:val="Aufzhlungszeichen"/>
        <w:numPr>
          <w:ilvl w:val="0"/>
          <w:numId w:val="13"/>
        </w:numPr>
        <w:rPr>
          <w:lang w:val="de-DE"/>
        </w:rPr>
      </w:pPr>
      <w:r w:rsidRPr="00F358B4">
        <w:rPr>
          <w:lang w:val="de-DE"/>
        </w:rPr>
        <w:t>Direkte Führungskraft: [Name einsetzen] - Strategische Ausrichtung und Zielsetzung</w:t>
      </w:r>
    </w:p>
    <w:p w14:paraId="6450A3D5" w14:textId="77777777" w:rsidR="00F358B4" w:rsidRPr="00F358B4" w:rsidRDefault="00F358B4" w:rsidP="00F358B4">
      <w:pPr>
        <w:pStyle w:val="Aufzhlungszeichen"/>
        <w:numPr>
          <w:ilvl w:val="0"/>
          <w:numId w:val="13"/>
        </w:numPr>
        <w:rPr>
          <w:lang w:val="de-DE"/>
        </w:rPr>
      </w:pPr>
      <w:r w:rsidRPr="00F358B4">
        <w:rPr>
          <w:lang w:val="de-DE"/>
        </w:rPr>
        <w:t>HR-Abteilung: [Name einsetzen] - Administrative Angelegenheiten und Compliance</w:t>
      </w:r>
    </w:p>
    <w:p w14:paraId="04A9FEFF" w14:textId="77777777" w:rsidR="00F358B4" w:rsidRPr="00F358B4" w:rsidRDefault="00F358B4" w:rsidP="00F358B4">
      <w:pPr>
        <w:pStyle w:val="Aufzhlungszeichen"/>
        <w:numPr>
          <w:ilvl w:val="0"/>
          <w:numId w:val="13"/>
        </w:numPr>
        <w:rPr>
          <w:lang w:val="de-DE"/>
        </w:rPr>
      </w:pPr>
      <w:r w:rsidRPr="00F358B4">
        <w:rPr>
          <w:lang w:val="de-DE"/>
        </w:rPr>
        <w:t>IT-Support: [Name einsetzen] - Technische Ausstattung und Systeme</w:t>
      </w:r>
    </w:p>
    <w:p w14:paraId="08A81D3C" w14:textId="77777777" w:rsidR="00F358B4" w:rsidRDefault="00F358B4" w:rsidP="00F358B4">
      <w:pPr>
        <w:pStyle w:val="Aufzhlungszeichen"/>
        <w:numPr>
          <w:ilvl w:val="0"/>
          <w:numId w:val="13"/>
        </w:numPr>
        <w:rPr>
          <w:lang w:val="de-DE"/>
        </w:rPr>
      </w:pPr>
      <w:r w:rsidRPr="00F358B4">
        <w:rPr>
          <w:lang w:val="de-DE"/>
        </w:rPr>
        <w:t>Mentor/Buddy: [Name einsetzen] - Tägliche Unterstützung und kulturelle Integration</w:t>
      </w:r>
    </w:p>
    <w:p w14:paraId="4D637045" w14:textId="77777777" w:rsidR="00F358B4" w:rsidRDefault="00F358B4" w:rsidP="00F358B4">
      <w:pPr>
        <w:pStyle w:val="Aufzhlungszeichen"/>
        <w:numPr>
          <w:ilvl w:val="0"/>
          <w:numId w:val="0"/>
        </w:numPr>
        <w:ind w:left="360" w:hanging="360"/>
        <w:rPr>
          <w:lang w:val="de-DE"/>
        </w:rPr>
      </w:pPr>
    </w:p>
    <w:p w14:paraId="5872B1D9" w14:textId="77777777" w:rsidR="00F358B4" w:rsidRDefault="00F358B4" w:rsidP="00F358B4">
      <w:pPr>
        <w:pStyle w:val="Aufzhlungszeichen"/>
        <w:numPr>
          <w:ilvl w:val="0"/>
          <w:numId w:val="0"/>
        </w:numPr>
        <w:ind w:left="360" w:hanging="360"/>
        <w:rPr>
          <w:lang w:val="de-DE"/>
        </w:rPr>
      </w:pPr>
    </w:p>
    <w:p w14:paraId="020836D9" w14:textId="102CE034" w:rsidR="00F358B4" w:rsidRPr="00F358B4" w:rsidRDefault="00F358B4" w:rsidP="00F358B4">
      <w:pPr>
        <w:pStyle w:val="Aufzhlungszeichen"/>
        <w:rPr>
          <w:b/>
          <w:bCs/>
          <w:lang w:val="de-DE"/>
        </w:rPr>
      </w:pPr>
      <w:r w:rsidRPr="00F358B4">
        <w:rPr>
          <w:b/>
          <w:bCs/>
          <w:lang w:val="de-DE"/>
        </w:rPr>
        <w:lastRenderedPageBreak/>
        <w:t>Detaillierte Checkliste für die ersten 30 Tage</w:t>
      </w:r>
    </w:p>
    <w:p w14:paraId="67E78DC5" w14:textId="77777777" w:rsidR="00F358B4" w:rsidRPr="00F358B4" w:rsidRDefault="00F358B4" w:rsidP="00F358B4">
      <w:pPr>
        <w:pStyle w:val="Aufzhlungszeichen"/>
        <w:numPr>
          <w:ilvl w:val="0"/>
          <w:numId w:val="0"/>
        </w:numPr>
        <w:ind w:left="360" w:hanging="360"/>
        <w:rPr>
          <w:lang w:val="de-DE"/>
        </w:rPr>
      </w:pPr>
    </w:p>
    <w:p w14:paraId="34763ACC" w14:textId="77777777" w:rsidR="00F358B4" w:rsidRPr="00F358B4" w:rsidRDefault="00F358B4" w:rsidP="00F358B4">
      <w:pPr>
        <w:pStyle w:val="Aufzhlungszeichen"/>
        <w:rPr>
          <w:b/>
          <w:bCs/>
          <w:lang w:val="de-DE"/>
        </w:rPr>
      </w:pPr>
      <w:r w:rsidRPr="00F358B4">
        <w:rPr>
          <w:b/>
          <w:bCs/>
          <w:lang w:val="de-DE"/>
        </w:rPr>
        <w:t>Notwendige Dokumente und Zugänge</w:t>
      </w:r>
    </w:p>
    <w:p w14:paraId="36BA8032" w14:textId="77777777" w:rsidR="00F358B4" w:rsidRPr="00F358B4" w:rsidRDefault="00F358B4" w:rsidP="00F358B4">
      <w:pPr>
        <w:pStyle w:val="Aufzhlungszeichen"/>
        <w:rPr>
          <w:lang w:val="de-DE"/>
        </w:rPr>
      </w:pPr>
      <w:r w:rsidRPr="00F358B4">
        <w:rPr>
          <w:lang w:val="de-DE"/>
        </w:rPr>
        <w:t>Bitte stellen Sie sicher, dass Sie folgende Unterlagen bereithalten:</w:t>
      </w:r>
    </w:p>
    <w:p w14:paraId="2BD4E112" w14:textId="77777777" w:rsidR="00F358B4" w:rsidRPr="00F358B4" w:rsidRDefault="00F358B4" w:rsidP="00F358B4">
      <w:pPr>
        <w:pStyle w:val="Aufzhlungszeichen"/>
        <w:numPr>
          <w:ilvl w:val="0"/>
          <w:numId w:val="14"/>
        </w:numPr>
        <w:rPr>
          <w:lang w:val="de-DE"/>
        </w:rPr>
      </w:pPr>
      <w:r w:rsidRPr="00F358B4">
        <w:rPr>
          <w:lang w:val="de-DE"/>
        </w:rPr>
        <w:t>Personalausweis oder Reisepass</w:t>
      </w:r>
    </w:p>
    <w:p w14:paraId="20CB4064" w14:textId="77777777" w:rsidR="00F358B4" w:rsidRPr="00F358B4" w:rsidRDefault="00F358B4" w:rsidP="00F358B4">
      <w:pPr>
        <w:pStyle w:val="Aufzhlungszeichen"/>
        <w:numPr>
          <w:ilvl w:val="0"/>
          <w:numId w:val="14"/>
        </w:numPr>
        <w:rPr>
          <w:lang w:val="de-DE"/>
        </w:rPr>
      </w:pPr>
      <w:r w:rsidRPr="00F358B4">
        <w:rPr>
          <w:lang w:val="de-DE"/>
        </w:rPr>
        <w:t>Arbeitsvertrag (unterschrieben)</w:t>
      </w:r>
    </w:p>
    <w:p w14:paraId="3071EF6E" w14:textId="77777777" w:rsidR="00F358B4" w:rsidRPr="00F358B4" w:rsidRDefault="00F358B4" w:rsidP="00F358B4">
      <w:pPr>
        <w:pStyle w:val="Aufzhlungszeichen"/>
        <w:numPr>
          <w:ilvl w:val="0"/>
          <w:numId w:val="14"/>
        </w:numPr>
        <w:rPr>
          <w:lang w:val="de-DE"/>
        </w:rPr>
      </w:pPr>
      <w:r w:rsidRPr="00F358B4">
        <w:rPr>
          <w:lang w:val="de-DE"/>
        </w:rPr>
        <w:t>Sozialversicherungsnachweis</w:t>
      </w:r>
    </w:p>
    <w:p w14:paraId="1DFB2428" w14:textId="77777777" w:rsidR="00F358B4" w:rsidRPr="00F358B4" w:rsidRDefault="00F358B4" w:rsidP="00F358B4">
      <w:pPr>
        <w:pStyle w:val="Aufzhlungszeichen"/>
        <w:numPr>
          <w:ilvl w:val="0"/>
          <w:numId w:val="14"/>
        </w:numPr>
        <w:rPr>
          <w:lang w:val="de-DE"/>
        </w:rPr>
      </w:pPr>
      <w:r w:rsidRPr="00F358B4">
        <w:rPr>
          <w:lang w:val="de-DE"/>
        </w:rPr>
        <w:t>Bankverbindung für Gehaltsabrechnung</w:t>
      </w:r>
    </w:p>
    <w:p w14:paraId="46A6DA2A" w14:textId="77777777" w:rsidR="00F358B4" w:rsidRPr="00F358B4" w:rsidRDefault="00F358B4" w:rsidP="00F358B4">
      <w:pPr>
        <w:pStyle w:val="Aufzhlungszeichen"/>
        <w:numPr>
          <w:ilvl w:val="0"/>
          <w:numId w:val="14"/>
        </w:numPr>
        <w:rPr>
          <w:lang w:val="de-DE"/>
        </w:rPr>
      </w:pPr>
      <w:r w:rsidRPr="00F358B4">
        <w:rPr>
          <w:lang w:val="de-DE"/>
        </w:rPr>
        <w:t>Arbeitszeitnachweis-Vereinbarung</w:t>
      </w:r>
    </w:p>
    <w:p w14:paraId="1470C309" w14:textId="77777777" w:rsidR="00F358B4" w:rsidRPr="00F358B4" w:rsidRDefault="00F358B4" w:rsidP="00F358B4">
      <w:pPr>
        <w:pStyle w:val="Aufzhlungszeichen"/>
        <w:rPr>
          <w:b/>
          <w:bCs/>
          <w:lang w:val="de-DE"/>
        </w:rPr>
      </w:pPr>
      <w:r w:rsidRPr="00F358B4">
        <w:rPr>
          <w:rFonts w:ascii="Segoe UI Emoji" w:hAnsi="Segoe UI Emoji" w:cs="Segoe UI Emoji"/>
          <w:b/>
          <w:bCs/>
          <w:lang w:val="de-DE"/>
        </w:rPr>
        <w:t>✅</w:t>
      </w:r>
      <w:r w:rsidRPr="00F358B4">
        <w:rPr>
          <w:b/>
          <w:bCs/>
          <w:lang w:val="de-DE"/>
        </w:rPr>
        <w:t xml:space="preserve"> Tag 1-5: Onboarding-Grundlagen</w:t>
      </w:r>
    </w:p>
    <w:p w14:paraId="44F6F02F" w14:textId="77777777" w:rsidR="00F358B4" w:rsidRPr="00F358B4" w:rsidRDefault="00F358B4" w:rsidP="00F358B4">
      <w:pPr>
        <w:pStyle w:val="Aufzhlungszeichen"/>
        <w:rPr>
          <w:lang w:val="de-DE"/>
        </w:rPr>
      </w:pPr>
      <w:r w:rsidRPr="00F358B4">
        <w:rPr>
          <w:lang w:val="de-DE"/>
        </w:rPr>
        <w:t>Administrative Aufgaben</w:t>
      </w:r>
    </w:p>
    <w:p w14:paraId="50691297" w14:textId="77777777" w:rsidR="00F358B4" w:rsidRPr="00F358B4" w:rsidRDefault="00F358B4" w:rsidP="00F358B4">
      <w:pPr>
        <w:pStyle w:val="Aufzhlungszeichen"/>
        <w:numPr>
          <w:ilvl w:val="0"/>
          <w:numId w:val="15"/>
        </w:numPr>
        <w:rPr>
          <w:lang w:val="de-DE"/>
        </w:rPr>
      </w:pPr>
      <w:r w:rsidRPr="00F358B4">
        <w:rPr>
          <w:lang w:val="de-DE"/>
        </w:rPr>
        <w:t>Arbeitsplatz zugewiesen und eingerichtet</w:t>
      </w:r>
    </w:p>
    <w:p w14:paraId="69FB0AB0" w14:textId="77777777" w:rsidR="00F358B4" w:rsidRPr="00F358B4" w:rsidRDefault="00F358B4" w:rsidP="00F358B4">
      <w:pPr>
        <w:pStyle w:val="Aufzhlungszeichen"/>
        <w:numPr>
          <w:ilvl w:val="0"/>
          <w:numId w:val="15"/>
        </w:numPr>
        <w:rPr>
          <w:lang w:val="de-DE"/>
        </w:rPr>
      </w:pPr>
      <w:r w:rsidRPr="00F358B4">
        <w:rPr>
          <w:lang w:val="de-DE"/>
        </w:rPr>
        <w:t>Personalakte vollständig ausgefüllt</w:t>
      </w:r>
    </w:p>
    <w:p w14:paraId="5ED5E7FD" w14:textId="77777777" w:rsidR="00F358B4" w:rsidRPr="00F358B4" w:rsidRDefault="00F358B4" w:rsidP="00F358B4">
      <w:pPr>
        <w:pStyle w:val="Aufzhlungszeichen"/>
        <w:numPr>
          <w:ilvl w:val="0"/>
          <w:numId w:val="15"/>
        </w:numPr>
        <w:rPr>
          <w:lang w:val="de-DE"/>
        </w:rPr>
      </w:pPr>
      <w:r w:rsidRPr="00F358B4">
        <w:rPr>
          <w:lang w:val="de-DE"/>
        </w:rPr>
        <w:t>Arbeitsvertrag und Compliance-Dokumente besprochen</w:t>
      </w:r>
    </w:p>
    <w:p w14:paraId="4F31BDE2" w14:textId="77777777" w:rsidR="00F358B4" w:rsidRPr="00F358B4" w:rsidRDefault="00F358B4" w:rsidP="00F358B4">
      <w:pPr>
        <w:pStyle w:val="Aufzhlungszeichen"/>
        <w:numPr>
          <w:ilvl w:val="0"/>
          <w:numId w:val="15"/>
        </w:numPr>
        <w:rPr>
          <w:lang w:val="de-DE"/>
        </w:rPr>
      </w:pPr>
      <w:r w:rsidRPr="00F358B4">
        <w:rPr>
          <w:lang w:val="de-DE"/>
        </w:rPr>
        <w:t>Mitarbeiterhandbuch erhalten und durchgelesen</w:t>
      </w:r>
    </w:p>
    <w:p w14:paraId="424E734C" w14:textId="77777777" w:rsidR="00F358B4" w:rsidRPr="00F358B4" w:rsidRDefault="00F358B4" w:rsidP="00F358B4">
      <w:pPr>
        <w:pStyle w:val="Aufzhlungszeichen"/>
        <w:numPr>
          <w:ilvl w:val="0"/>
          <w:numId w:val="15"/>
        </w:numPr>
        <w:rPr>
          <w:lang w:val="de-DE"/>
        </w:rPr>
      </w:pPr>
      <w:r w:rsidRPr="00F358B4">
        <w:rPr>
          <w:lang w:val="de-DE"/>
        </w:rPr>
        <w:t>Notfallkontakte und Betriebsarzt-Informationen erhalten</w:t>
      </w:r>
    </w:p>
    <w:p w14:paraId="56AA0F89" w14:textId="77777777" w:rsidR="00F358B4" w:rsidRPr="00F358B4" w:rsidRDefault="00F358B4" w:rsidP="00F358B4">
      <w:pPr>
        <w:pStyle w:val="Aufzhlungszeichen"/>
        <w:numPr>
          <w:ilvl w:val="0"/>
          <w:numId w:val="15"/>
        </w:numPr>
        <w:rPr>
          <w:lang w:val="de-DE"/>
        </w:rPr>
      </w:pPr>
      <w:r w:rsidRPr="00F358B4">
        <w:rPr>
          <w:lang w:val="de-DE"/>
        </w:rPr>
        <w:t>Parkplatz/Zugangskarte zugewiesen</w:t>
      </w:r>
    </w:p>
    <w:p w14:paraId="5522EE4F" w14:textId="77777777" w:rsidR="00F358B4" w:rsidRPr="00F358B4" w:rsidRDefault="00F358B4" w:rsidP="00F358B4">
      <w:pPr>
        <w:pStyle w:val="Aufzhlungszeichen"/>
        <w:numPr>
          <w:ilvl w:val="0"/>
          <w:numId w:val="15"/>
        </w:numPr>
        <w:rPr>
          <w:lang w:val="de-DE"/>
        </w:rPr>
      </w:pPr>
      <w:r w:rsidRPr="00F358B4">
        <w:rPr>
          <w:lang w:val="de-DE"/>
        </w:rPr>
        <w:t>Sozialräume und Fluchtwege erklärt bekommen</w:t>
      </w:r>
    </w:p>
    <w:p w14:paraId="381D29FC" w14:textId="77777777" w:rsidR="00F358B4" w:rsidRPr="00F358B4" w:rsidRDefault="00F358B4" w:rsidP="00F358B4">
      <w:pPr>
        <w:pStyle w:val="Aufzhlungszeichen"/>
        <w:rPr>
          <w:lang w:val="de-DE"/>
        </w:rPr>
      </w:pPr>
      <w:r w:rsidRPr="00F358B4">
        <w:rPr>
          <w:lang w:val="de-DE"/>
        </w:rPr>
        <w:t>IT-Ausstattung und Sicherheit</w:t>
      </w:r>
    </w:p>
    <w:p w14:paraId="51E087DB" w14:textId="77777777" w:rsidR="00F358B4" w:rsidRPr="00F358B4" w:rsidRDefault="00F358B4" w:rsidP="00F358B4">
      <w:pPr>
        <w:pStyle w:val="Aufzhlungszeichen"/>
        <w:numPr>
          <w:ilvl w:val="0"/>
          <w:numId w:val="16"/>
        </w:numPr>
        <w:rPr>
          <w:lang w:val="de-DE"/>
        </w:rPr>
      </w:pPr>
      <w:r w:rsidRPr="00F358B4">
        <w:rPr>
          <w:lang w:val="de-DE"/>
        </w:rPr>
        <w:t>Arbeitsplatzcomputer und erforderliche Hardware erhalten</w:t>
      </w:r>
    </w:p>
    <w:p w14:paraId="2DC8B833" w14:textId="77777777" w:rsidR="00F358B4" w:rsidRPr="00F358B4" w:rsidRDefault="00F358B4" w:rsidP="00F358B4">
      <w:pPr>
        <w:pStyle w:val="Aufzhlungszeichen"/>
        <w:numPr>
          <w:ilvl w:val="0"/>
          <w:numId w:val="16"/>
        </w:numPr>
        <w:rPr>
          <w:lang w:val="de-DE"/>
        </w:rPr>
      </w:pPr>
      <w:r w:rsidRPr="00F358B4">
        <w:rPr>
          <w:lang w:val="de-DE"/>
        </w:rPr>
        <w:t>Benutzerkonten für alle relevanten Systeme erstellt</w:t>
      </w:r>
    </w:p>
    <w:p w14:paraId="084F35A0" w14:textId="77777777" w:rsidR="00F358B4" w:rsidRPr="00F358B4" w:rsidRDefault="00F358B4" w:rsidP="00F358B4">
      <w:pPr>
        <w:pStyle w:val="Aufzhlungszeichen"/>
        <w:numPr>
          <w:ilvl w:val="0"/>
          <w:numId w:val="16"/>
        </w:numPr>
        <w:rPr>
          <w:lang w:val="de-DE"/>
        </w:rPr>
      </w:pPr>
      <w:r w:rsidRPr="00F358B4">
        <w:rPr>
          <w:lang w:val="de-DE"/>
        </w:rPr>
        <w:t>IT-Sicherheitsrichtlinien gelesen und unterschrieben</w:t>
      </w:r>
    </w:p>
    <w:p w14:paraId="61C8FE55" w14:textId="77777777" w:rsidR="00F358B4" w:rsidRPr="00F358B4" w:rsidRDefault="00F358B4" w:rsidP="00F358B4">
      <w:pPr>
        <w:pStyle w:val="Aufzhlungszeichen"/>
        <w:numPr>
          <w:ilvl w:val="0"/>
          <w:numId w:val="16"/>
        </w:numPr>
        <w:rPr>
          <w:lang w:val="de-DE"/>
        </w:rPr>
      </w:pPr>
      <w:r w:rsidRPr="00F358B4">
        <w:rPr>
          <w:lang w:val="de-DE"/>
        </w:rPr>
        <w:t>Passwort-Richtlinien verstanden und umgesetzt</w:t>
      </w:r>
    </w:p>
    <w:p w14:paraId="76D20075" w14:textId="77777777" w:rsidR="00F358B4" w:rsidRPr="00F358B4" w:rsidRDefault="00F358B4" w:rsidP="00F358B4">
      <w:pPr>
        <w:pStyle w:val="Aufzhlungszeichen"/>
        <w:numPr>
          <w:ilvl w:val="0"/>
          <w:numId w:val="16"/>
        </w:numPr>
        <w:rPr>
          <w:lang w:val="de-DE"/>
        </w:rPr>
      </w:pPr>
      <w:r w:rsidRPr="00F358B4">
        <w:rPr>
          <w:lang w:val="de-DE"/>
        </w:rPr>
        <w:t>VPN-Zugang konfiguriert (falls erforderlich)</w:t>
      </w:r>
    </w:p>
    <w:p w14:paraId="716872D3" w14:textId="77777777" w:rsidR="00F358B4" w:rsidRPr="00F358B4" w:rsidRDefault="00F358B4" w:rsidP="00F358B4">
      <w:pPr>
        <w:pStyle w:val="Aufzhlungszeichen"/>
        <w:numPr>
          <w:ilvl w:val="0"/>
          <w:numId w:val="16"/>
        </w:numPr>
        <w:rPr>
          <w:lang w:val="de-DE"/>
        </w:rPr>
      </w:pPr>
      <w:r w:rsidRPr="00F358B4">
        <w:rPr>
          <w:lang w:val="de-DE"/>
        </w:rPr>
        <w:t>Softwareschulung für branchenspezifische Anwendungen absolviert</w:t>
      </w:r>
    </w:p>
    <w:p w14:paraId="4F09FF43" w14:textId="77777777" w:rsidR="00F358B4" w:rsidRPr="00F358B4" w:rsidRDefault="00F358B4" w:rsidP="00F358B4">
      <w:pPr>
        <w:pStyle w:val="Aufzhlungszeichen"/>
        <w:numPr>
          <w:ilvl w:val="0"/>
          <w:numId w:val="16"/>
        </w:numPr>
        <w:rPr>
          <w:lang w:val="de-DE"/>
        </w:rPr>
      </w:pPr>
      <w:r w:rsidRPr="00F358B4">
        <w:rPr>
          <w:lang w:val="de-DE"/>
        </w:rPr>
        <w:t>Backup- und Datenschutzverfahren erklärt bekommen</w:t>
      </w:r>
    </w:p>
    <w:p w14:paraId="4D929BDC" w14:textId="77777777" w:rsidR="00F358B4" w:rsidRPr="00F358B4" w:rsidRDefault="00F358B4" w:rsidP="00F358B4">
      <w:pPr>
        <w:pStyle w:val="Aufzhlungszeichen"/>
        <w:rPr>
          <w:b/>
          <w:bCs/>
          <w:lang w:val="de-DE"/>
        </w:rPr>
      </w:pPr>
      <w:r w:rsidRPr="00F358B4">
        <w:rPr>
          <w:rFonts w:ascii="Segoe UI Emoji" w:hAnsi="Segoe UI Emoji" w:cs="Segoe UI Emoji"/>
          <w:b/>
          <w:bCs/>
          <w:lang w:val="de-DE"/>
        </w:rPr>
        <w:t>✅</w:t>
      </w:r>
      <w:r w:rsidRPr="00F358B4">
        <w:rPr>
          <w:b/>
          <w:bCs/>
          <w:lang w:val="de-DE"/>
        </w:rPr>
        <w:t xml:space="preserve"> Tag 6-15: Vertiefung und Prozessverständnis</w:t>
      </w:r>
    </w:p>
    <w:p w14:paraId="0C721DB1" w14:textId="77777777" w:rsidR="00F358B4" w:rsidRPr="00F358B4" w:rsidRDefault="00F358B4" w:rsidP="00F358B4">
      <w:pPr>
        <w:pStyle w:val="Aufzhlungszeichen"/>
        <w:rPr>
          <w:lang w:val="de-DE"/>
        </w:rPr>
      </w:pPr>
      <w:r w:rsidRPr="00F358B4">
        <w:rPr>
          <w:lang w:val="de-DE"/>
        </w:rPr>
        <w:t>Fachliche Einarbeitung</w:t>
      </w:r>
    </w:p>
    <w:p w14:paraId="10E9CFD1" w14:textId="77777777" w:rsidR="00F358B4" w:rsidRPr="00F358B4" w:rsidRDefault="00F358B4" w:rsidP="00F358B4">
      <w:pPr>
        <w:pStyle w:val="Aufzhlungszeichen"/>
        <w:numPr>
          <w:ilvl w:val="0"/>
          <w:numId w:val="17"/>
        </w:numPr>
        <w:rPr>
          <w:lang w:val="de-DE"/>
        </w:rPr>
      </w:pPr>
      <w:r w:rsidRPr="00F358B4">
        <w:rPr>
          <w:lang w:val="de-DE"/>
        </w:rPr>
        <w:t>Abteilungsspezifische Prozesse und Workflows studiert</w:t>
      </w:r>
    </w:p>
    <w:p w14:paraId="74D64776" w14:textId="77777777" w:rsidR="00F358B4" w:rsidRPr="00F358B4" w:rsidRDefault="00F358B4" w:rsidP="00F358B4">
      <w:pPr>
        <w:pStyle w:val="Aufzhlungszeichen"/>
        <w:numPr>
          <w:ilvl w:val="0"/>
          <w:numId w:val="17"/>
        </w:numPr>
        <w:rPr>
          <w:lang w:val="de-DE"/>
        </w:rPr>
      </w:pPr>
      <w:r w:rsidRPr="00F358B4">
        <w:rPr>
          <w:lang w:val="de-DE"/>
        </w:rPr>
        <w:t>Qualitätsmanagement-Standards verstanden</w:t>
      </w:r>
    </w:p>
    <w:p w14:paraId="5B805F18" w14:textId="77777777" w:rsidR="00F358B4" w:rsidRPr="00F358B4" w:rsidRDefault="00F358B4" w:rsidP="00F358B4">
      <w:pPr>
        <w:pStyle w:val="Aufzhlungszeichen"/>
        <w:numPr>
          <w:ilvl w:val="0"/>
          <w:numId w:val="17"/>
        </w:numPr>
        <w:rPr>
          <w:lang w:val="de-DE"/>
        </w:rPr>
      </w:pPr>
      <w:r w:rsidRPr="00F358B4">
        <w:rPr>
          <w:lang w:val="de-DE"/>
        </w:rPr>
        <w:t>Projektmanagement-Tools und Methoden kennengelernt</w:t>
      </w:r>
    </w:p>
    <w:p w14:paraId="66CD04D7" w14:textId="77777777" w:rsidR="00F358B4" w:rsidRPr="00F358B4" w:rsidRDefault="00F358B4" w:rsidP="00F358B4">
      <w:pPr>
        <w:pStyle w:val="Aufzhlungszeichen"/>
        <w:numPr>
          <w:ilvl w:val="0"/>
          <w:numId w:val="17"/>
        </w:numPr>
        <w:rPr>
          <w:lang w:val="de-DE"/>
        </w:rPr>
      </w:pPr>
      <w:r w:rsidRPr="00F358B4">
        <w:rPr>
          <w:lang w:val="de-DE"/>
        </w:rPr>
        <w:t>Erste Projektbeteiligung unter Anleitung</w:t>
      </w:r>
    </w:p>
    <w:p w14:paraId="623FA63D" w14:textId="77777777" w:rsidR="00F358B4" w:rsidRPr="00F358B4" w:rsidRDefault="00F358B4" w:rsidP="00F358B4">
      <w:pPr>
        <w:pStyle w:val="Aufzhlungszeichen"/>
        <w:numPr>
          <w:ilvl w:val="0"/>
          <w:numId w:val="17"/>
        </w:numPr>
        <w:rPr>
          <w:lang w:val="de-DE"/>
        </w:rPr>
      </w:pPr>
      <w:r w:rsidRPr="00F358B4">
        <w:rPr>
          <w:lang w:val="de-DE"/>
        </w:rPr>
        <w:t>Kundenspezifische Anforderungen und Standards erarbeitet</w:t>
      </w:r>
    </w:p>
    <w:p w14:paraId="3ED94ED9" w14:textId="77777777" w:rsidR="00F358B4" w:rsidRPr="00F358B4" w:rsidRDefault="00F358B4" w:rsidP="00F358B4">
      <w:pPr>
        <w:pStyle w:val="Aufzhlungszeichen"/>
        <w:numPr>
          <w:ilvl w:val="0"/>
          <w:numId w:val="17"/>
        </w:numPr>
        <w:rPr>
          <w:lang w:val="de-DE"/>
        </w:rPr>
      </w:pPr>
      <w:r w:rsidRPr="00F358B4">
        <w:rPr>
          <w:lang w:val="de-DE"/>
        </w:rPr>
        <w:t>Interne Kommunikationskanäle und Berichtswesen verstanden</w:t>
      </w:r>
    </w:p>
    <w:p w14:paraId="31B2A8C2" w14:textId="77777777" w:rsidR="00F358B4" w:rsidRPr="00F358B4" w:rsidRDefault="00F358B4" w:rsidP="00F358B4">
      <w:pPr>
        <w:pStyle w:val="Aufzhlungszeichen"/>
        <w:rPr>
          <w:lang w:val="de-DE"/>
        </w:rPr>
      </w:pPr>
      <w:r w:rsidRPr="00F358B4">
        <w:rPr>
          <w:lang w:val="de-DE"/>
        </w:rPr>
        <w:t>Team-Integration</w:t>
      </w:r>
    </w:p>
    <w:p w14:paraId="2E00F0B8" w14:textId="77777777" w:rsidR="00F358B4" w:rsidRPr="00F358B4" w:rsidRDefault="00F358B4" w:rsidP="00F358B4">
      <w:pPr>
        <w:pStyle w:val="Aufzhlungszeichen"/>
        <w:numPr>
          <w:ilvl w:val="0"/>
          <w:numId w:val="18"/>
        </w:numPr>
        <w:rPr>
          <w:lang w:val="de-DE"/>
        </w:rPr>
      </w:pPr>
      <w:r w:rsidRPr="00F358B4">
        <w:rPr>
          <w:lang w:val="de-DE"/>
        </w:rPr>
        <w:t>Alle direkten Kollegen persönlich kennengelernt</w:t>
      </w:r>
    </w:p>
    <w:p w14:paraId="751F9F4D" w14:textId="77777777" w:rsidR="00F358B4" w:rsidRPr="00F358B4" w:rsidRDefault="00F358B4" w:rsidP="00F358B4">
      <w:pPr>
        <w:pStyle w:val="Aufzhlungszeichen"/>
        <w:numPr>
          <w:ilvl w:val="0"/>
          <w:numId w:val="18"/>
        </w:numPr>
        <w:rPr>
          <w:lang w:val="de-DE"/>
        </w:rPr>
      </w:pPr>
      <w:r w:rsidRPr="00F358B4">
        <w:rPr>
          <w:lang w:val="de-DE"/>
        </w:rPr>
        <w:lastRenderedPageBreak/>
        <w:t>Organisationsstruktur und Hierarchien verstanden</w:t>
      </w:r>
    </w:p>
    <w:p w14:paraId="592F52B8" w14:textId="77777777" w:rsidR="00F358B4" w:rsidRPr="00F358B4" w:rsidRDefault="00F358B4" w:rsidP="00F358B4">
      <w:pPr>
        <w:pStyle w:val="Aufzhlungszeichen"/>
        <w:numPr>
          <w:ilvl w:val="0"/>
          <w:numId w:val="18"/>
        </w:numPr>
        <w:rPr>
          <w:lang w:val="de-DE"/>
        </w:rPr>
      </w:pPr>
      <w:r w:rsidRPr="00F358B4">
        <w:rPr>
          <w:lang w:val="de-DE"/>
        </w:rPr>
        <w:t>Teamrollen und Verantwortlichkeiten geklärt</w:t>
      </w:r>
    </w:p>
    <w:p w14:paraId="07853F87" w14:textId="77777777" w:rsidR="00F358B4" w:rsidRPr="00F358B4" w:rsidRDefault="00F358B4" w:rsidP="00F358B4">
      <w:pPr>
        <w:pStyle w:val="Aufzhlungszeichen"/>
        <w:numPr>
          <w:ilvl w:val="0"/>
          <w:numId w:val="18"/>
        </w:numPr>
        <w:rPr>
          <w:lang w:val="de-DE"/>
        </w:rPr>
      </w:pPr>
      <w:r w:rsidRPr="00F358B4">
        <w:rPr>
          <w:lang w:val="de-DE"/>
        </w:rPr>
        <w:t>Regelmäßige Meetings und deren Zweck verstanden</w:t>
      </w:r>
    </w:p>
    <w:p w14:paraId="1DE2D9FD" w14:textId="77777777" w:rsidR="00F358B4" w:rsidRPr="00F358B4" w:rsidRDefault="00F358B4" w:rsidP="00F358B4">
      <w:pPr>
        <w:pStyle w:val="Aufzhlungszeichen"/>
        <w:numPr>
          <w:ilvl w:val="0"/>
          <w:numId w:val="18"/>
        </w:numPr>
        <w:rPr>
          <w:lang w:val="de-DE"/>
        </w:rPr>
      </w:pPr>
      <w:r w:rsidRPr="00F358B4">
        <w:rPr>
          <w:lang w:val="de-DE"/>
        </w:rPr>
        <w:t>Informelle Gespräche und Team-Events wahrgenommen</w:t>
      </w:r>
    </w:p>
    <w:p w14:paraId="22D17E60" w14:textId="77777777" w:rsidR="00F358B4" w:rsidRPr="00F358B4" w:rsidRDefault="00F358B4" w:rsidP="00F358B4">
      <w:pPr>
        <w:pStyle w:val="Aufzhlungszeichen"/>
        <w:rPr>
          <w:b/>
          <w:bCs/>
          <w:lang w:val="de-DE"/>
        </w:rPr>
      </w:pPr>
      <w:r w:rsidRPr="00F358B4">
        <w:rPr>
          <w:rFonts w:ascii="Segoe UI Emoji" w:hAnsi="Segoe UI Emoji" w:cs="Segoe UI Emoji"/>
          <w:b/>
          <w:bCs/>
          <w:lang w:val="de-DE"/>
        </w:rPr>
        <w:t>✅</w:t>
      </w:r>
      <w:r w:rsidRPr="00F358B4">
        <w:rPr>
          <w:b/>
          <w:bCs/>
          <w:lang w:val="de-DE"/>
        </w:rPr>
        <w:t xml:space="preserve"> Tag 16-30: Selbstständigkeit und Zielsetzung</w:t>
      </w:r>
    </w:p>
    <w:p w14:paraId="59E9FCF1" w14:textId="77777777" w:rsidR="00F358B4" w:rsidRPr="00F358B4" w:rsidRDefault="00F358B4" w:rsidP="00F358B4">
      <w:pPr>
        <w:pStyle w:val="Aufzhlungszeichen"/>
        <w:rPr>
          <w:lang w:val="de-DE"/>
        </w:rPr>
      </w:pPr>
      <w:r w:rsidRPr="00F358B4">
        <w:rPr>
          <w:lang w:val="de-DE"/>
        </w:rPr>
        <w:t>Eigenständige Arbeitsausführung</w:t>
      </w:r>
    </w:p>
    <w:p w14:paraId="0099A21D" w14:textId="77777777" w:rsidR="00F358B4" w:rsidRPr="00F358B4" w:rsidRDefault="00F358B4" w:rsidP="00F358B4">
      <w:pPr>
        <w:pStyle w:val="Aufzhlungszeichen"/>
        <w:numPr>
          <w:ilvl w:val="0"/>
          <w:numId w:val="19"/>
        </w:numPr>
        <w:rPr>
          <w:lang w:val="de-DE"/>
        </w:rPr>
      </w:pPr>
      <w:r w:rsidRPr="00F358B4">
        <w:rPr>
          <w:lang w:val="de-DE"/>
        </w:rPr>
        <w:t>Erste Aufgaben selbstständig erfolgreich abgeschlossen</w:t>
      </w:r>
    </w:p>
    <w:p w14:paraId="20ECEFFB" w14:textId="77777777" w:rsidR="00F358B4" w:rsidRPr="00F358B4" w:rsidRDefault="00F358B4" w:rsidP="00F358B4">
      <w:pPr>
        <w:pStyle w:val="Aufzhlungszeichen"/>
        <w:numPr>
          <w:ilvl w:val="0"/>
          <w:numId w:val="19"/>
        </w:numPr>
        <w:rPr>
          <w:lang w:val="de-DE"/>
        </w:rPr>
      </w:pPr>
      <w:r w:rsidRPr="00F358B4">
        <w:rPr>
          <w:lang w:val="de-DE"/>
        </w:rPr>
        <w:t>Feedback von Kollegen und Vorgesetzten eingeholt</w:t>
      </w:r>
    </w:p>
    <w:p w14:paraId="3CBF2190" w14:textId="77777777" w:rsidR="00F358B4" w:rsidRPr="00F358B4" w:rsidRDefault="00F358B4" w:rsidP="00F358B4">
      <w:pPr>
        <w:pStyle w:val="Aufzhlungszeichen"/>
        <w:numPr>
          <w:ilvl w:val="0"/>
          <w:numId w:val="19"/>
        </w:numPr>
        <w:rPr>
          <w:lang w:val="de-DE"/>
        </w:rPr>
      </w:pPr>
      <w:r w:rsidRPr="00F358B4">
        <w:rPr>
          <w:lang w:val="de-DE"/>
        </w:rPr>
        <w:t>Persönliche Arbeitsmethodik entwickelt und optimiert</w:t>
      </w:r>
    </w:p>
    <w:p w14:paraId="0B776B31" w14:textId="77777777" w:rsidR="00F358B4" w:rsidRPr="00F358B4" w:rsidRDefault="00F358B4" w:rsidP="00F358B4">
      <w:pPr>
        <w:pStyle w:val="Aufzhlungszeichen"/>
        <w:numPr>
          <w:ilvl w:val="0"/>
          <w:numId w:val="19"/>
        </w:numPr>
        <w:rPr>
          <w:lang w:val="de-DE"/>
        </w:rPr>
      </w:pPr>
      <w:r w:rsidRPr="00F358B4">
        <w:rPr>
          <w:lang w:val="de-DE"/>
        </w:rPr>
        <w:t>Zeitmanagement und Prioritätensetzung etabliert</w:t>
      </w:r>
    </w:p>
    <w:p w14:paraId="7F57F8BC" w14:textId="77777777" w:rsidR="00F358B4" w:rsidRPr="00F358B4" w:rsidRDefault="00F358B4" w:rsidP="00F358B4">
      <w:pPr>
        <w:pStyle w:val="Aufzhlungszeichen"/>
        <w:numPr>
          <w:ilvl w:val="0"/>
          <w:numId w:val="19"/>
        </w:numPr>
        <w:rPr>
          <w:lang w:val="de-DE"/>
        </w:rPr>
      </w:pPr>
      <w:r w:rsidRPr="00F358B4">
        <w:rPr>
          <w:lang w:val="de-DE"/>
        </w:rPr>
        <w:t>Kontinuierliche Verbesserungsvorschläge eingebracht</w:t>
      </w:r>
    </w:p>
    <w:p w14:paraId="6CEE3E81" w14:textId="77777777" w:rsidR="00F358B4" w:rsidRPr="00F358B4" w:rsidRDefault="00F358B4" w:rsidP="00F358B4">
      <w:pPr>
        <w:pStyle w:val="Aufzhlungszeichen"/>
        <w:rPr>
          <w:lang w:val="de-DE"/>
        </w:rPr>
      </w:pPr>
      <w:r w:rsidRPr="00F358B4">
        <w:rPr>
          <w:lang w:val="de-DE"/>
        </w:rPr>
        <w:t>Strategische Ausrichtung</w:t>
      </w:r>
    </w:p>
    <w:p w14:paraId="0AE0BE99" w14:textId="77777777" w:rsidR="00F358B4" w:rsidRPr="00F358B4" w:rsidRDefault="00F358B4" w:rsidP="00F358B4">
      <w:pPr>
        <w:pStyle w:val="Aufzhlungszeichen"/>
        <w:numPr>
          <w:ilvl w:val="0"/>
          <w:numId w:val="20"/>
        </w:numPr>
        <w:rPr>
          <w:lang w:val="de-DE"/>
        </w:rPr>
      </w:pPr>
      <w:r w:rsidRPr="00F358B4">
        <w:rPr>
          <w:lang w:val="de-DE"/>
        </w:rPr>
        <w:t>Individuelle Ziele für die nächsten 6 Monate definiert</w:t>
      </w:r>
    </w:p>
    <w:p w14:paraId="6AFC9E10" w14:textId="77777777" w:rsidR="00F358B4" w:rsidRPr="00F358B4" w:rsidRDefault="00F358B4" w:rsidP="00F358B4">
      <w:pPr>
        <w:pStyle w:val="Aufzhlungszeichen"/>
        <w:numPr>
          <w:ilvl w:val="0"/>
          <w:numId w:val="20"/>
        </w:numPr>
        <w:rPr>
          <w:lang w:val="de-DE"/>
        </w:rPr>
      </w:pPr>
      <w:r w:rsidRPr="00F358B4">
        <w:rPr>
          <w:lang w:val="de-DE"/>
        </w:rPr>
        <w:t>Entwicklungsmöglichkeiten und Karrierewege besprochen</w:t>
      </w:r>
    </w:p>
    <w:p w14:paraId="7848CBA3" w14:textId="77777777" w:rsidR="00F358B4" w:rsidRPr="00F358B4" w:rsidRDefault="00F358B4" w:rsidP="00F358B4">
      <w:pPr>
        <w:pStyle w:val="Aufzhlungszeichen"/>
        <w:numPr>
          <w:ilvl w:val="0"/>
          <w:numId w:val="20"/>
        </w:numPr>
        <w:rPr>
          <w:lang w:val="de-DE"/>
        </w:rPr>
      </w:pPr>
      <w:r w:rsidRPr="00F358B4">
        <w:rPr>
          <w:lang w:val="de-DE"/>
        </w:rPr>
        <w:t>Schulungs- und Weiterbildungsbedarfe identifiziert</w:t>
      </w:r>
    </w:p>
    <w:p w14:paraId="3C63F635" w14:textId="77777777" w:rsidR="00F358B4" w:rsidRDefault="00F358B4" w:rsidP="00F358B4">
      <w:pPr>
        <w:pStyle w:val="Aufzhlungszeichen"/>
        <w:numPr>
          <w:ilvl w:val="0"/>
          <w:numId w:val="0"/>
        </w:numPr>
        <w:ind w:left="360"/>
        <w:rPr>
          <w:b/>
          <w:bCs/>
          <w:lang w:val="de-DE"/>
        </w:rPr>
      </w:pPr>
    </w:p>
    <w:p w14:paraId="325A7A51" w14:textId="6F80D478" w:rsidR="00F358B4" w:rsidRPr="00F358B4" w:rsidRDefault="00F358B4" w:rsidP="00F358B4">
      <w:pPr>
        <w:pStyle w:val="Aufzhlungszeichen"/>
        <w:numPr>
          <w:ilvl w:val="0"/>
          <w:numId w:val="0"/>
        </w:numPr>
        <w:ind w:left="360"/>
        <w:rPr>
          <w:b/>
          <w:bCs/>
          <w:lang w:val="de-DE"/>
        </w:rPr>
      </w:pPr>
      <w:r w:rsidRPr="00F358B4">
        <w:rPr>
          <w:b/>
          <w:bCs/>
          <w:lang w:val="de-DE"/>
        </w:rPr>
        <w:t>IT-Sicherheitsunterweisung</w:t>
      </w:r>
    </w:p>
    <w:p w14:paraId="54134F6A" w14:textId="77777777" w:rsidR="00F358B4" w:rsidRPr="00F358B4" w:rsidRDefault="00F358B4" w:rsidP="00F358B4">
      <w:pPr>
        <w:pStyle w:val="Aufzhlungszeichen"/>
        <w:rPr>
          <w:b/>
          <w:bCs/>
          <w:lang w:val="de-DE"/>
        </w:rPr>
      </w:pPr>
      <w:r w:rsidRPr="00F358B4">
        <w:rPr>
          <w:b/>
          <w:bCs/>
          <w:lang w:val="de-DE"/>
        </w:rPr>
        <w:t>Grundlegende Sicherheitsprinzipien</w:t>
      </w:r>
    </w:p>
    <w:p w14:paraId="03DA751F" w14:textId="77777777" w:rsidR="00F358B4" w:rsidRPr="00F358B4" w:rsidRDefault="00F358B4" w:rsidP="00F358B4">
      <w:pPr>
        <w:pStyle w:val="Aufzhlungszeichen"/>
        <w:rPr>
          <w:lang w:val="de-DE"/>
        </w:rPr>
      </w:pPr>
      <w:r w:rsidRPr="00F358B4">
        <w:rPr>
          <w:lang w:val="de-DE"/>
        </w:rPr>
        <w:t>Passwort-Sicherheit</w:t>
      </w:r>
    </w:p>
    <w:p w14:paraId="6ECBD10B" w14:textId="77777777" w:rsidR="00F358B4" w:rsidRPr="00F358B4" w:rsidRDefault="00F358B4" w:rsidP="00F358B4">
      <w:pPr>
        <w:pStyle w:val="Aufzhlungszeichen"/>
        <w:numPr>
          <w:ilvl w:val="0"/>
          <w:numId w:val="21"/>
        </w:numPr>
        <w:rPr>
          <w:lang w:val="de-DE"/>
        </w:rPr>
      </w:pPr>
      <w:r w:rsidRPr="00F358B4">
        <w:rPr>
          <w:lang w:val="de-DE"/>
        </w:rPr>
        <w:t>Verwenden Sie ausschließlich komplexe Passwörter (mindestens 12 Zeichen, Kombination aus Groß-/Kleinbuchstaben, Zahlen und Sonderzeichen)</w:t>
      </w:r>
    </w:p>
    <w:p w14:paraId="1C1F8856" w14:textId="77777777" w:rsidR="00F358B4" w:rsidRPr="00F358B4" w:rsidRDefault="00F358B4" w:rsidP="00F358B4">
      <w:pPr>
        <w:pStyle w:val="Aufzhlungszeichen"/>
        <w:numPr>
          <w:ilvl w:val="0"/>
          <w:numId w:val="21"/>
        </w:numPr>
        <w:rPr>
          <w:lang w:val="de-DE"/>
        </w:rPr>
      </w:pPr>
      <w:r w:rsidRPr="00F358B4">
        <w:rPr>
          <w:lang w:val="de-DE"/>
        </w:rPr>
        <w:t>Nutzen Sie für jeden Account ein individuelles Passwort</w:t>
      </w:r>
    </w:p>
    <w:p w14:paraId="00BE101B" w14:textId="77777777" w:rsidR="00F358B4" w:rsidRPr="00F358B4" w:rsidRDefault="00F358B4" w:rsidP="00F358B4">
      <w:pPr>
        <w:pStyle w:val="Aufzhlungszeichen"/>
        <w:numPr>
          <w:ilvl w:val="0"/>
          <w:numId w:val="21"/>
        </w:numPr>
        <w:rPr>
          <w:lang w:val="de-DE"/>
        </w:rPr>
      </w:pPr>
      <w:r w:rsidRPr="00F358B4">
        <w:rPr>
          <w:lang w:val="de-DE"/>
        </w:rPr>
        <w:t>Aktivieren Sie die Zwei-Faktor-Authentifizierung, wo verfügbar</w:t>
      </w:r>
    </w:p>
    <w:p w14:paraId="167C8C84" w14:textId="77777777" w:rsidR="00F358B4" w:rsidRPr="00F358B4" w:rsidRDefault="00F358B4" w:rsidP="00F358B4">
      <w:pPr>
        <w:pStyle w:val="Aufzhlungszeichen"/>
        <w:numPr>
          <w:ilvl w:val="0"/>
          <w:numId w:val="21"/>
        </w:numPr>
        <w:rPr>
          <w:lang w:val="de-DE"/>
        </w:rPr>
      </w:pPr>
      <w:r w:rsidRPr="00F358B4">
        <w:rPr>
          <w:lang w:val="de-DE"/>
        </w:rPr>
        <w:t>Verwenden Sie den unternehmensinternen Passwort-Manager</w:t>
      </w:r>
    </w:p>
    <w:p w14:paraId="432759FA" w14:textId="77777777" w:rsidR="00F358B4" w:rsidRPr="00F358B4" w:rsidRDefault="00F358B4" w:rsidP="00F358B4">
      <w:pPr>
        <w:pStyle w:val="Aufzhlungszeichen"/>
        <w:numPr>
          <w:ilvl w:val="0"/>
          <w:numId w:val="21"/>
        </w:numPr>
        <w:rPr>
          <w:lang w:val="de-DE"/>
        </w:rPr>
      </w:pPr>
      <w:r w:rsidRPr="00F358B4">
        <w:rPr>
          <w:lang w:val="de-DE"/>
        </w:rPr>
        <w:t>Ändern Sie Ihr Passwort umgehend bei Verdacht auf Kompromittierung</w:t>
      </w:r>
    </w:p>
    <w:p w14:paraId="57B3AFBC" w14:textId="77777777" w:rsidR="00F358B4" w:rsidRPr="00F358B4" w:rsidRDefault="00F358B4" w:rsidP="00F358B4">
      <w:pPr>
        <w:pStyle w:val="Aufzhlungszeichen"/>
        <w:rPr>
          <w:lang w:val="de-DE"/>
        </w:rPr>
      </w:pPr>
      <w:r w:rsidRPr="00F358B4">
        <w:rPr>
          <w:lang w:val="de-DE"/>
        </w:rPr>
        <w:t>Datenschutz und Datensicherheit</w:t>
      </w:r>
    </w:p>
    <w:p w14:paraId="2369B4A3" w14:textId="77777777" w:rsidR="00F358B4" w:rsidRPr="00F358B4" w:rsidRDefault="00F358B4" w:rsidP="00F358B4">
      <w:pPr>
        <w:pStyle w:val="Aufzhlungszeichen"/>
        <w:numPr>
          <w:ilvl w:val="0"/>
          <w:numId w:val="22"/>
        </w:numPr>
        <w:rPr>
          <w:lang w:val="de-DE"/>
        </w:rPr>
      </w:pPr>
      <w:r w:rsidRPr="00F358B4">
        <w:rPr>
          <w:lang w:val="de-DE"/>
        </w:rPr>
        <w:t>Klassifizieren Sie Dokumente gemäß unserer Datenschutz-Richtlinie (öffentlich, intern, vertraulich, streng vertraulich)</w:t>
      </w:r>
    </w:p>
    <w:p w14:paraId="294395ED" w14:textId="77777777" w:rsidR="00F358B4" w:rsidRPr="00F358B4" w:rsidRDefault="00F358B4" w:rsidP="00F358B4">
      <w:pPr>
        <w:pStyle w:val="Aufzhlungszeichen"/>
        <w:numPr>
          <w:ilvl w:val="0"/>
          <w:numId w:val="22"/>
        </w:numPr>
        <w:rPr>
          <w:lang w:val="de-DE"/>
        </w:rPr>
      </w:pPr>
      <w:r w:rsidRPr="00F358B4">
        <w:rPr>
          <w:lang w:val="de-DE"/>
        </w:rPr>
        <w:t>Speichern Sie Unternehmensdaten ausschließlich auf genehmigten Systemen und Servern</w:t>
      </w:r>
    </w:p>
    <w:p w14:paraId="20DB6E3B" w14:textId="77777777" w:rsidR="00F358B4" w:rsidRPr="00F358B4" w:rsidRDefault="00F358B4" w:rsidP="00F358B4">
      <w:pPr>
        <w:pStyle w:val="Aufzhlungszeichen"/>
        <w:numPr>
          <w:ilvl w:val="0"/>
          <w:numId w:val="22"/>
        </w:numPr>
        <w:rPr>
          <w:lang w:val="de-DE"/>
        </w:rPr>
      </w:pPr>
      <w:r w:rsidRPr="00F358B4">
        <w:rPr>
          <w:lang w:val="de-DE"/>
        </w:rPr>
        <w:t>Verschlüsseln Sie sensible Daten bei der Übertragung und Speicherung</w:t>
      </w:r>
    </w:p>
    <w:p w14:paraId="1D208BB4" w14:textId="77777777" w:rsidR="00F358B4" w:rsidRPr="00F358B4" w:rsidRDefault="00F358B4" w:rsidP="00F358B4">
      <w:pPr>
        <w:pStyle w:val="Aufzhlungszeichen"/>
        <w:numPr>
          <w:ilvl w:val="0"/>
          <w:numId w:val="22"/>
        </w:numPr>
        <w:rPr>
          <w:lang w:val="de-DE"/>
        </w:rPr>
      </w:pPr>
      <w:r w:rsidRPr="00F358B4">
        <w:rPr>
          <w:lang w:val="de-DE"/>
        </w:rPr>
        <w:t>Führen Sie täglich automatische Backups durch und prüfen Sie deren Integrität wöchentlich</w:t>
      </w:r>
    </w:p>
    <w:p w14:paraId="049C29B3" w14:textId="77777777" w:rsidR="00F358B4" w:rsidRDefault="00F358B4" w:rsidP="00F358B4">
      <w:pPr>
        <w:pStyle w:val="Aufzhlungszeichen"/>
        <w:numPr>
          <w:ilvl w:val="0"/>
          <w:numId w:val="22"/>
        </w:numPr>
        <w:rPr>
          <w:lang w:val="de-DE"/>
        </w:rPr>
      </w:pPr>
      <w:r w:rsidRPr="00F358B4">
        <w:rPr>
          <w:lang w:val="de-DE"/>
        </w:rPr>
        <w:t>Melden Sie Datenschutzvorfälle oder -</w:t>
      </w:r>
      <w:proofErr w:type="spellStart"/>
      <w:r w:rsidRPr="00F358B4">
        <w:rPr>
          <w:lang w:val="de-DE"/>
        </w:rPr>
        <w:t>verdachtsfälle</w:t>
      </w:r>
      <w:proofErr w:type="spellEnd"/>
      <w:r w:rsidRPr="00F358B4">
        <w:rPr>
          <w:lang w:val="de-DE"/>
        </w:rPr>
        <w:t xml:space="preserve"> umgehend an die IT-Abteilung</w:t>
      </w:r>
    </w:p>
    <w:p w14:paraId="385EDBF9" w14:textId="77777777" w:rsidR="00765429" w:rsidRDefault="00765429" w:rsidP="00765429">
      <w:pPr>
        <w:pStyle w:val="Aufzhlungszeichen"/>
        <w:numPr>
          <w:ilvl w:val="0"/>
          <w:numId w:val="0"/>
        </w:numPr>
        <w:ind w:left="360" w:hanging="360"/>
        <w:rPr>
          <w:lang w:val="de-DE"/>
        </w:rPr>
      </w:pPr>
    </w:p>
    <w:p w14:paraId="1AD68B64" w14:textId="77777777" w:rsidR="00765429" w:rsidRPr="00F358B4" w:rsidRDefault="00765429" w:rsidP="00765429">
      <w:pPr>
        <w:pStyle w:val="Aufzhlungszeichen"/>
        <w:numPr>
          <w:ilvl w:val="0"/>
          <w:numId w:val="0"/>
        </w:numPr>
        <w:ind w:left="360" w:hanging="360"/>
        <w:rPr>
          <w:lang w:val="de-DE"/>
        </w:rPr>
      </w:pPr>
    </w:p>
    <w:p w14:paraId="75F85911" w14:textId="77777777" w:rsidR="00F358B4" w:rsidRPr="00F358B4" w:rsidRDefault="00F358B4" w:rsidP="00F358B4">
      <w:pPr>
        <w:pStyle w:val="Aufzhlungszeichen"/>
        <w:rPr>
          <w:b/>
          <w:bCs/>
          <w:lang w:val="de-DE"/>
        </w:rPr>
      </w:pPr>
      <w:r w:rsidRPr="00F358B4">
        <w:rPr>
          <w:b/>
          <w:bCs/>
          <w:lang w:val="de-DE"/>
        </w:rPr>
        <w:lastRenderedPageBreak/>
        <w:t>E-Mail- und Kommunikationssicherheit</w:t>
      </w:r>
    </w:p>
    <w:p w14:paraId="537DE559" w14:textId="77777777" w:rsidR="00F358B4" w:rsidRPr="00F358B4" w:rsidRDefault="00F358B4" w:rsidP="00F358B4">
      <w:pPr>
        <w:pStyle w:val="Aufzhlungszeichen"/>
        <w:rPr>
          <w:lang w:val="de-DE"/>
        </w:rPr>
      </w:pPr>
      <w:r w:rsidRPr="00F358B4">
        <w:rPr>
          <w:lang w:val="de-DE"/>
        </w:rPr>
        <w:t>Phishing-Schutz</w:t>
      </w:r>
    </w:p>
    <w:p w14:paraId="1FD4710F" w14:textId="77777777" w:rsidR="00F358B4" w:rsidRPr="00F358B4" w:rsidRDefault="00F358B4" w:rsidP="00F358B4">
      <w:pPr>
        <w:pStyle w:val="Aufzhlungszeichen"/>
        <w:numPr>
          <w:ilvl w:val="0"/>
          <w:numId w:val="23"/>
        </w:numPr>
        <w:rPr>
          <w:lang w:val="de-DE"/>
        </w:rPr>
      </w:pPr>
      <w:r w:rsidRPr="00F358B4">
        <w:rPr>
          <w:lang w:val="de-DE"/>
        </w:rPr>
        <w:t>Prüfen Sie Absender-Adressen sorgfältig auf Authentizität</w:t>
      </w:r>
    </w:p>
    <w:p w14:paraId="34020B3D" w14:textId="77777777" w:rsidR="00F358B4" w:rsidRPr="00F358B4" w:rsidRDefault="00F358B4" w:rsidP="00F358B4">
      <w:pPr>
        <w:pStyle w:val="Aufzhlungszeichen"/>
        <w:numPr>
          <w:ilvl w:val="0"/>
          <w:numId w:val="23"/>
        </w:numPr>
        <w:rPr>
          <w:lang w:val="de-DE"/>
        </w:rPr>
      </w:pPr>
      <w:r w:rsidRPr="00F358B4">
        <w:rPr>
          <w:lang w:val="de-DE"/>
        </w:rPr>
        <w:t>Öffnen Sie niemals Anhänge oder Links aus verdächtigen E-Mails</w:t>
      </w:r>
    </w:p>
    <w:p w14:paraId="4D76053E" w14:textId="77777777" w:rsidR="00F358B4" w:rsidRPr="00F358B4" w:rsidRDefault="00F358B4" w:rsidP="00F358B4">
      <w:pPr>
        <w:pStyle w:val="Aufzhlungszeichen"/>
        <w:numPr>
          <w:ilvl w:val="0"/>
          <w:numId w:val="23"/>
        </w:numPr>
        <w:rPr>
          <w:lang w:val="de-DE"/>
        </w:rPr>
      </w:pPr>
      <w:r w:rsidRPr="00F358B4">
        <w:rPr>
          <w:lang w:val="de-DE"/>
        </w:rPr>
        <w:t>Verifizieren Sie ungewöhnliche Anfragen telefonisch beim Absender</w:t>
      </w:r>
    </w:p>
    <w:p w14:paraId="43B3EC72" w14:textId="77777777" w:rsidR="00F358B4" w:rsidRPr="00F358B4" w:rsidRDefault="00F358B4" w:rsidP="00F358B4">
      <w:pPr>
        <w:pStyle w:val="Aufzhlungszeichen"/>
        <w:numPr>
          <w:ilvl w:val="0"/>
          <w:numId w:val="23"/>
        </w:numPr>
        <w:rPr>
          <w:lang w:val="de-DE"/>
        </w:rPr>
      </w:pPr>
      <w:r w:rsidRPr="00F358B4">
        <w:rPr>
          <w:lang w:val="de-DE"/>
        </w:rPr>
        <w:t>Nutzen Sie ausschließlich offizielle Kommunikationskanäle für sensible Informationen</w:t>
      </w:r>
    </w:p>
    <w:p w14:paraId="6882B1D8" w14:textId="77777777" w:rsidR="00F358B4" w:rsidRPr="00F358B4" w:rsidRDefault="00F358B4" w:rsidP="00F358B4">
      <w:pPr>
        <w:pStyle w:val="Aufzhlungszeichen"/>
        <w:numPr>
          <w:ilvl w:val="0"/>
          <w:numId w:val="23"/>
        </w:numPr>
        <w:rPr>
          <w:lang w:val="de-DE"/>
        </w:rPr>
      </w:pPr>
      <w:r w:rsidRPr="00F358B4">
        <w:rPr>
          <w:lang w:val="de-DE"/>
        </w:rPr>
        <w:t>Melden Sie verdächtige E-Mails sofort an security@unternehmen.de</w:t>
      </w:r>
    </w:p>
    <w:p w14:paraId="78EDA2E7" w14:textId="77777777" w:rsidR="00F358B4" w:rsidRPr="00F358B4" w:rsidRDefault="00F358B4" w:rsidP="00F358B4">
      <w:pPr>
        <w:pStyle w:val="Aufzhlungszeichen"/>
        <w:rPr>
          <w:lang w:val="de-DE"/>
        </w:rPr>
      </w:pPr>
      <w:r w:rsidRPr="00F358B4">
        <w:rPr>
          <w:lang w:val="de-DE"/>
        </w:rPr>
        <w:t>Sichere Kommunikation</w:t>
      </w:r>
    </w:p>
    <w:p w14:paraId="4F8F6649" w14:textId="77777777" w:rsidR="00F358B4" w:rsidRPr="00F358B4" w:rsidRDefault="00F358B4" w:rsidP="00F358B4">
      <w:pPr>
        <w:pStyle w:val="Aufzhlungszeichen"/>
        <w:numPr>
          <w:ilvl w:val="0"/>
          <w:numId w:val="24"/>
        </w:numPr>
        <w:rPr>
          <w:lang w:val="de-DE"/>
        </w:rPr>
      </w:pPr>
      <w:r w:rsidRPr="00F358B4">
        <w:rPr>
          <w:lang w:val="de-DE"/>
        </w:rPr>
        <w:t>Verwenden Sie verschlüsselte E-Mail-Kommunikation für vertrauliche Inhalte</w:t>
      </w:r>
    </w:p>
    <w:p w14:paraId="4B53EDCA" w14:textId="77777777" w:rsidR="00F358B4" w:rsidRPr="00F358B4" w:rsidRDefault="00F358B4" w:rsidP="00F358B4">
      <w:pPr>
        <w:pStyle w:val="Aufzhlungszeichen"/>
        <w:numPr>
          <w:ilvl w:val="0"/>
          <w:numId w:val="24"/>
        </w:numPr>
        <w:rPr>
          <w:lang w:val="de-DE"/>
        </w:rPr>
      </w:pPr>
      <w:r w:rsidRPr="00F358B4">
        <w:rPr>
          <w:lang w:val="de-DE"/>
        </w:rPr>
        <w:t>Nutzen Sie genehmigte Videokonferenz- und Messaging-Systeme</w:t>
      </w:r>
    </w:p>
    <w:p w14:paraId="6DD62E1B" w14:textId="77777777" w:rsidR="00F358B4" w:rsidRPr="00F358B4" w:rsidRDefault="00F358B4" w:rsidP="00F358B4">
      <w:pPr>
        <w:pStyle w:val="Aufzhlungszeichen"/>
        <w:numPr>
          <w:ilvl w:val="0"/>
          <w:numId w:val="24"/>
        </w:numPr>
        <w:rPr>
          <w:lang w:val="de-DE"/>
        </w:rPr>
      </w:pPr>
      <w:r w:rsidRPr="00F358B4">
        <w:rPr>
          <w:lang w:val="de-DE"/>
        </w:rPr>
        <w:t>Teilen Sie Zugangsdaten niemals über ungesicherte Kanäle</w:t>
      </w:r>
    </w:p>
    <w:p w14:paraId="4CB3A5D6" w14:textId="77777777" w:rsidR="00F358B4" w:rsidRDefault="00F358B4" w:rsidP="00F358B4">
      <w:pPr>
        <w:pStyle w:val="Aufzhlungszeichen"/>
        <w:numPr>
          <w:ilvl w:val="0"/>
          <w:numId w:val="24"/>
        </w:numPr>
        <w:rPr>
          <w:lang w:val="de-DE"/>
        </w:rPr>
      </w:pPr>
      <w:r w:rsidRPr="00F358B4">
        <w:rPr>
          <w:lang w:val="de-DE"/>
        </w:rPr>
        <w:t>Beachten Sie die Clean-Desk-Policy: Hinterlassen Sie keine sensiblen Informationen sichtbar</w:t>
      </w:r>
    </w:p>
    <w:sdt>
      <w:sdtPr>
        <w:rPr>
          <w:lang w:val="de-DE"/>
        </w:rPr>
        <w:id w:val="1425844614"/>
        <w:docPartObj>
          <w:docPartGallery w:val="Table of Contents"/>
          <w:docPartUnique/>
        </w:docPartObj>
      </w:sdtPr>
      <w:sdtEndPr>
        <w:rPr>
          <w:rFonts w:asciiTheme="minorHAnsi" w:eastAsiaTheme="minorEastAsia" w:hAnsiTheme="minorHAnsi" w:cstheme="minorBidi"/>
          <w:color w:val="auto"/>
          <w:sz w:val="22"/>
          <w:szCs w:val="22"/>
          <w:lang w:val="en-US"/>
        </w:rPr>
      </w:sdtEndPr>
      <w:sdtContent>
        <w:p w14:paraId="6D0D661C" w14:textId="0927EAC9" w:rsidR="00765429" w:rsidRDefault="00765429">
          <w:pPr>
            <w:pStyle w:val="Inhaltsverzeichnisberschrift"/>
          </w:pPr>
          <w:r>
            <w:rPr>
              <w:lang w:val="de-DE"/>
            </w:rPr>
            <w:t>Inhalt</w:t>
          </w:r>
        </w:p>
        <w:p w14:paraId="3613380F" w14:textId="18AEE8DB" w:rsidR="00765429" w:rsidRDefault="00765429">
          <w:fldSimple w:instr=" TOC \o &quot;1-3&quot; \h \z \u ">
            <w:r>
              <w:rPr>
                <w:b/>
                <w:bCs/>
                <w:noProof/>
                <w:lang w:val="de-DE"/>
              </w:rPr>
              <w:t>Es wurden keine Einträge für das Inhaltsverzeichnis gefunden.</w:t>
            </w:r>
          </w:fldSimple>
        </w:p>
      </w:sdtContent>
    </w:sdt>
    <w:p w14:paraId="3F15062D" w14:textId="77777777" w:rsidR="00765429" w:rsidRPr="00F358B4" w:rsidRDefault="00765429" w:rsidP="00765429">
      <w:pPr>
        <w:pStyle w:val="Aufzhlungszeichen"/>
        <w:numPr>
          <w:ilvl w:val="0"/>
          <w:numId w:val="0"/>
        </w:numPr>
        <w:ind w:left="720"/>
        <w:rPr>
          <w:lang w:val="de-DE"/>
        </w:rPr>
      </w:pPr>
    </w:p>
    <w:p w14:paraId="22EDEF77" w14:textId="77777777" w:rsidR="00F358B4" w:rsidRPr="00F358B4" w:rsidRDefault="00F358B4" w:rsidP="00F358B4">
      <w:pPr>
        <w:pStyle w:val="Aufzhlungszeichen"/>
        <w:rPr>
          <w:b/>
          <w:bCs/>
          <w:lang w:val="de-DE"/>
        </w:rPr>
      </w:pPr>
      <w:r w:rsidRPr="00F358B4">
        <w:rPr>
          <w:b/>
          <w:bCs/>
          <w:lang w:val="de-DE"/>
        </w:rPr>
        <w:t>Gerätesicherheit und Zugriffskontrolle</w:t>
      </w:r>
    </w:p>
    <w:p w14:paraId="1D087137" w14:textId="77777777" w:rsidR="00F358B4" w:rsidRPr="00F358B4" w:rsidRDefault="00F358B4" w:rsidP="00F358B4">
      <w:pPr>
        <w:pStyle w:val="Aufzhlungszeichen"/>
        <w:rPr>
          <w:lang w:val="de-DE"/>
        </w:rPr>
      </w:pPr>
      <w:r w:rsidRPr="00F358B4">
        <w:rPr>
          <w:lang w:val="de-DE"/>
        </w:rPr>
        <w:t>Arbeitsplatz-Sicherheit</w:t>
      </w:r>
    </w:p>
    <w:p w14:paraId="67EBFB4F" w14:textId="77777777" w:rsidR="00F358B4" w:rsidRPr="00F358B4" w:rsidRDefault="00F358B4" w:rsidP="00F358B4">
      <w:pPr>
        <w:pStyle w:val="Aufzhlungszeichen"/>
        <w:numPr>
          <w:ilvl w:val="0"/>
          <w:numId w:val="25"/>
        </w:numPr>
        <w:rPr>
          <w:lang w:val="de-DE"/>
        </w:rPr>
      </w:pPr>
      <w:r w:rsidRPr="00F358B4">
        <w:rPr>
          <w:lang w:val="de-DE"/>
        </w:rPr>
        <w:t>Sperren Sie Ihren Bildschirm bei jeder Abwesenheit (Windows + L)</w:t>
      </w:r>
    </w:p>
    <w:p w14:paraId="6314E59B" w14:textId="77777777" w:rsidR="00F358B4" w:rsidRPr="00F358B4" w:rsidRDefault="00F358B4" w:rsidP="00F358B4">
      <w:pPr>
        <w:pStyle w:val="Aufzhlungszeichen"/>
        <w:numPr>
          <w:ilvl w:val="0"/>
          <w:numId w:val="25"/>
        </w:numPr>
        <w:rPr>
          <w:lang w:val="de-DE"/>
        </w:rPr>
      </w:pPr>
      <w:r w:rsidRPr="00F358B4">
        <w:rPr>
          <w:lang w:val="de-DE"/>
        </w:rPr>
        <w:t>Verwenden Sie ausschließlich genehmigte Software und Hardware</w:t>
      </w:r>
    </w:p>
    <w:p w14:paraId="33B95855" w14:textId="77777777" w:rsidR="00F358B4" w:rsidRPr="00F358B4" w:rsidRDefault="00F358B4" w:rsidP="00F358B4">
      <w:pPr>
        <w:pStyle w:val="Aufzhlungszeichen"/>
        <w:numPr>
          <w:ilvl w:val="0"/>
          <w:numId w:val="25"/>
        </w:numPr>
        <w:rPr>
          <w:lang w:val="de-DE"/>
        </w:rPr>
      </w:pPr>
      <w:r w:rsidRPr="00F358B4">
        <w:rPr>
          <w:lang w:val="de-DE"/>
        </w:rPr>
        <w:t>Installieren Sie keine privaten Programme auf Unternehmensgeräten</w:t>
      </w:r>
    </w:p>
    <w:p w14:paraId="687E735E" w14:textId="77777777" w:rsidR="00F358B4" w:rsidRPr="00F358B4" w:rsidRDefault="00F358B4" w:rsidP="00F358B4">
      <w:pPr>
        <w:pStyle w:val="Aufzhlungszeichen"/>
        <w:numPr>
          <w:ilvl w:val="0"/>
          <w:numId w:val="25"/>
        </w:numPr>
        <w:rPr>
          <w:lang w:val="de-DE"/>
        </w:rPr>
      </w:pPr>
      <w:r w:rsidRPr="00F358B4">
        <w:rPr>
          <w:lang w:val="de-DE"/>
        </w:rPr>
        <w:t>Halten Sie Betriebssystem und Anwendungen stets aktuell</w:t>
      </w:r>
    </w:p>
    <w:p w14:paraId="561CC9B8" w14:textId="77777777" w:rsidR="00F358B4" w:rsidRPr="00F358B4" w:rsidRDefault="00F358B4" w:rsidP="00F358B4">
      <w:pPr>
        <w:pStyle w:val="Aufzhlungszeichen"/>
        <w:numPr>
          <w:ilvl w:val="0"/>
          <w:numId w:val="25"/>
        </w:numPr>
        <w:rPr>
          <w:lang w:val="de-DE"/>
        </w:rPr>
      </w:pPr>
      <w:r w:rsidRPr="00F358B4">
        <w:rPr>
          <w:lang w:val="de-DE"/>
        </w:rPr>
        <w:t>Melden Sie Sicherheitsupdates und -</w:t>
      </w:r>
      <w:proofErr w:type="spellStart"/>
      <w:r w:rsidRPr="00F358B4">
        <w:rPr>
          <w:lang w:val="de-DE"/>
        </w:rPr>
        <w:t>patches</w:t>
      </w:r>
      <w:proofErr w:type="spellEnd"/>
      <w:r w:rsidRPr="00F358B4">
        <w:rPr>
          <w:lang w:val="de-DE"/>
        </w:rPr>
        <w:t xml:space="preserve"> an die IT-Abteilung</w:t>
      </w:r>
    </w:p>
    <w:p w14:paraId="29737941" w14:textId="77777777" w:rsidR="00F358B4" w:rsidRPr="00F358B4" w:rsidRDefault="00F358B4" w:rsidP="00F358B4">
      <w:pPr>
        <w:pStyle w:val="Aufzhlungszeichen"/>
        <w:rPr>
          <w:lang w:val="de-DE"/>
        </w:rPr>
      </w:pPr>
      <w:r w:rsidRPr="00F358B4">
        <w:rPr>
          <w:lang w:val="de-DE"/>
        </w:rPr>
        <w:t>Remote-Arbeit und Mobilgeräte</w:t>
      </w:r>
    </w:p>
    <w:p w14:paraId="4DFF6B2F" w14:textId="77777777" w:rsidR="00F358B4" w:rsidRPr="00F358B4" w:rsidRDefault="00F358B4" w:rsidP="00F358B4">
      <w:pPr>
        <w:pStyle w:val="Aufzhlungszeichen"/>
        <w:numPr>
          <w:ilvl w:val="0"/>
          <w:numId w:val="26"/>
        </w:numPr>
        <w:rPr>
          <w:lang w:val="de-DE"/>
        </w:rPr>
      </w:pPr>
      <w:r w:rsidRPr="00F358B4">
        <w:rPr>
          <w:lang w:val="de-DE"/>
        </w:rPr>
        <w:t>Nutzen Sie ausschließlich das Unternehmens-VPN für externe Zugriffe</w:t>
      </w:r>
    </w:p>
    <w:p w14:paraId="5ABFC93B" w14:textId="77777777" w:rsidR="00F358B4" w:rsidRPr="00F358B4" w:rsidRDefault="00F358B4" w:rsidP="00F358B4">
      <w:pPr>
        <w:pStyle w:val="Aufzhlungszeichen"/>
        <w:numPr>
          <w:ilvl w:val="0"/>
          <w:numId w:val="26"/>
        </w:numPr>
        <w:rPr>
          <w:lang w:val="de-DE"/>
        </w:rPr>
      </w:pPr>
      <w:r w:rsidRPr="00F358B4">
        <w:rPr>
          <w:lang w:val="de-DE"/>
        </w:rPr>
        <w:t>Arbeiten Sie in öffentlichen Räumen nur mit Sichtschutzfiltern</w:t>
      </w:r>
    </w:p>
    <w:p w14:paraId="0A97D080" w14:textId="77777777" w:rsidR="00F358B4" w:rsidRPr="00F358B4" w:rsidRDefault="00F358B4" w:rsidP="00F358B4">
      <w:pPr>
        <w:pStyle w:val="Aufzhlungszeichen"/>
        <w:numPr>
          <w:ilvl w:val="0"/>
          <w:numId w:val="26"/>
        </w:numPr>
        <w:rPr>
          <w:lang w:val="de-DE"/>
        </w:rPr>
      </w:pPr>
      <w:r w:rsidRPr="00F358B4">
        <w:rPr>
          <w:lang w:val="de-DE"/>
        </w:rPr>
        <w:t>Verwahren Sie Firmengeräte sicher und niemals unbeaufsichtigt</w:t>
      </w:r>
    </w:p>
    <w:p w14:paraId="7D267FD6" w14:textId="77777777" w:rsidR="00F358B4" w:rsidRPr="00F358B4" w:rsidRDefault="00F358B4" w:rsidP="00F358B4">
      <w:pPr>
        <w:pStyle w:val="Aufzhlungszeichen"/>
        <w:numPr>
          <w:ilvl w:val="0"/>
          <w:numId w:val="26"/>
        </w:numPr>
        <w:rPr>
          <w:lang w:val="de-DE"/>
        </w:rPr>
      </w:pPr>
      <w:r w:rsidRPr="00F358B4">
        <w:rPr>
          <w:lang w:val="de-DE"/>
        </w:rPr>
        <w:t>Trennen Sie private und geschäftliche Datennutzung strikt</w:t>
      </w:r>
    </w:p>
    <w:p w14:paraId="49031D91" w14:textId="77777777" w:rsidR="00F358B4" w:rsidRPr="00F358B4" w:rsidRDefault="00F358B4" w:rsidP="00F358B4">
      <w:pPr>
        <w:pStyle w:val="Aufzhlungszeichen"/>
        <w:numPr>
          <w:ilvl w:val="0"/>
          <w:numId w:val="26"/>
        </w:numPr>
        <w:rPr>
          <w:lang w:val="de-DE"/>
        </w:rPr>
      </w:pPr>
      <w:r w:rsidRPr="00F358B4">
        <w:rPr>
          <w:lang w:val="de-DE"/>
        </w:rPr>
        <w:t>Befolgen Sie die Mobile-Device-Management-Richtlinien</w:t>
      </w:r>
    </w:p>
    <w:p w14:paraId="17922203" w14:textId="77777777" w:rsidR="00F358B4" w:rsidRPr="00F358B4" w:rsidRDefault="00F358B4" w:rsidP="00F358B4">
      <w:pPr>
        <w:pStyle w:val="Aufzhlungszeichen"/>
        <w:rPr>
          <w:b/>
          <w:bCs/>
          <w:lang w:val="de-DE"/>
        </w:rPr>
      </w:pPr>
      <w:proofErr w:type="spellStart"/>
      <w:r w:rsidRPr="00F358B4">
        <w:rPr>
          <w:b/>
          <w:bCs/>
          <w:lang w:val="de-DE"/>
        </w:rPr>
        <w:t>Incident</w:t>
      </w:r>
      <w:proofErr w:type="spellEnd"/>
      <w:r w:rsidRPr="00F358B4">
        <w:rPr>
          <w:b/>
          <w:bCs/>
          <w:lang w:val="de-DE"/>
        </w:rPr>
        <w:t xml:space="preserve"> Response und Meldeverfahren</w:t>
      </w:r>
    </w:p>
    <w:p w14:paraId="5C2F9ADD" w14:textId="77777777" w:rsidR="00F358B4" w:rsidRPr="00F358B4" w:rsidRDefault="00F358B4" w:rsidP="00F358B4">
      <w:pPr>
        <w:pStyle w:val="Aufzhlungszeichen"/>
        <w:rPr>
          <w:lang w:val="de-DE"/>
        </w:rPr>
      </w:pPr>
      <w:r w:rsidRPr="00F358B4">
        <w:rPr>
          <w:lang w:val="de-DE"/>
        </w:rPr>
        <w:t>Im Verdachtsfall</w:t>
      </w:r>
    </w:p>
    <w:p w14:paraId="2954FEF5" w14:textId="77777777" w:rsidR="00F358B4" w:rsidRPr="00F358B4" w:rsidRDefault="00F358B4" w:rsidP="00F358B4">
      <w:pPr>
        <w:pStyle w:val="Aufzhlungszeichen"/>
        <w:numPr>
          <w:ilvl w:val="0"/>
          <w:numId w:val="27"/>
        </w:numPr>
        <w:rPr>
          <w:lang w:val="de-DE"/>
        </w:rPr>
      </w:pPr>
      <w:r w:rsidRPr="00F358B4">
        <w:rPr>
          <w:lang w:val="de-DE"/>
        </w:rPr>
        <w:t>Sofortige Isolation: Trennen Sie betroffene Systeme vom Netzwerk</w:t>
      </w:r>
    </w:p>
    <w:p w14:paraId="3CC5BB58" w14:textId="77777777" w:rsidR="00F358B4" w:rsidRPr="00F358B4" w:rsidRDefault="00F358B4" w:rsidP="00F358B4">
      <w:pPr>
        <w:pStyle w:val="Aufzhlungszeichen"/>
        <w:numPr>
          <w:ilvl w:val="0"/>
          <w:numId w:val="27"/>
        </w:numPr>
        <w:rPr>
          <w:lang w:val="de-DE"/>
        </w:rPr>
      </w:pPr>
      <w:r w:rsidRPr="00F358B4">
        <w:rPr>
          <w:lang w:val="de-DE"/>
        </w:rPr>
        <w:t>Dokumentation: Notieren Sie alle relevanten Details und Zeitstempel</w:t>
      </w:r>
    </w:p>
    <w:p w14:paraId="08B0FD9B" w14:textId="77777777" w:rsidR="00F358B4" w:rsidRPr="00F358B4" w:rsidRDefault="00F358B4" w:rsidP="00F358B4">
      <w:pPr>
        <w:pStyle w:val="Aufzhlungszeichen"/>
        <w:numPr>
          <w:ilvl w:val="0"/>
          <w:numId w:val="27"/>
        </w:numPr>
        <w:rPr>
          <w:lang w:val="de-DE"/>
        </w:rPr>
      </w:pPr>
      <w:r w:rsidRPr="00F358B4">
        <w:rPr>
          <w:lang w:val="de-DE"/>
        </w:rPr>
        <w:lastRenderedPageBreak/>
        <w:t>Meldung: Kontaktieren Sie umgehend IT-Security unter Tel.: [Nummer] oder security@unternehmen.de</w:t>
      </w:r>
    </w:p>
    <w:p w14:paraId="08FDE699" w14:textId="77777777" w:rsidR="00F358B4" w:rsidRPr="00F358B4" w:rsidRDefault="00F358B4" w:rsidP="00F358B4">
      <w:pPr>
        <w:pStyle w:val="Aufzhlungszeichen"/>
        <w:numPr>
          <w:ilvl w:val="0"/>
          <w:numId w:val="27"/>
        </w:numPr>
        <w:rPr>
          <w:lang w:val="de-DE"/>
        </w:rPr>
      </w:pPr>
      <w:r w:rsidRPr="00F358B4">
        <w:rPr>
          <w:lang w:val="de-DE"/>
        </w:rPr>
        <w:t xml:space="preserve">Kooperation: Unterstützen Sie das </w:t>
      </w:r>
      <w:proofErr w:type="spellStart"/>
      <w:r w:rsidRPr="00F358B4">
        <w:rPr>
          <w:lang w:val="de-DE"/>
        </w:rPr>
        <w:t>Incident</w:t>
      </w:r>
      <w:proofErr w:type="spellEnd"/>
      <w:r w:rsidRPr="00F358B4">
        <w:rPr>
          <w:lang w:val="de-DE"/>
        </w:rPr>
        <w:t>-Response-Team bei der Aufklärung</w:t>
      </w:r>
    </w:p>
    <w:p w14:paraId="0F843368" w14:textId="77777777" w:rsidR="00F358B4" w:rsidRPr="00F358B4" w:rsidRDefault="00F358B4" w:rsidP="00F358B4">
      <w:pPr>
        <w:pStyle w:val="Aufzhlungszeichen"/>
        <w:numPr>
          <w:ilvl w:val="0"/>
          <w:numId w:val="27"/>
        </w:numPr>
        <w:rPr>
          <w:lang w:val="de-DE"/>
        </w:rPr>
      </w:pPr>
      <w:r w:rsidRPr="00F358B4">
        <w:rPr>
          <w:lang w:val="de-DE"/>
        </w:rPr>
        <w:t xml:space="preserve">Nachbereitung: Nehmen Sie an der </w:t>
      </w:r>
      <w:proofErr w:type="spellStart"/>
      <w:r w:rsidRPr="00F358B4">
        <w:rPr>
          <w:lang w:val="de-DE"/>
        </w:rPr>
        <w:t>Lessons</w:t>
      </w:r>
      <w:proofErr w:type="spellEnd"/>
      <w:r w:rsidRPr="00F358B4">
        <w:rPr>
          <w:lang w:val="de-DE"/>
        </w:rPr>
        <w:t>-Learned-Analyse teil</w:t>
      </w:r>
    </w:p>
    <w:p w14:paraId="5CC807E8" w14:textId="77777777" w:rsidR="00F358B4" w:rsidRDefault="00F358B4" w:rsidP="00F358B4">
      <w:pPr>
        <w:pStyle w:val="Aufzhlungszeichen"/>
        <w:numPr>
          <w:ilvl w:val="0"/>
          <w:numId w:val="0"/>
        </w:numPr>
        <w:ind w:left="360"/>
        <w:rPr>
          <w:b/>
          <w:bCs/>
          <w:lang w:val="de-DE"/>
        </w:rPr>
      </w:pPr>
    </w:p>
    <w:p w14:paraId="4FE72F72" w14:textId="77777777" w:rsidR="00F358B4" w:rsidRDefault="00F358B4" w:rsidP="00F358B4">
      <w:pPr>
        <w:pStyle w:val="Aufzhlungszeichen"/>
        <w:numPr>
          <w:ilvl w:val="0"/>
          <w:numId w:val="0"/>
        </w:numPr>
        <w:ind w:left="360"/>
        <w:rPr>
          <w:b/>
          <w:bCs/>
          <w:lang w:val="de-DE"/>
        </w:rPr>
      </w:pPr>
    </w:p>
    <w:p w14:paraId="61DB126B" w14:textId="77777777" w:rsidR="00F358B4" w:rsidRDefault="00F358B4" w:rsidP="00F358B4">
      <w:pPr>
        <w:pStyle w:val="Aufzhlungszeichen"/>
        <w:numPr>
          <w:ilvl w:val="0"/>
          <w:numId w:val="0"/>
        </w:numPr>
        <w:ind w:left="360"/>
        <w:rPr>
          <w:b/>
          <w:bCs/>
          <w:lang w:val="de-DE"/>
        </w:rPr>
      </w:pPr>
    </w:p>
    <w:p w14:paraId="425CDBA9" w14:textId="77777777" w:rsidR="00F358B4" w:rsidRDefault="00F358B4" w:rsidP="00F358B4">
      <w:pPr>
        <w:pStyle w:val="Aufzhlungszeichen"/>
        <w:numPr>
          <w:ilvl w:val="0"/>
          <w:numId w:val="0"/>
        </w:numPr>
        <w:ind w:left="360"/>
        <w:rPr>
          <w:b/>
          <w:bCs/>
          <w:lang w:val="de-DE"/>
        </w:rPr>
      </w:pPr>
    </w:p>
    <w:p w14:paraId="5DB4DC9E" w14:textId="2C5E8D3B" w:rsidR="00F358B4" w:rsidRPr="00F358B4" w:rsidRDefault="00F358B4" w:rsidP="00F358B4">
      <w:pPr>
        <w:pStyle w:val="Aufzhlungszeichen"/>
        <w:numPr>
          <w:ilvl w:val="0"/>
          <w:numId w:val="0"/>
        </w:numPr>
        <w:ind w:left="360"/>
        <w:rPr>
          <w:b/>
          <w:bCs/>
          <w:lang w:val="de-DE"/>
        </w:rPr>
      </w:pPr>
      <w:r w:rsidRPr="00F358B4">
        <w:rPr>
          <w:b/>
          <w:bCs/>
          <w:lang w:val="de-DE"/>
        </w:rPr>
        <w:t>Prozessübersicht und Arbeitsabläufe</w:t>
      </w:r>
    </w:p>
    <w:p w14:paraId="7E80904E" w14:textId="77777777" w:rsidR="00F358B4" w:rsidRPr="00F358B4" w:rsidRDefault="00F358B4" w:rsidP="00F358B4">
      <w:pPr>
        <w:pStyle w:val="Aufzhlungszeichen"/>
        <w:rPr>
          <w:b/>
          <w:bCs/>
          <w:lang w:val="de-DE"/>
        </w:rPr>
      </w:pPr>
      <w:r w:rsidRPr="00F358B4">
        <w:rPr>
          <w:b/>
          <w:bCs/>
          <w:lang w:val="de-DE"/>
        </w:rPr>
        <w:t>Kerngeschäftsprozesse im Überblick</w:t>
      </w:r>
    </w:p>
    <w:p w14:paraId="252D0AA8" w14:textId="77777777" w:rsidR="00F358B4" w:rsidRPr="00F358B4" w:rsidRDefault="00F358B4" w:rsidP="00F358B4">
      <w:pPr>
        <w:pStyle w:val="Aufzhlungszeichen"/>
        <w:rPr>
          <w:lang w:val="de-DE"/>
        </w:rPr>
      </w:pPr>
      <w:r w:rsidRPr="00F358B4">
        <w:rPr>
          <w:lang w:val="de-DE"/>
        </w:rPr>
        <w:t>Projektmanagement-Zyklus</w:t>
      </w:r>
    </w:p>
    <w:p w14:paraId="4BFE8E7F" w14:textId="77777777" w:rsidR="00F358B4" w:rsidRPr="00F358B4" w:rsidRDefault="00F358B4" w:rsidP="00F358B4">
      <w:pPr>
        <w:pStyle w:val="Aufzhlungszeichen"/>
        <w:numPr>
          <w:ilvl w:val="0"/>
          <w:numId w:val="28"/>
        </w:numPr>
        <w:rPr>
          <w:lang w:val="de-DE"/>
        </w:rPr>
      </w:pPr>
      <w:r w:rsidRPr="00F358B4">
        <w:rPr>
          <w:lang w:val="de-DE"/>
        </w:rPr>
        <w:t>Projektinitiierung</w:t>
      </w:r>
    </w:p>
    <w:p w14:paraId="7FAD7234" w14:textId="77777777" w:rsidR="00F358B4" w:rsidRPr="00F358B4" w:rsidRDefault="00F358B4" w:rsidP="00F358B4">
      <w:pPr>
        <w:pStyle w:val="Aufzhlungszeichen"/>
        <w:numPr>
          <w:ilvl w:val="1"/>
          <w:numId w:val="28"/>
        </w:numPr>
        <w:rPr>
          <w:lang w:val="de-DE"/>
        </w:rPr>
      </w:pPr>
      <w:r w:rsidRPr="00F358B4">
        <w:rPr>
          <w:lang w:val="de-DE"/>
        </w:rPr>
        <w:t>Kundenanfrage bewerten und Machbarkeitsprüfung durchführen</w:t>
      </w:r>
    </w:p>
    <w:p w14:paraId="3C032D73" w14:textId="77777777" w:rsidR="00F358B4" w:rsidRPr="00F358B4" w:rsidRDefault="00F358B4" w:rsidP="00F358B4">
      <w:pPr>
        <w:pStyle w:val="Aufzhlungszeichen"/>
        <w:numPr>
          <w:ilvl w:val="1"/>
          <w:numId w:val="28"/>
        </w:numPr>
        <w:rPr>
          <w:lang w:val="de-DE"/>
        </w:rPr>
      </w:pPr>
      <w:r w:rsidRPr="00F358B4">
        <w:rPr>
          <w:lang w:val="de-DE"/>
        </w:rPr>
        <w:t>Stakeholder-Analyse und Ressourcenplanung</w:t>
      </w:r>
    </w:p>
    <w:p w14:paraId="60F378A8" w14:textId="77777777" w:rsidR="00F358B4" w:rsidRPr="00F358B4" w:rsidRDefault="00F358B4" w:rsidP="00F358B4">
      <w:pPr>
        <w:pStyle w:val="Aufzhlungszeichen"/>
        <w:numPr>
          <w:ilvl w:val="1"/>
          <w:numId w:val="28"/>
        </w:numPr>
        <w:rPr>
          <w:lang w:val="de-DE"/>
        </w:rPr>
      </w:pPr>
      <w:r w:rsidRPr="00F358B4">
        <w:rPr>
          <w:lang w:val="de-DE"/>
        </w:rPr>
        <w:t>Projektauftrag und Scope-Definition erstellen</w:t>
      </w:r>
    </w:p>
    <w:p w14:paraId="7768A3BD" w14:textId="77777777" w:rsidR="00F358B4" w:rsidRPr="00F358B4" w:rsidRDefault="00F358B4" w:rsidP="00F358B4">
      <w:pPr>
        <w:pStyle w:val="Aufzhlungszeichen"/>
        <w:numPr>
          <w:ilvl w:val="0"/>
          <w:numId w:val="28"/>
        </w:numPr>
        <w:rPr>
          <w:lang w:val="de-DE"/>
        </w:rPr>
      </w:pPr>
      <w:r w:rsidRPr="00F358B4">
        <w:rPr>
          <w:lang w:val="de-DE"/>
        </w:rPr>
        <w:t>Planungsphase</w:t>
      </w:r>
    </w:p>
    <w:p w14:paraId="045E7A48" w14:textId="77777777" w:rsidR="00F358B4" w:rsidRPr="00F358B4" w:rsidRDefault="00F358B4" w:rsidP="00F358B4">
      <w:pPr>
        <w:pStyle w:val="Aufzhlungszeichen"/>
        <w:numPr>
          <w:ilvl w:val="1"/>
          <w:numId w:val="28"/>
        </w:numPr>
        <w:rPr>
          <w:lang w:val="de-DE"/>
        </w:rPr>
      </w:pPr>
      <w:r w:rsidRPr="00F358B4">
        <w:rPr>
          <w:lang w:val="de-DE"/>
        </w:rPr>
        <w:t xml:space="preserve">Work Breakdown </w:t>
      </w:r>
      <w:proofErr w:type="spellStart"/>
      <w:r w:rsidRPr="00F358B4">
        <w:rPr>
          <w:lang w:val="de-DE"/>
        </w:rPr>
        <w:t>Structure</w:t>
      </w:r>
      <w:proofErr w:type="spellEnd"/>
      <w:r w:rsidRPr="00F358B4">
        <w:rPr>
          <w:lang w:val="de-DE"/>
        </w:rPr>
        <w:t xml:space="preserve"> (WBS) entwickeln</w:t>
      </w:r>
    </w:p>
    <w:p w14:paraId="3785CFEF" w14:textId="77777777" w:rsidR="00F358B4" w:rsidRPr="00F358B4" w:rsidRDefault="00F358B4" w:rsidP="00F358B4">
      <w:pPr>
        <w:pStyle w:val="Aufzhlungszeichen"/>
        <w:numPr>
          <w:ilvl w:val="1"/>
          <w:numId w:val="28"/>
        </w:numPr>
        <w:rPr>
          <w:lang w:val="de-DE"/>
        </w:rPr>
      </w:pPr>
      <w:r w:rsidRPr="00F358B4">
        <w:rPr>
          <w:lang w:val="de-DE"/>
        </w:rPr>
        <w:t>Zeit-, Kosten- und Qualitätsplanung durchführen</w:t>
      </w:r>
    </w:p>
    <w:p w14:paraId="2386CB02" w14:textId="77777777" w:rsidR="00F358B4" w:rsidRPr="00F358B4" w:rsidRDefault="00F358B4" w:rsidP="00F358B4">
      <w:pPr>
        <w:pStyle w:val="Aufzhlungszeichen"/>
        <w:numPr>
          <w:ilvl w:val="1"/>
          <w:numId w:val="28"/>
        </w:numPr>
        <w:rPr>
          <w:lang w:val="de-DE"/>
        </w:rPr>
      </w:pPr>
      <w:r w:rsidRPr="00F358B4">
        <w:rPr>
          <w:lang w:val="de-DE"/>
        </w:rPr>
        <w:t>Risikoanalyse und Mitigation-Strategien definieren</w:t>
      </w:r>
    </w:p>
    <w:p w14:paraId="0526D4A3" w14:textId="77777777" w:rsidR="00F358B4" w:rsidRPr="00F358B4" w:rsidRDefault="00F358B4" w:rsidP="00F358B4">
      <w:pPr>
        <w:pStyle w:val="Aufzhlungszeichen"/>
        <w:numPr>
          <w:ilvl w:val="0"/>
          <w:numId w:val="28"/>
        </w:numPr>
        <w:rPr>
          <w:lang w:val="de-DE"/>
        </w:rPr>
      </w:pPr>
      <w:r w:rsidRPr="00F358B4">
        <w:rPr>
          <w:lang w:val="de-DE"/>
        </w:rPr>
        <w:t>Durchführungsphase</w:t>
      </w:r>
    </w:p>
    <w:p w14:paraId="3DB81A93" w14:textId="77777777" w:rsidR="00F358B4" w:rsidRPr="00F358B4" w:rsidRDefault="00F358B4" w:rsidP="00F358B4">
      <w:pPr>
        <w:pStyle w:val="Aufzhlungszeichen"/>
        <w:numPr>
          <w:ilvl w:val="1"/>
          <w:numId w:val="28"/>
        </w:numPr>
        <w:rPr>
          <w:lang w:val="de-DE"/>
        </w:rPr>
      </w:pPr>
      <w:r w:rsidRPr="00F358B4">
        <w:rPr>
          <w:lang w:val="de-DE"/>
        </w:rPr>
        <w:t>Tägliche Stand-</w:t>
      </w:r>
      <w:proofErr w:type="spellStart"/>
      <w:r w:rsidRPr="00F358B4">
        <w:rPr>
          <w:lang w:val="de-DE"/>
        </w:rPr>
        <w:t>ups</w:t>
      </w:r>
      <w:proofErr w:type="spellEnd"/>
      <w:r w:rsidRPr="00F358B4">
        <w:rPr>
          <w:lang w:val="de-DE"/>
        </w:rPr>
        <w:t xml:space="preserve"> und wöchentliche Statusberichte</w:t>
      </w:r>
    </w:p>
    <w:p w14:paraId="5AE05D6E" w14:textId="77777777" w:rsidR="00F358B4" w:rsidRPr="00F358B4" w:rsidRDefault="00F358B4" w:rsidP="00F358B4">
      <w:pPr>
        <w:pStyle w:val="Aufzhlungszeichen"/>
        <w:numPr>
          <w:ilvl w:val="1"/>
          <w:numId w:val="28"/>
        </w:numPr>
        <w:rPr>
          <w:lang w:val="de-DE"/>
        </w:rPr>
      </w:pPr>
      <w:r w:rsidRPr="00F358B4">
        <w:rPr>
          <w:lang w:val="de-DE"/>
        </w:rPr>
        <w:t>Qualitätskontrolle und kontinuierliche Überwachung</w:t>
      </w:r>
    </w:p>
    <w:p w14:paraId="6C6D319B" w14:textId="77777777" w:rsidR="00F358B4" w:rsidRPr="00F358B4" w:rsidRDefault="00F358B4" w:rsidP="00F358B4">
      <w:pPr>
        <w:pStyle w:val="Aufzhlungszeichen"/>
        <w:numPr>
          <w:ilvl w:val="1"/>
          <w:numId w:val="28"/>
        </w:numPr>
        <w:rPr>
          <w:lang w:val="de-DE"/>
        </w:rPr>
      </w:pPr>
      <w:r w:rsidRPr="00F358B4">
        <w:rPr>
          <w:lang w:val="de-DE"/>
        </w:rPr>
        <w:t>Change Request Management nach etablierten Verfahren</w:t>
      </w:r>
    </w:p>
    <w:p w14:paraId="3414EFAF" w14:textId="77777777" w:rsidR="00F358B4" w:rsidRPr="00F358B4" w:rsidRDefault="00F358B4" w:rsidP="00F358B4">
      <w:pPr>
        <w:pStyle w:val="Aufzhlungszeichen"/>
        <w:numPr>
          <w:ilvl w:val="0"/>
          <w:numId w:val="28"/>
        </w:numPr>
        <w:rPr>
          <w:lang w:val="de-DE"/>
        </w:rPr>
      </w:pPr>
      <w:r w:rsidRPr="00F358B4">
        <w:rPr>
          <w:lang w:val="de-DE"/>
        </w:rPr>
        <w:t>Abschlussphase</w:t>
      </w:r>
    </w:p>
    <w:p w14:paraId="223BE777" w14:textId="77777777" w:rsidR="00F358B4" w:rsidRPr="00F358B4" w:rsidRDefault="00F358B4" w:rsidP="00F358B4">
      <w:pPr>
        <w:pStyle w:val="Aufzhlungszeichen"/>
        <w:numPr>
          <w:ilvl w:val="1"/>
          <w:numId w:val="28"/>
        </w:numPr>
        <w:rPr>
          <w:lang w:val="de-DE"/>
        </w:rPr>
      </w:pPr>
      <w:r w:rsidRPr="00F358B4">
        <w:rPr>
          <w:lang w:val="de-DE"/>
        </w:rPr>
        <w:t xml:space="preserve">Projektdokumentation und </w:t>
      </w:r>
      <w:proofErr w:type="spellStart"/>
      <w:r w:rsidRPr="00F358B4">
        <w:rPr>
          <w:lang w:val="de-DE"/>
        </w:rPr>
        <w:t>Lessons</w:t>
      </w:r>
      <w:proofErr w:type="spellEnd"/>
      <w:r w:rsidRPr="00F358B4">
        <w:rPr>
          <w:lang w:val="de-DE"/>
        </w:rPr>
        <w:t xml:space="preserve"> Learned</w:t>
      </w:r>
    </w:p>
    <w:p w14:paraId="6F2B805E" w14:textId="77777777" w:rsidR="00F358B4" w:rsidRPr="00F358B4" w:rsidRDefault="00F358B4" w:rsidP="00F358B4">
      <w:pPr>
        <w:pStyle w:val="Aufzhlungszeichen"/>
        <w:numPr>
          <w:ilvl w:val="1"/>
          <w:numId w:val="28"/>
        </w:numPr>
        <w:rPr>
          <w:lang w:val="de-DE"/>
        </w:rPr>
      </w:pPr>
      <w:r w:rsidRPr="00F358B4">
        <w:rPr>
          <w:lang w:val="de-DE"/>
        </w:rPr>
        <w:t>Kundenübergabe und Abnahmeprotokoll</w:t>
      </w:r>
    </w:p>
    <w:p w14:paraId="72E88291" w14:textId="77777777" w:rsidR="00F358B4" w:rsidRPr="00F358B4" w:rsidRDefault="00F358B4" w:rsidP="00F358B4">
      <w:pPr>
        <w:pStyle w:val="Aufzhlungszeichen"/>
        <w:numPr>
          <w:ilvl w:val="1"/>
          <w:numId w:val="28"/>
        </w:numPr>
        <w:rPr>
          <w:lang w:val="de-DE"/>
        </w:rPr>
      </w:pPr>
      <w:r w:rsidRPr="00F358B4">
        <w:rPr>
          <w:lang w:val="de-DE"/>
        </w:rPr>
        <w:t>Post-Implementation Review und Support-Übergang</w:t>
      </w:r>
    </w:p>
    <w:p w14:paraId="7A9C61A7" w14:textId="77777777" w:rsidR="00F358B4" w:rsidRDefault="00F358B4" w:rsidP="00F358B4">
      <w:pPr>
        <w:pStyle w:val="Aufzhlungszeichen"/>
        <w:numPr>
          <w:ilvl w:val="0"/>
          <w:numId w:val="0"/>
        </w:numPr>
        <w:ind w:left="360"/>
        <w:rPr>
          <w:b/>
          <w:bCs/>
          <w:lang w:val="de-DE"/>
        </w:rPr>
      </w:pPr>
    </w:p>
    <w:p w14:paraId="318FF30E" w14:textId="77777777" w:rsidR="00F358B4" w:rsidRDefault="00F358B4" w:rsidP="00F358B4">
      <w:pPr>
        <w:pStyle w:val="Aufzhlungszeichen"/>
        <w:numPr>
          <w:ilvl w:val="0"/>
          <w:numId w:val="0"/>
        </w:numPr>
        <w:ind w:left="360" w:hanging="360"/>
        <w:rPr>
          <w:b/>
          <w:bCs/>
          <w:lang w:val="de-DE"/>
        </w:rPr>
      </w:pPr>
    </w:p>
    <w:p w14:paraId="25EB5FC7" w14:textId="77777777" w:rsidR="00F358B4" w:rsidRDefault="00F358B4" w:rsidP="00F358B4">
      <w:pPr>
        <w:pStyle w:val="Aufzhlungszeichen"/>
        <w:numPr>
          <w:ilvl w:val="0"/>
          <w:numId w:val="0"/>
        </w:numPr>
        <w:ind w:left="360" w:hanging="360"/>
        <w:rPr>
          <w:b/>
          <w:bCs/>
          <w:lang w:val="de-DE"/>
        </w:rPr>
      </w:pPr>
    </w:p>
    <w:p w14:paraId="3A3C0656" w14:textId="77777777" w:rsidR="00F358B4" w:rsidRDefault="00F358B4" w:rsidP="00F358B4">
      <w:pPr>
        <w:pStyle w:val="Aufzhlungszeichen"/>
        <w:numPr>
          <w:ilvl w:val="0"/>
          <w:numId w:val="0"/>
        </w:numPr>
        <w:ind w:left="360" w:hanging="360"/>
        <w:rPr>
          <w:b/>
          <w:bCs/>
          <w:lang w:val="de-DE"/>
        </w:rPr>
      </w:pPr>
    </w:p>
    <w:p w14:paraId="476E28AA" w14:textId="77777777" w:rsidR="00F358B4" w:rsidRDefault="00F358B4" w:rsidP="00F358B4">
      <w:pPr>
        <w:pStyle w:val="Aufzhlungszeichen"/>
        <w:numPr>
          <w:ilvl w:val="0"/>
          <w:numId w:val="0"/>
        </w:numPr>
        <w:ind w:left="360" w:hanging="360"/>
        <w:rPr>
          <w:b/>
          <w:bCs/>
          <w:lang w:val="de-DE"/>
        </w:rPr>
      </w:pPr>
    </w:p>
    <w:p w14:paraId="6ACBBE37" w14:textId="77777777" w:rsidR="00F358B4" w:rsidRDefault="00F358B4" w:rsidP="00F358B4">
      <w:pPr>
        <w:pStyle w:val="Aufzhlungszeichen"/>
        <w:numPr>
          <w:ilvl w:val="0"/>
          <w:numId w:val="0"/>
        </w:numPr>
        <w:ind w:left="360" w:hanging="360"/>
        <w:rPr>
          <w:b/>
          <w:bCs/>
          <w:lang w:val="de-DE"/>
        </w:rPr>
      </w:pPr>
    </w:p>
    <w:p w14:paraId="1E54E6CF" w14:textId="77777777" w:rsidR="00F358B4" w:rsidRDefault="00F358B4" w:rsidP="00F358B4">
      <w:pPr>
        <w:pStyle w:val="Aufzhlungszeichen"/>
        <w:numPr>
          <w:ilvl w:val="0"/>
          <w:numId w:val="0"/>
        </w:numPr>
        <w:ind w:left="360" w:hanging="360"/>
        <w:rPr>
          <w:b/>
          <w:bCs/>
          <w:lang w:val="de-DE"/>
        </w:rPr>
      </w:pPr>
    </w:p>
    <w:p w14:paraId="124A6FF1" w14:textId="77777777" w:rsidR="00F358B4" w:rsidRDefault="00F358B4" w:rsidP="00F358B4">
      <w:pPr>
        <w:pStyle w:val="Aufzhlungszeichen"/>
        <w:numPr>
          <w:ilvl w:val="0"/>
          <w:numId w:val="0"/>
        </w:numPr>
        <w:ind w:left="360" w:hanging="360"/>
        <w:rPr>
          <w:b/>
          <w:bCs/>
          <w:lang w:val="de-DE"/>
        </w:rPr>
      </w:pPr>
    </w:p>
    <w:p w14:paraId="5DA101CA" w14:textId="77777777" w:rsidR="00F358B4" w:rsidRDefault="00F358B4" w:rsidP="00F358B4">
      <w:pPr>
        <w:pStyle w:val="Aufzhlungszeichen"/>
        <w:numPr>
          <w:ilvl w:val="0"/>
          <w:numId w:val="0"/>
        </w:numPr>
        <w:ind w:left="360" w:hanging="360"/>
        <w:rPr>
          <w:b/>
          <w:bCs/>
          <w:lang w:val="de-DE"/>
        </w:rPr>
      </w:pPr>
    </w:p>
    <w:p w14:paraId="027D317E" w14:textId="77777777" w:rsidR="00F358B4" w:rsidRDefault="00F358B4" w:rsidP="00F358B4">
      <w:pPr>
        <w:pStyle w:val="Aufzhlungszeichen"/>
        <w:numPr>
          <w:ilvl w:val="0"/>
          <w:numId w:val="0"/>
        </w:numPr>
        <w:ind w:left="360" w:hanging="360"/>
        <w:rPr>
          <w:b/>
          <w:bCs/>
          <w:lang w:val="de-DE"/>
        </w:rPr>
      </w:pPr>
    </w:p>
    <w:p w14:paraId="1600A49C" w14:textId="77777777" w:rsidR="00F358B4" w:rsidRDefault="00F358B4" w:rsidP="00F358B4">
      <w:pPr>
        <w:pStyle w:val="Aufzhlungszeichen"/>
        <w:numPr>
          <w:ilvl w:val="0"/>
          <w:numId w:val="0"/>
        </w:numPr>
        <w:ind w:left="360" w:hanging="360"/>
        <w:rPr>
          <w:b/>
          <w:bCs/>
          <w:lang w:val="de-DE"/>
        </w:rPr>
      </w:pPr>
    </w:p>
    <w:p w14:paraId="6DA38C82" w14:textId="77777777" w:rsidR="00F358B4" w:rsidRDefault="00F358B4" w:rsidP="00F358B4">
      <w:pPr>
        <w:pStyle w:val="Aufzhlungszeichen"/>
        <w:numPr>
          <w:ilvl w:val="0"/>
          <w:numId w:val="0"/>
        </w:numPr>
        <w:ind w:left="360" w:hanging="360"/>
        <w:rPr>
          <w:b/>
          <w:bCs/>
          <w:lang w:val="de-DE"/>
        </w:rPr>
      </w:pPr>
    </w:p>
    <w:p w14:paraId="0F10B2CC" w14:textId="77777777" w:rsidR="00F358B4" w:rsidRDefault="00F358B4" w:rsidP="00F358B4">
      <w:pPr>
        <w:pStyle w:val="Aufzhlungszeichen"/>
        <w:numPr>
          <w:ilvl w:val="0"/>
          <w:numId w:val="0"/>
        </w:numPr>
        <w:ind w:left="360" w:hanging="360"/>
        <w:rPr>
          <w:b/>
          <w:bCs/>
          <w:lang w:val="de-DE"/>
        </w:rPr>
      </w:pPr>
    </w:p>
    <w:p w14:paraId="5EC6DAD2" w14:textId="77777777" w:rsidR="00F358B4" w:rsidRDefault="00F358B4" w:rsidP="00F358B4">
      <w:pPr>
        <w:pStyle w:val="Aufzhlungszeichen"/>
        <w:numPr>
          <w:ilvl w:val="0"/>
          <w:numId w:val="0"/>
        </w:numPr>
        <w:ind w:left="360" w:hanging="360"/>
        <w:rPr>
          <w:b/>
          <w:bCs/>
          <w:lang w:val="de-DE"/>
        </w:rPr>
      </w:pPr>
    </w:p>
    <w:p w14:paraId="72082281" w14:textId="77777777" w:rsidR="00F358B4" w:rsidRDefault="00F358B4" w:rsidP="00F358B4">
      <w:pPr>
        <w:pStyle w:val="Aufzhlungszeichen"/>
        <w:numPr>
          <w:ilvl w:val="0"/>
          <w:numId w:val="0"/>
        </w:numPr>
        <w:ind w:left="360" w:hanging="360"/>
        <w:rPr>
          <w:b/>
          <w:bCs/>
          <w:lang w:val="de-DE"/>
        </w:rPr>
      </w:pPr>
    </w:p>
    <w:p w14:paraId="28FA5B95" w14:textId="77777777" w:rsidR="00F358B4" w:rsidRDefault="00F358B4" w:rsidP="00F358B4">
      <w:pPr>
        <w:pStyle w:val="Aufzhlungszeichen"/>
        <w:numPr>
          <w:ilvl w:val="0"/>
          <w:numId w:val="0"/>
        </w:numPr>
        <w:ind w:left="360" w:hanging="360"/>
        <w:rPr>
          <w:b/>
          <w:bCs/>
          <w:lang w:val="de-DE"/>
        </w:rPr>
      </w:pPr>
    </w:p>
    <w:p w14:paraId="15DAEE1B" w14:textId="77777777" w:rsidR="00F358B4" w:rsidRDefault="00F358B4" w:rsidP="00F358B4">
      <w:pPr>
        <w:pStyle w:val="Aufzhlungszeichen"/>
        <w:numPr>
          <w:ilvl w:val="0"/>
          <w:numId w:val="0"/>
        </w:numPr>
        <w:ind w:left="360" w:hanging="360"/>
        <w:rPr>
          <w:b/>
          <w:bCs/>
          <w:lang w:val="de-DE"/>
        </w:rPr>
      </w:pPr>
    </w:p>
    <w:p w14:paraId="5CE5EE95" w14:textId="2798394C" w:rsidR="00F358B4" w:rsidRPr="00F358B4" w:rsidRDefault="00F358B4" w:rsidP="00F358B4">
      <w:pPr>
        <w:pStyle w:val="Aufzhlungszeichen"/>
        <w:rPr>
          <w:b/>
          <w:bCs/>
          <w:lang w:val="de-DE"/>
        </w:rPr>
      </w:pPr>
      <w:r w:rsidRPr="00F358B4">
        <w:rPr>
          <w:b/>
          <w:bCs/>
          <w:lang w:val="de-DE"/>
        </w:rPr>
        <w:t>Qualitätsmanagement-System</w:t>
      </w:r>
    </w:p>
    <w:p w14:paraId="7BFEB858" w14:textId="77777777" w:rsidR="00F358B4" w:rsidRPr="00F358B4" w:rsidRDefault="00F358B4" w:rsidP="00F358B4">
      <w:pPr>
        <w:pStyle w:val="Aufzhlungszeichen"/>
        <w:rPr>
          <w:lang w:val="de-DE"/>
        </w:rPr>
      </w:pPr>
      <w:r w:rsidRPr="00F358B4">
        <w:rPr>
          <w:lang w:val="de-DE"/>
        </w:rPr>
        <w:t>Qualitätskontroll-Stufen</w:t>
      </w:r>
    </w:p>
    <w:p w14:paraId="75F30F96" w14:textId="77777777" w:rsidR="00F358B4" w:rsidRPr="00F358B4" w:rsidRDefault="00F358B4" w:rsidP="00F358B4">
      <w:pPr>
        <w:pStyle w:val="Aufzhlungszeichen"/>
        <w:numPr>
          <w:ilvl w:val="0"/>
          <w:numId w:val="29"/>
        </w:numPr>
        <w:rPr>
          <w:lang w:val="de-DE"/>
        </w:rPr>
      </w:pPr>
      <w:r w:rsidRPr="00F358B4">
        <w:rPr>
          <w:lang w:val="de-DE"/>
        </w:rPr>
        <w:t>Input-Kontrolle: Spezifikationsprüfung und Anforderungsvalidierung</w:t>
      </w:r>
    </w:p>
    <w:p w14:paraId="08A9E502" w14:textId="77777777" w:rsidR="00F358B4" w:rsidRPr="00F358B4" w:rsidRDefault="00F358B4" w:rsidP="00F358B4">
      <w:pPr>
        <w:pStyle w:val="Aufzhlungszeichen"/>
        <w:numPr>
          <w:ilvl w:val="0"/>
          <w:numId w:val="29"/>
        </w:numPr>
        <w:rPr>
          <w:lang w:val="de-DE"/>
        </w:rPr>
      </w:pPr>
      <w:r w:rsidRPr="00F358B4">
        <w:rPr>
          <w:lang w:val="de-DE"/>
        </w:rPr>
        <w:t>Prozess-Kontrolle: Zwischenergebnisse und Meilenstein-Reviews</w:t>
      </w:r>
    </w:p>
    <w:p w14:paraId="78C32669" w14:textId="77777777" w:rsidR="00F358B4" w:rsidRPr="00F358B4" w:rsidRDefault="00F358B4" w:rsidP="00F358B4">
      <w:pPr>
        <w:pStyle w:val="Aufzhlungszeichen"/>
        <w:numPr>
          <w:ilvl w:val="0"/>
          <w:numId w:val="29"/>
        </w:numPr>
        <w:rPr>
          <w:lang w:val="de-DE"/>
        </w:rPr>
      </w:pPr>
      <w:r w:rsidRPr="00F358B4">
        <w:rPr>
          <w:lang w:val="de-DE"/>
        </w:rPr>
        <w:t>Output-Kontrolle: Endprodukt-Tests und Kundenakzeptanz-Verfahren</w:t>
      </w:r>
    </w:p>
    <w:p w14:paraId="71A57C2F" w14:textId="77777777" w:rsidR="00F358B4" w:rsidRPr="00F358B4" w:rsidRDefault="00F358B4" w:rsidP="00F358B4">
      <w:pPr>
        <w:pStyle w:val="Aufzhlungszeichen"/>
        <w:numPr>
          <w:ilvl w:val="0"/>
          <w:numId w:val="29"/>
        </w:numPr>
        <w:rPr>
          <w:lang w:val="de-DE"/>
        </w:rPr>
      </w:pPr>
      <w:r w:rsidRPr="00F358B4">
        <w:rPr>
          <w:lang w:val="de-DE"/>
        </w:rPr>
        <w:t>Kontinuierliche Verbesserung: PDCA-Zyklus und KVP-Workshops</w:t>
      </w:r>
    </w:p>
    <w:p w14:paraId="749A0298" w14:textId="77777777" w:rsidR="00F358B4" w:rsidRPr="00F358B4" w:rsidRDefault="00F358B4" w:rsidP="00F358B4">
      <w:pPr>
        <w:pStyle w:val="Aufzhlungszeichen"/>
        <w:rPr>
          <w:lang w:val="de-DE"/>
        </w:rPr>
      </w:pPr>
      <w:r w:rsidRPr="00F358B4">
        <w:rPr>
          <w:lang w:val="de-DE"/>
        </w:rPr>
        <w:t>Dokumentations-Standards</w:t>
      </w:r>
    </w:p>
    <w:p w14:paraId="5362743C" w14:textId="77777777" w:rsidR="00F358B4" w:rsidRPr="00F358B4" w:rsidRDefault="00F358B4" w:rsidP="00F358B4">
      <w:pPr>
        <w:pStyle w:val="Aufzhlungszeichen"/>
        <w:numPr>
          <w:ilvl w:val="0"/>
          <w:numId w:val="30"/>
        </w:numPr>
        <w:rPr>
          <w:lang w:val="de-DE"/>
        </w:rPr>
      </w:pPr>
      <w:r w:rsidRPr="00F358B4">
        <w:rPr>
          <w:lang w:val="de-DE"/>
        </w:rPr>
        <w:t>Technische Spezifikationen nach DIN/ISO-Normen</w:t>
      </w:r>
    </w:p>
    <w:p w14:paraId="0311F4BF" w14:textId="77777777" w:rsidR="00F358B4" w:rsidRPr="00F358B4" w:rsidRDefault="00F358B4" w:rsidP="00F358B4">
      <w:pPr>
        <w:pStyle w:val="Aufzhlungszeichen"/>
        <w:numPr>
          <w:ilvl w:val="0"/>
          <w:numId w:val="30"/>
        </w:numPr>
        <w:rPr>
          <w:lang w:val="de-DE"/>
        </w:rPr>
      </w:pPr>
      <w:r w:rsidRPr="00F358B4">
        <w:rPr>
          <w:lang w:val="de-DE"/>
        </w:rPr>
        <w:t>Projektdokumentation in standardisierten Templates</w:t>
      </w:r>
    </w:p>
    <w:p w14:paraId="62E6F9C8" w14:textId="77777777" w:rsidR="00F358B4" w:rsidRPr="00F358B4" w:rsidRDefault="00F358B4" w:rsidP="00F358B4">
      <w:pPr>
        <w:pStyle w:val="Aufzhlungszeichen"/>
        <w:numPr>
          <w:ilvl w:val="0"/>
          <w:numId w:val="30"/>
        </w:numPr>
        <w:rPr>
          <w:lang w:val="de-DE"/>
        </w:rPr>
      </w:pPr>
      <w:r w:rsidRPr="00F358B4">
        <w:rPr>
          <w:lang w:val="de-DE"/>
        </w:rPr>
        <w:t xml:space="preserve">Versionskontrolle über </w:t>
      </w:r>
      <w:proofErr w:type="spellStart"/>
      <w:r w:rsidRPr="00F358B4">
        <w:rPr>
          <w:lang w:val="de-DE"/>
        </w:rPr>
        <w:t>Git</w:t>
      </w:r>
      <w:proofErr w:type="spellEnd"/>
      <w:r w:rsidRPr="00F358B4">
        <w:rPr>
          <w:lang w:val="de-DE"/>
        </w:rPr>
        <w:t>/SVN-Systeme</w:t>
      </w:r>
    </w:p>
    <w:p w14:paraId="520968EA" w14:textId="77777777" w:rsidR="00F358B4" w:rsidRPr="00F358B4" w:rsidRDefault="00F358B4" w:rsidP="00F358B4">
      <w:pPr>
        <w:pStyle w:val="Aufzhlungszeichen"/>
        <w:numPr>
          <w:ilvl w:val="0"/>
          <w:numId w:val="30"/>
        </w:numPr>
        <w:rPr>
          <w:lang w:val="de-DE"/>
        </w:rPr>
      </w:pPr>
      <w:r w:rsidRPr="00F358B4">
        <w:rPr>
          <w:lang w:val="de-DE"/>
        </w:rPr>
        <w:t>Archivierung nach definierten Aufbewahrungsfristen</w:t>
      </w:r>
    </w:p>
    <w:p w14:paraId="4E0AC222" w14:textId="77777777" w:rsidR="00F358B4" w:rsidRPr="00F358B4" w:rsidRDefault="00F358B4" w:rsidP="00F358B4">
      <w:pPr>
        <w:pStyle w:val="Aufzhlungszeichen"/>
        <w:rPr>
          <w:b/>
          <w:bCs/>
          <w:lang w:val="de-DE"/>
        </w:rPr>
      </w:pPr>
      <w:r w:rsidRPr="00F358B4">
        <w:rPr>
          <w:b/>
          <w:bCs/>
          <w:lang w:val="de-DE"/>
        </w:rPr>
        <w:t>Kommunikations- und Berichtswesen</w:t>
      </w:r>
    </w:p>
    <w:p w14:paraId="0DC66620" w14:textId="77777777" w:rsidR="00F358B4" w:rsidRPr="00F358B4" w:rsidRDefault="00F358B4" w:rsidP="00F358B4">
      <w:pPr>
        <w:pStyle w:val="Aufzhlungszeichen"/>
        <w:rPr>
          <w:lang w:val="de-DE"/>
        </w:rPr>
      </w:pPr>
      <w:r w:rsidRPr="00F358B4">
        <w:rPr>
          <w:lang w:val="de-DE"/>
        </w:rPr>
        <w:t>Regelmäßige Meetings</w:t>
      </w:r>
    </w:p>
    <w:p w14:paraId="0F488FF4" w14:textId="77777777" w:rsidR="00F358B4" w:rsidRPr="00F358B4" w:rsidRDefault="00F358B4" w:rsidP="00F358B4">
      <w:pPr>
        <w:pStyle w:val="Aufzhlungszeichen"/>
        <w:numPr>
          <w:ilvl w:val="0"/>
          <w:numId w:val="31"/>
        </w:numPr>
        <w:rPr>
          <w:lang w:val="de-DE"/>
        </w:rPr>
      </w:pPr>
      <w:r w:rsidRPr="00F358B4">
        <w:rPr>
          <w:lang w:val="de-DE"/>
        </w:rPr>
        <w:t xml:space="preserve">Daily </w:t>
      </w:r>
      <w:proofErr w:type="spellStart"/>
      <w:r w:rsidRPr="00F358B4">
        <w:rPr>
          <w:lang w:val="de-DE"/>
        </w:rPr>
        <w:t>Standup</w:t>
      </w:r>
      <w:proofErr w:type="spellEnd"/>
      <w:r w:rsidRPr="00F358B4">
        <w:rPr>
          <w:lang w:val="de-DE"/>
        </w:rPr>
        <w:t>: Täglich 15 Min., Status und Blocker</w:t>
      </w:r>
    </w:p>
    <w:p w14:paraId="6DC72B33" w14:textId="77777777" w:rsidR="00F358B4" w:rsidRPr="00F358B4" w:rsidRDefault="00F358B4" w:rsidP="00F358B4">
      <w:pPr>
        <w:pStyle w:val="Aufzhlungszeichen"/>
        <w:numPr>
          <w:ilvl w:val="0"/>
          <w:numId w:val="31"/>
        </w:numPr>
        <w:rPr>
          <w:lang w:val="de-DE"/>
        </w:rPr>
      </w:pPr>
      <w:r w:rsidRPr="00F358B4">
        <w:rPr>
          <w:lang w:val="de-DE"/>
        </w:rPr>
        <w:t>Wöchentliche Teamrunde: Projektfortschritt und Ressourcenplanung</w:t>
      </w:r>
    </w:p>
    <w:p w14:paraId="0CD14023" w14:textId="77777777" w:rsidR="00F358B4" w:rsidRPr="00F358B4" w:rsidRDefault="00F358B4" w:rsidP="00F358B4">
      <w:pPr>
        <w:pStyle w:val="Aufzhlungszeichen"/>
        <w:numPr>
          <w:ilvl w:val="0"/>
          <w:numId w:val="31"/>
        </w:numPr>
        <w:rPr>
          <w:lang w:val="de-DE"/>
        </w:rPr>
      </w:pPr>
      <w:r w:rsidRPr="00F358B4">
        <w:rPr>
          <w:lang w:val="de-DE"/>
        </w:rPr>
        <w:t>Monatliches Review: Zielerreichung und strategische Ausrichtung</w:t>
      </w:r>
    </w:p>
    <w:p w14:paraId="529634E3" w14:textId="77777777" w:rsidR="00F358B4" w:rsidRPr="00F358B4" w:rsidRDefault="00F358B4" w:rsidP="00F358B4">
      <w:pPr>
        <w:pStyle w:val="Aufzhlungszeichen"/>
        <w:numPr>
          <w:ilvl w:val="0"/>
          <w:numId w:val="31"/>
        </w:numPr>
        <w:rPr>
          <w:lang w:val="de-DE"/>
        </w:rPr>
      </w:pPr>
      <w:r w:rsidRPr="00F358B4">
        <w:rPr>
          <w:lang w:val="de-DE"/>
        </w:rPr>
        <w:t>Quartalsweise All-Hands: Unternehmensstrategie und Vision</w:t>
      </w:r>
    </w:p>
    <w:p w14:paraId="6777CED1" w14:textId="77777777" w:rsidR="00F358B4" w:rsidRPr="00F358B4" w:rsidRDefault="00F358B4" w:rsidP="00F358B4">
      <w:pPr>
        <w:pStyle w:val="Aufzhlungszeichen"/>
        <w:rPr>
          <w:lang w:val="de-DE"/>
        </w:rPr>
      </w:pPr>
      <w:r w:rsidRPr="00F358B4">
        <w:rPr>
          <w:lang w:val="de-DE"/>
        </w:rPr>
        <w:t>Berichterstattung</w:t>
      </w:r>
    </w:p>
    <w:p w14:paraId="7A460668" w14:textId="77777777" w:rsidR="00F358B4" w:rsidRPr="00F358B4" w:rsidRDefault="00F358B4" w:rsidP="00F358B4">
      <w:pPr>
        <w:pStyle w:val="Aufzhlungszeichen"/>
        <w:numPr>
          <w:ilvl w:val="0"/>
          <w:numId w:val="32"/>
        </w:numPr>
        <w:rPr>
          <w:lang w:val="de-DE"/>
        </w:rPr>
      </w:pPr>
      <w:r w:rsidRPr="00F358B4">
        <w:rPr>
          <w:lang w:val="de-DE"/>
        </w:rPr>
        <w:t>Projektstatusberichte: Wöchentlich an Stakeholder</w:t>
      </w:r>
    </w:p>
    <w:p w14:paraId="6B70C5DB" w14:textId="77777777" w:rsidR="00F358B4" w:rsidRPr="00F358B4" w:rsidRDefault="00F358B4" w:rsidP="00F358B4">
      <w:pPr>
        <w:pStyle w:val="Aufzhlungszeichen"/>
        <w:numPr>
          <w:ilvl w:val="0"/>
          <w:numId w:val="32"/>
        </w:numPr>
        <w:rPr>
          <w:lang w:val="de-DE"/>
        </w:rPr>
      </w:pPr>
      <w:r w:rsidRPr="00F358B4">
        <w:rPr>
          <w:lang w:val="de-DE"/>
        </w:rPr>
        <w:t>KPI-Dashboard: Monatliche Leistungskennzahlen</w:t>
      </w:r>
    </w:p>
    <w:p w14:paraId="606348FC" w14:textId="77777777" w:rsidR="00F358B4" w:rsidRPr="00F358B4" w:rsidRDefault="00F358B4" w:rsidP="00F358B4">
      <w:pPr>
        <w:pStyle w:val="Aufzhlungszeichen"/>
        <w:numPr>
          <w:ilvl w:val="0"/>
          <w:numId w:val="32"/>
        </w:numPr>
        <w:rPr>
          <w:lang w:val="de-DE"/>
        </w:rPr>
      </w:pPr>
      <w:r w:rsidRPr="00F358B4">
        <w:rPr>
          <w:lang w:val="de-DE"/>
        </w:rPr>
        <w:t>Kundenfeedback-Analyse: Quartalsweise Zufriedenheitsmessung</w:t>
      </w:r>
    </w:p>
    <w:p w14:paraId="5BF3D113" w14:textId="77777777" w:rsidR="00F358B4" w:rsidRPr="00F358B4" w:rsidRDefault="00F358B4" w:rsidP="00F358B4">
      <w:pPr>
        <w:pStyle w:val="Aufzhlungszeichen"/>
        <w:numPr>
          <w:ilvl w:val="0"/>
          <w:numId w:val="32"/>
        </w:numPr>
        <w:rPr>
          <w:lang w:val="de-DE"/>
        </w:rPr>
      </w:pPr>
      <w:r w:rsidRPr="00F358B4">
        <w:rPr>
          <w:lang w:val="de-DE"/>
        </w:rPr>
        <w:t>Jahresbericht: Umfassende Leistungsbewertung und Zielsetzung</w:t>
      </w:r>
    </w:p>
    <w:p w14:paraId="33A8A477" w14:textId="77777777" w:rsidR="00F358B4" w:rsidRPr="00F358B4" w:rsidRDefault="00F358B4" w:rsidP="00F358B4">
      <w:pPr>
        <w:pStyle w:val="Aufzhlungszeichen"/>
        <w:rPr>
          <w:b/>
          <w:bCs/>
          <w:lang w:val="de-DE"/>
        </w:rPr>
      </w:pPr>
      <w:r w:rsidRPr="00F358B4">
        <w:rPr>
          <w:b/>
          <w:bCs/>
          <w:lang w:val="de-DE"/>
        </w:rPr>
        <w:t>Eskalationsverfahren</w:t>
      </w:r>
    </w:p>
    <w:p w14:paraId="67BA258C" w14:textId="77777777" w:rsidR="00F358B4" w:rsidRPr="00F358B4" w:rsidRDefault="00F358B4" w:rsidP="00F358B4">
      <w:pPr>
        <w:pStyle w:val="Aufzhlungszeichen"/>
        <w:rPr>
          <w:lang w:val="de-DE"/>
        </w:rPr>
      </w:pPr>
      <w:r w:rsidRPr="00F358B4">
        <w:rPr>
          <w:lang w:val="de-DE"/>
        </w:rPr>
        <w:t>Stufe 1 - Teamebene</w:t>
      </w:r>
    </w:p>
    <w:p w14:paraId="6B3F4E2A" w14:textId="77777777" w:rsidR="00F358B4" w:rsidRPr="00F358B4" w:rsidRDefault="00F358B4" w:rsidP="00F358B4">
      <w:pPr>
        <w:pStyle w:val="Aufzhlungszeichen"/>
        <w:numPr>
          <w:ilvl w:val="0"/>
          <w:numId w:val="33"/>
        </w:numPr>
        <w:rPr>
          <w:lang w:val="de-DE"/>
        </w:rPr>
      </w:pPr>
      <w:r w:rsidRPr="00F358B4">
        <w:rPr>
          <w:lang w:val="de-DE"/>
        </w:rPr>
        <w:t>Direkte Kommunikation mit Kollegen und Teamleitung</w:t>
      </w:r>
    </w:p>
    <w:p w14:paraId="76A68715" w14:textId="77777777" w:rsidR="00F358B4" w:rsidRPr="00F358B4" w:rsidRDefault="00F358B4" w:rsidP="00F358B4">
      <w:pPr>
        <w:pStyle w:val="Aufzhlungszeichen"/>
        <w:numPr>
          <w:ilvl w:val="0"/>
          <w:numId w:val="33"/>
        </w:numPr>
        <w:rPr>
          <w:lang w:val="de-DE"/>
        </w:rPr>
      </w:pPr>
      <w:r w:rsidRPr="00F358B4">
        <w:rPr>
          <w:lang w:val="de-DE"/>
        </w:rPr>
        <w:t>Nutzung interner Knowledge Base und FAQ-Systeme</w:t>
      </w:r>
    </w:p>
    <w:p w14:paraId="6D992B22" w14:textId="77777777" w:rsidR="00F358B4" w:rsidRPr="00F358B4" w:rsidRDefault="00F358B4" w:rsidP="00F358B4">
      <w:pPr>
        <w:pStyle w:val="Aufzhlungszeichen"/>
        <w:numPr>
          <w:ilvl w:val="0"/>
          <w:numId w:val="33"/>
        </w:numPr>
        <w:rPr>
          <w:lang w:val="de-DE"/>
        </w:rPr>
      </w:pPr>
      <w:r w:rsidRPr="00F358B4">
        <w:rPr>
          <w:lang w:val="de-DE"/>
        </w:rPr>
        <w:t>Peer-Review und kollegiale Unterstützung</w:t>
      </w:r>
    </w:p>
    <w:p w14:paraId="2818B6F5" w14:textId="77777777" w:rsidR="00F358B4" w:rsidRPr="00F358B4" w:rsidRDefault="00F358B4" w:rsidP="00F358B4">
      <w:pPr>
        <w:pStyle w:val="Aufzhlungszeichen"/>
        <w:rPr>
          <w:lang w:val="de-DE"/>
        </w:rPr>
      </w:pPr>
      <w:r w:rsidRPr="00F358B4">
        <w:rPr>
          <w:lang w:val="de-DE"/>
        </w:rPr>
        <w:t>Stufe 2 - Abteilungsebene</w:t>
      </w:r>
    </w:p>
    <w:p w14:paraId="572F955E" w14:textId="77777777" w:rsidR="00F358B4" w:rsidRPr="00F358B4" w:rsidRDefault="00F358B4" w:rsidP="00F358B4">
      <w:pPr>
        <w:pStyle w:val="Aufzhlungszeichen"/>
        <w:numPr>
          <w:ilvl w:val="0"/>
          <w:numId w:val="34"/>
        </w:numPr>
        <w:rPr>
          <w:lang w:val="de-DE"/>
        </w:rPr>
      </w:pPr>
      <w:r w:rsidRPr="00F358B4">
        <w:rPr>
          <w:lang w:val="de-DE"/>
        </w:rPr>
        <w:t>Einbeziehung der direkten Führungskraft</w:t>
      </w:r>
    </w:p>
    <w:p w14:paraId="5782121C" w14:textId="77777777" w:rsidR="00F358B4" w:rsidRPr="00F358B4" w:rsidRDefault="00F358B4" w:rsidP="00F358B4">
      <w:pPr>
        <w:pStyle w:val="Aufzhlungszeichen"/>
        <w:numPr>
          <w:ilvl w:val="0"/>
          <w:numId w:val="34"/>
        </w:numPr>
        <w:rPr>
          <w:lang w:val="de-DE"/>
        </w:rPr>
      </w:pPr>
      <w:r w:rsidRPr="00F358B4">
        <w:rPr>
          <w:lang w:val="de-DE"/>
        </w:rPr>
        <w:lastRenderedPageBreak/>
        <w:t>Formelle Problemdokumentation in Ticketsystem</w:t>
      </w:r>
    </w:p>
    <w:p w14:paraId="33FDA9A5" w14:textId="77777777" w:rsidR="00F358B4" w:rsidRPr="00F358B4" w:rsidRDefault="00F358B4" w:rsidP="00F358B4">
      <w:pPr>
        <w:pStyle w:val="Aufzhlungszeichen"/>
        <w:numPr>
          <w:ilvl w:val="0"/>
          <w:numId w:val="34"/>
        </w:numPr>
        <w:rPr>
          <w:lang w:val="de-DE"/>
        </w:rPr>
      </w:pPr>
      <w:r w:rsidRPr="00F358B4">
        <w:rPr>
          <w:lang w:val="de-DE"/>
        </w:rPr>
        <w:t>Ressourcen-Reallokation innerhalb der Abteilung</w:t>
      </w:r>
    </w:p>
    <w:p w14:paraId="2561E0E1" w14:textId="77777777" w:rsidR="00F358B4" w:rsidRPr="00F358B4" w:rsidRDefault="00F358B4" w:rsidP="00F358B4">
      <w:pPr>
        <w:pStyle w:val="Aufzhlungszeichen"/>
        <w:rPr>
          <w:lang w:val="de-DE"/>
        </w:rPr>
      </w:pPr>
      <w:r w:rsidRPr="00F358B4">
        <w:rPr>
          <w:lang w:val="de-DE"/>
        </w:rPr>
        <w:t>Stufe 3 - Managementebene</w:t>
      </w:r>
    </w:p>
    <w:p w14:paraId="36FCEB95" w14:textId="77777777" w:rsidR="00F358B4" w:rsidRPr="00F358B4" w:rsidRDefault="00F358B4" w:rsidP="00F358B4">
      <w:pPr>
        <w:pStyle w:val="Aufzhlungszeichen"/>
        <w:numPr>
          <w:ilvl w:val="0"/>
          <w:numId w:val="35"/>
        </w:numPr>
        <w:rPr>
          <w:lang w:val="de-DE"/>
        </w:rPr>
      </w:pPr>
      <w:r w:rsidRPr="00F358B4">
        <w:rPr>
          <w:lang w:val="de-DE"/>
        </w:rPr>
        <w:t>Geschäftsführung bei strategischen oder kritischen Themen</w:t>
      </w:r>
    </w:p>
    <w:p w14:paraId="1FE696C9" w14:textId="77777777" w:rsidR="00F358B4" w:rsidRPr="00F358B4" w:rsidRDefault="00F358B4" w:rsidP="00F358B4">
      <w:pPr>
        <w:pStyle w:val="Aufzhlungszeichen"/>
        <w:numPr>
          <w:ilvl w:val="0"/>
          <w:numId w:val="35"/>
        </w:numPr>
        <w:rPr>
          <w:lang w:val="de-DE"/>
        </w:rPr>
      </w:pPr>
      <w:r w:rsidRPr="00F358B4">
        <w:rPr>
          <w:lang w:val="de-DE"/>
        </w:rPr>
        <w:t>Externe Expertise und Beratung einbeziehen</w:t>
      </w:r>
    </w:p>
    <w:p w14:paraId="6C3366D2" w14:textId="77777777" w:rsidR="00F358B4" w:rsidRPr="00F358B4" w:rsidRDefault="00F358B4" w:rsidP="00F358B4">
      <w:pPr>
        <w:pStyle w:val="Aufzhlungszeichen"/>
        <w:numPr>
          <w:ilvl w:val="0"/>
          <w:numId w:val="35"/>
        </w:numPr>
        <w:rPr>
          <w:lang w:val="de-DE"/>
        </w:rPr>
      </w:pPr>
      <w:r w:rsidRPr="00F358B4">
        <w:rPr>
          <w:lang w:val="de-DE"/>
        </w:rPr>
        <w:t>Kundenmanagement auf C-Level involvieren</w:t>
      </w:r>
    </w:p>
    <w:p w14:paraId="4230E062" w14:textId="77777777" w:rsidR="00F358B4" w:rsidRDefault="00F358B4" w:rsidP="00F358B4">
      <w:pPr>
        <w:pStyle w:val="Aufzhlungszeichen"/>
        <w:numPr>
          <w:ilvl w:val="0"/>
          <w:numId w:val="0"/>
        </w:numPr>
        <w:ind w:left="360"/>
        <w:rPr>
          <w:b/>
          <w:bCs/>
          <w:lang w:val="de-DE"/>
        </w:rPr>
      </w:pPr>
    </w:p>
    <w:p w14:paraId="32558328" w14:textId="77777777" w:rsidR="00F358B4" w:rsidRDefault="00F358B4" w:rsidP="00F358B4">
      <w:pPr>
        <w:pStyle w:val="Aufzhlungszeichen"/>
        <w:numPr>
          <w:ilvl w:val="0"/>
          <w:numId w:val="0"/>
        </w:numPr>
        <w:ind w:left="360"/>
        <w:rPr>
          <w:b/>
          <w:bCs/>
          <w:lang w:val="de-DE"/>
        </w:rPr>
      </w:pPr>
    </w:p>
    <w:p w14:paraId="1FB36EA3" w14:textId="77777777" w:rsidR="00F358B4" w:rsidRDefault="00F358B4" w:rsidP="00F358B4">
      <w:pPr>
        <w:pStyle w:val="Aufzhlungszeichen"/>
        <w:numPr>
          <w:ilvl w:val="0"/>
          <w:numId w:val="0"/>
        </w:numPr>
        <w:ind w:left="360"/>
        <w:rPr>
          <w:b/>
          <w:bCs/>
          <w:lang w:val="de-DE"/>
        </w:rPr>
      </w:pPr>
    </w:p>
    <w:p w14:paraId="69670B5E" w14:textId="77777777" w:rsidR="00F358B4" w:rsidRDefault="00F358B4" w:rsidP="00F358B4">
      <w:pPr>
        <w:pStyle w:val="Aufzhlungszeichen"/>
        <w:numPr>
          <w:ilvl w:val="0"/>
          <w:numId w:val="0"/>
        </w:numPr>
        <w:ind w:left="360"/>
        <w:rPr>
          <w:b/>
          <w:bCs/>
          <w:lang w:val="de-DE"/>
        </w:rPr>
      </w:pPr>
    </w:p>
    <w:p w14:paraId="7E84A5AE" w14:textId="77777777" w:rsidR="00F358B4" w:rsidRDefault="00F358B4" w:rsidP="00F358B4">
      <w:pPr>
        <w:pStyle w:val="Aufzhlungszeichen"/>
        <w:numPr>
          <w:ilvl w:val="0"/>
          <w:numId w:val="0"/>
        </w:numPr>
        <w:ind w:left="360"/>
        <w:rPr>
          <w:b/>
          <w:bCs/>
          <w:lang w:val="de-DE"/>
        </w:rPr>
      </w:pPr>
    </w:p>
    <w:p w14:paraId="24B26146" w14:textId="77777777" w:rsidR="00F358B4" w:rsidRDefault="00F358B4" w:rsidP="00F358B4">
      <w:pPr>
        <w:pStyle w:val="Aufzhlungszeichen"/>
        <w:numPr>
          <w:ilvl w:val="0"/>
          <w:numId w:val="0"/>
        </w:numPr>
        <w:ind w:left="360"/>
        <w:rPr>
          <w:b/>
          <w:bCs/>
          <w:lang w:val="de-DE"/>
        </w:rPr>
      </w:pPr>
    </w:p>
    <w:p w14:paraId="46867683" w14:textId="77777777" w:rsidR="00F358B4" w:rsidRDefault="00F358B4" w:rsidP="00F358B4">
      <w:pPr>
        <w:pStyle w:val="Aufzhlungszeichen"/>
        <w:numPr>
          <w:ilvl w:val="0"/>
          <w:numId w:val="0"/>
        </w:numPr>
        <w:ind w:left="360"/>
        <w:rPr>
          <w:b/>
          <w:bCs/>
          <w:lang w:val="de-DE"/>
        </w:rPr>
      </w:pPr>
    </w:p>
    <w:p w14:paraId="750DD774" w14:textId="77777777" w:rsidR="00F358B4" w:rsidRDefault="00F358B4" w:rsidP="00F358B4">
      <w:pPr>
        <w:pStyle w:val="Aufzhlungszeichen"/>
        <w:numPr>
          <w:ilvl w:val="0"/>
          <w:numId w:val="0"/>
        </w:numPr>
        <w:ind w:left="360"/>
        <w:rPr>
          <w:b/>
          <w:bCs/>
          <w:lang w:val="de-DE"/>
        </w:rPr>
      </w:pPr>
    </w:p>
    <w:p w14:paraId="7C297A1A" w14:textId="77777777" w:rsidR="00F358B4" w:rsidRDefault="00F358B4" w:rsidP="00F358B4">
      <w:pPr>
        <w:pStyle w:val="Aufzhlungszeichen"/>
        <w:numPr>
          <w:ilvl w:val="0"/>
          <w:numId w:val="0"/>
        </w:numPr>
        <w:ind w:left="360"/>
        <w:rPr>
          <w:b/>
          <w:bCs/>
          <w:lang w:val="de-DE"/>
        </w:rPr>
      </w:pPr>
    </w:p>
    <w:p w14:paraId="1088740F" w14:textId="77777777" w:rsidR="00F358B4" w:rsidRDefault="00F358B4" w:rsidP="00F358B4">
      <w:pPr>
        <w:pStyle w:val="Aufzhlungszeichen"/>
        <w:numPr>
          <w:ilvl w:val="0"/>
          <w:numId w:val="0"/>
        </w:numPr>
        <w:ind w:left="360"/>
        <w:rPr>
          <w:b/>
          <w:bCs/>
          <w:lang w:val="de-DE"/>
        </w:rPr>
      </w:pPr>
    </w:p>
    <w:p w14:paraId="6A828897" w14:textId="77777777" w:rsidR="00F358B4" w:rsidRDefault="00F358B4" w:rsidP="00F358B4">
      <w:pPr>
        <w:pStyle w:val="Aufzhlungszeichen"/>
        <w:numPr>
          <w:ilvl w:val="0"/>
          <w:numId w:val="0"/>
        </w:numPr>
        <w:ind w:left="360"/>
        <w:rPr>
          <w:b/>
          <w:bCs/>
          <w:lang w:val="de-DE"/>
        </w:rPr>
      </w:pPr>
    </w:p>
    <w:p w14:paraId="33AC6596" w14:textId="77777777" w:rsidR="00F358B4" w:rsidRDefault="00F358B4" w:rsidP="00F358B4">
      <w:pPr>
        <w:pStyle w:val="Aufzhlungszeichen"/>
        <w:numPr>
          <w:ilvl w:val="0"/>
          <w:numId w:val="0"/>
        </w:numPr>
        <w:ind w:left="360"/>
        <w:rPr>
          <w:b/>
          <w:bCs/>
          <w:lang w:val="de-DE"/>
        </w:rPr>
      </w:pPr>
    </w:p>
    <w:p w14:paraId="65F2267A" w14:textId="77777777" w:rsidR="00F358B4" w:rsidRDefault="00F358B4" w:rsidP="00F358B4">
      <w:pPr>
        <w:pStyle w:val="Aufzhlungszeichen"/>
        <w:numPr>
          <w:ilvl w:val="0"/>
          <w:numId w:val="0"/>
        </w:numPr>
        <w:ind w:left="360"/>
        <w:rPr>
          <w:b/>
          <w:bCs/>
          <w:lang w:val="de-DE"/>
        </w:rPr>
      </w:pPr>
    </w:p>
    <w:p w14:paraId="41795119" w14:textId="77777777" w:rsidR="00F358B4" w:rsidRDefault="00F358B4" w:rsidP="00F358B4">
      <w:pPr>
        <w:pStyle w:val="Aufzhlungszeichen"/>
        <w:numPr>
          <w:ilvl w:val="0"/>
          <w:numId w:val="0"/>
        </w:numPr>
        <w:ind w:left="360"/>
        <w:rPr>
          <w:b/>
          <w:bCs/>
          <w:lang w:val="de-DE"/>
        </w:rPr>
      </w:pPr>
    </w:p>
    <w:p w14:paraId="4FBAF60F" w14:textId="77777777" w:rsidR="00F358B4" w:rsidRDefault="00F358B4" w:rsidP="00F358B4">
      <w:pPr>
        <w:pStyle w:val="Aufzhlungszeichen"/>
        <w:numPr>
          <w:ilvl w:val="0"/>
          <w:numId w:val="0"/>
        </w:numPr>
        <w:ind w:left="360"/>
        <w:rPr>
          <w:b/>
          <w:bCs/>
          <w:lang w:val="de-DE"/>
        </w:rPr>
      </w:pPr>
    </w:p>
    <w:p w14:paraId="5AF7C96E" w14:textId="77777777" w:rsidR="00F358B4" w:rsidRDefault="00F358B4" w:rsidP="00F358B4">
      <w:pPr>
        <w:pStyle w:val="Aufzhlungszeichen"/>
        <w:numPr>
          <w:ilvl w:val="0"/>
          <w:numId w:val="0"/>
        </w:numPr>
        <w:ind w:left="360"/>
        <w:rPr>
          <w:b/>
          <w:bCs/>
          <w:lang w:val="de-DE"/>
        </w:rPr>
      </w:pPr>
    </w:p>
    <w:p w14:paraId="240CA902" w14:textId="77777777" w:rsidR="00F358B4" w:rsidRDefault="00F358B4" w:rsidP="00F358B4">
      <w:pPr>
        <w:pStyle w:val="Aufzhlungszeichen"/>
        <w:numPr>
          <w:ilvl w:val="0"/>
          <w:numId w:val="0"/>
        </w:numPr>
        <w:ind w:left="360"/>
        <w:rPr>
          <w:b/>
          <w:bCs/>
          <w:lang w:val="de-DE"/>
        </w:rPr>
      </w:pPr>
    </w:p>
    <w:p w14:paraId="1B0D475B" w14:textId="77777777" w:rsidR="00F358B4" w:rsidRDefault="00F358B4" w:rsidP="00F358B4">
      <w:pPr>
        <w:pStyle w:val="Aufzhlungszeichen"/>
        <w:numPr>
          <w:ilvl w:val="0"/>
          <w:numId w:val="0"/>
        </w:numPr>
        <w:ind w:left="360"/>
        <w:rPr>
          <w:b/>
          <w:bCs/>
          <w:lang w:val="de-DE"/>
        </w:rPr>
      </w:pPr>
    </w:p>
    <w:p w14:paraId="6516DF59" w14:textId="77777777" w:rsidR="00F358B4" w:rsidRDefault="00F358B4" w:rsidP="00F358B4">
      <w:pPr>
        <w:pStyle w:val="Aufzhlungszeichen"/>
        <w:numPr>
          <w:ilvl w:val="0"/>
          <w:numId w:val="0"/>
        </w:numPr>
        <w:ind w:left="360"/>
        <w:rPr>
          <w:b/>
          <w:bCs/>
          <w:lang w:val="de-DE"/>
        </w:rPr>
      </w:pPr>
    </w:p>
    <w:p w14:paraId="0AFC8346" w14:textId="4CC52532" w:rsidR="00F358B4" w:rsidRPr="00F358B4" w:rsidRDefault="00F358B4" w:rsidP="00F358B4">
      <w:pPr>
        <w:pStyle w:val="Aufzhlungszeichen"/>
        <w:numPr>
          <w:ilvl w:val="0"/>
          <w:numId w:val="0"/>
        </w:numPr>
        <w:ind w:left="360"/>
        <w:rPr>
          <w:b/>
          <w:bCs/>
          <w:lang w:val="de-DE"/>
        </w:rPr>
      </w:pPr>
      <w:r w:rsidRPr="00F358B4">
        <w:rPr>
          <w:b/>
          <w:bCs/>
          <w:lang w:val="de-DE"/>
        </w:rPr>
        <w:t>Erfolgsmessung und kontinuierliche Entwicklung</w:t>
      </w:r>
    </w:p>
    <w:p w14:paraId="1444C702" w14:textId="77777777" w:rsidR="00F358B4" w:rsidRPr="00F358B4" w:rsidRDefault="00F358B4" w:rsidP="00F358B4">
      <w:pPr>
        <w:pStyle w:val="Aufzhlungszeichen"/>
        <w:rPr>
          <w:b/>
          <w:bCs/>
          <w:lang w:val="de-DE"/>
        </w:rPr>
      </w:pPr>
      <w:r w:rsidRPr="00F358B4">
        <w:rPr>
          <w:b/>
          <w:bCs/>
          <w:lang w:val="de-DE"/>
        </w:rPr>
        <w:t>Key Performance Indicators (KPIs) für neue Mitarbeiter</w:t>
      </w:r>
    </w:p>
    <w:p w14:paraId="2D936282" w14:textId="77777777" w:rsidR="00F358B4" w:rsidRPr="00F358B4" w:rsidRDefault="00F358B4" w:rsidP="00F358B4">
      <w:pPr>
        <w:pStyle w:val="Aufzhlungszeichen"/>
        <w:rPr>
          <w:lang w:val="de-DE"/>
        </w:rPr>
      </w:pPr>
      <w:r w:rsidRPr="00F358B4">
        <w:rPr>
          <w:lang w:val="de-DE"/>
        </w:rPr>
        <w:t>Woche 1-2: Grundlagen-Metriken</w:t>
      </w:r>
    </w:p>
    <w:p w14:paraId="0A36D359" w14:textId="77777777" w:rsidR="00F358B4" w:rsidRPr="00F358B4" w:rsidRDefault="00F358B4" w:rsidP="00F358B4">
      <w:pPr>
        <w:pStyle w:val="Aufzhlungszeichen"/>
        <w:numPr>
          <w:ilvl w:val="0"/>
          <w:numId w:val="36"/>
        </w:numPr>
        <w:rPr>
          <w:lang w:val="de-DE"/>
        </w:rPr>
      </w:pPr>
      <w:r w:rsidRPr="00F358B4">
        <w:rPr>
          <w:lang w:val="de-DE"/>
        </w:rPr>
        <w:t>Vollständigkeit der administrativen Einrichtung: 100%</w:t>
      </w:r>
    </w:p>
    <w:p w14:paraId="7456A0B2" w14:textId="77777777" w:rsidR="00F358B4" w:rsidRPr="00F358B4" w:rsidRDefault="00F358B4" w:rsidP="00F358B4">
      <w:pPr>
        <w:pStyle w:val="Aufzhlungszeichen"/>
        <w:numPr>
          <w:ilvl w:val="0"/>
          <w:numId w:val="36"/>
        </w:numPr>
        <w:rPr>
          <w:lang w:val="de-DE"/>
        </w:rPr>
      </w:pPr>
      <w:r w:rsidRPr="00F358B4">
        <w:rPr>
          <w:lang w:val="de-DE"/>
        </w:rPr>
        <w:t>IT-Sicherheitsschulungen bestanden: 100%</w:t>
      </w:r>
    </w:p>
    <w:p w14:paraId="3A5FC2AD" w14:textId="77777777" w:rsidR="00F358B4" w:rsidRPr="00F358B4" w:rsidRDefault="00F358B4" w:rsidP="00F358B4">
      <w:pPr>
        <w:pStyle w:val="Aufzhlungszeichen"/>
        <w:numPr>
          <w:ilvl w:val="0"/>
          <w:numId w:val="36"/>
        </w:numPr>
        <w:rPr>
          <w:lang w:val="de-DE"/>
        </w:rPr>
      </w:pPr>
      <w:r w:rsidRPr="00F358B4">
        <w:rPr>
          <w:lang w:val="de-DE"/>
        </w:rPr>
        <w:t>Anzahl absolvierter Einführungsgespräche: Minimum 5</w:t>
      </w:r>
    </w:p>
    <w:p w14:paraId="06BC43FD" w14:textId="77777777" w:rsidR="00F358B4" w:rsidRPr="00F358B4" w:rsidRDefault="00F358B4" w:rsidP="00F358B4">
      <w:pPr>
        <w:pStyle w:val="Aufzhlungszeichen"/>
        <w:numPr>
          <w:ilvl w:val="0"/>
          <w:numId w:val="36"/>
        </w:numPr>
        <w:rPr>
          <w:lang w:val="de-DE"/>
        </w:rPr>
      </w:pPr>
      <w:r w:rsidRPr="00F358B4">
        <w:rPr>
          <w:lang w:val="de-DE"/>
        </w:rPr>
        <w:t>Verständnis der Unternehmensstruktur: Self-Assessment Score ≥ 8/10</w:t>
      </w:r>
    </w:p>
    <w:p w14:paraId="7F88EBEA" w14:textId="77777777" w:rsidR="00F358B4" w:rsidRPr="00F358B4" w:rsidRDefault="00F358B4" w:rsidP="00F358B4">
      <w:pPr>
        <w:pStyle w:val="Aufzhlungszeichen"/>
        <w:rPr>
          <w:lang w:val="de-DE"/>
        </w:rPr>
      </w:pPr>
      <w:r w:rsidRPr="00F358B4">
        <w:rPr>
          <w:lang w:val="de-DE"/>
        </w:rPr>
        <w:t>Woche 3-4: Integration und Produktivität</w:t>
      </w:r>
    </w:p>
    <w:p w14:paraId="42CF7A40" w14:textId="77777777" w:rsidR="00F358B4" w:rsidRPr="00F358B4" w:rsidRDefault="00F358B4" w:rsidP="00F358B4">
      <w:pPr>
        <w:pStyle w:val="Aufzhlungszeichen"/>
        <w:numPr>
          <w:ilvl w:val="0"/>
          <w:numId w:val="37"/>
        </w:numPr>
        <w:rPr>
          <w:lang w:val="de-DE"/>
        </w:rPr>
      </w:pPr>
      <w:r w:rsidRPr="00F358B4">
        <w:rPr>
          <w:lang w:val="de-DE"/>
        </w:rPr>
        <w:t>Erste eigenständige Aufgabe erfolgreich abgeschlossen: Ja/Nein</w:t>
      </w:r>
    </w:p>
    <w:p w14:paraId="2C91C809" w14:textId="77777777" w:rsidR="00F358B4" w:rsidRPr="00F358B4" w:rsidRDefault="00F358B4" w:rsidP="00F358B4">
      <w:pPr>
        <w:pStyle w:val="Aufzhlungszeichen"/>
        <w:numPr>
          <w:ilvl w:val="0"/>
          <w:numId w:val="37"/>
        </w:numPr>
        <w:rPr>
          <w:lang w:val="de-DE"/>
        </w:rPr>
      </w:pPr>
      <w:r w:rsidRPr="00F358B4">
        <w:rPr>
          <w:lang w:val="de-DE"/>
        </w:rPr>
        <w:t>Teamintegration (360°-Feedback): Score ≥ 7/10</w:t>
      </w:r>
    </w:p>
    <w:p w14:paraId="6FB3D27D" w14:textId="77777777" w:rsidR="00F358B4" w:rsidRPr="00F358B4" w:rsidRDefault="00F358B4" w:rsidP="00F358B4">
      <w:pPr>
        <w:pStyle w:val="Aufzhlungszeichen"/>
        <w:numPr>
          <w:ilvl w:val="0"/>
          <w:numId w:val="37"/>
        </w:numPr>
        <w:rPr>
          <w:lang w:val="de-DE"/>
        </w:rPr>
      </w:pPr>
      <w:r w:rsidRPr="00F358B4">
        <w:rPr>
          <w:lang w:val="de-DE"/>
        </w:rPr>
        <w:t>Prozessverständnis-Test: Mindestens 85% korrekte Antworten</w:t>
      </w:r>
    </w:p>
    <w:p w14:paraId="609F01B7" w14:textId="77777777" w:rsidR="00F358B4" w:rsidRPr="00F358B4" w:rsidRDefault="00F358B4" w:rsidP="00F358B4">
      <w:pPr>
        <w:pStyle w:val="Aufzhlungszeichen"/>
        <w:numPr>
          <w:ilvl w:val="0"/>
          <w:numId w:val="37"/>
        </w:numPr>
        <w:rPr>
          <w:lang w:val="de-DE"/>
        </w:rPr>
      </w:pPr>
      <w:r w:rsidRPr="00F358B4">
        <w:rPr>
          <w:lang w:val="de-DE"/>
        </w:rPr>
        <w:t>Mentoring-Sitzungen wahrgenommen: 100%</w:t>
      </w:r>
    </w:p>
    <w:p w14:paraId="4F11B082" w14:textId="77777777" w:rsidR="00F358B4" w:rsidRPr="00F358B4" w:rsidRDefault="00F358B4" w:rsidP="00F358B4">
      <w:pPr>
        <w:pStyle w:val="Aufzhlungszeichen"/>
        <w:rPr>
          <w:lang w:val="de-DE"/>
        </w:rPr>
      </w:pPr>
      <w:r w:rsidRPr="00F358B4">
        <w:rPr>
          <w:lang w:val="de-DE"/>
        </w:rPr>
        <w:lastRenderedPageBreak/>
        <w:t>30-Tage-Bewertung</w:t>
      </w:r>
    </w:p>
    <w:p w14:paraId="74AD3BB2" w14:textId="77777777" w:rsidR="00F358B4" w:rsidRPr="00F358B4" w:rsidRDefault="00F358B4" w:rsidP="00F358B4">
      <w:pPr>
        <w:pStyle w:val="Aufzhlungszeichen"/>
        <w:numPr>
          <w:ilvl w:val="0"/>
          <w:numId w:val="38"/>
        </w:numPr>
        <w:rPr>
          <w:lang w:val="de-DE"/>
        </w:rPr>
      </w:pPr>
      <w:r w:rsidRPr="00F358B4">
        <w:rPr>
          <w:lang w:val="de-DE"/>
        </w:rPr>
        <w:t>Eigenständige Arbeitsausführung: Bewertung durch Vorgesetzten</w:t>
      </w:r>
    </w:p>
    <w:p w14:paraId="34D81F04" w14:textId="77777777" w:rsidR="00F358B4" w:rsidRPr="00F358B4" w:rsidRDefault="00F358B4" w:rsidP="00F358B4">
      <w:pPr>
        <w:pStyle w:val="Aufzhlungszeichen"/>
        <w:numPr>
          <w:ilvl w:val="0"/>
          <w:numId w:val="38"/>
        </w:numPr>
        <w:rPr>
          <w:lang w:val="de-DE"/>
        </w:rPr>
      </w:pPr>
      <w:r w:rsidRPr="00F358B4">
        <w:rPr>
          <w:lang w:val="de-DE"/>
        </w:rPr>
        <w:t>Kundeninteraktion (falls zutreffend): Feedback-Score</w:t>
      </w:r>
    </w:p>
    <w:p w14:paraId="622A9FF6" w14:textId="77777777" w:rsidR="00F358B4" w:rsidRPr="00F358B4" w:rsidRDefault="00F358B4" w:rsidP="00F358B4">
      <w:pPr>
        <w:pStyle w:val="Aufzhlungszeichen"/>
        <w:numPr>
          <w:ilvl w:val="0"/>
          <w:numId w:val="38"/>
        </w:numPr>
        <w:rPr>
          <w:lang w:val="de-DE"/>
        </w:rPr>
      </w:pPr>
      <w:r w:rsidRPr="00F358B4">
        <w:rPr>
          <w:lang w:val="de-DE"/>
        </w:rPr>
        <w:t>Innovative Verbesserungsvorschläge: Anzahl und Qualität</w:t>
      </w:r>
    </w:p>
    <w:p w14:paraId="18479376" w14:textId="77777777" w:rsidR="00F358B4" w:rsidRPr="00F358B4" w:rsidRDefault="00F358B4" w:rsidP="00F358B4">
      <w:pPr>
        <w:pStyle w:val="Aufzhlungszeichen"/>
        <w:numPr>
          <w:ilvl w:val="0"/>
          <w:numId w:val="38"/>
        </w:numPr>
        <w:rPr>
          <w:lang w:val="de-DE"/>
        </w:rPr>
      </w:pPr>
      <w:r w:rsidRPr="00F358B4">
        <w:rPr>
          <w:lang w:val="de-DE"/>
        </w:rPr>
        <w:t>Gesamtzufriedenheit (beide Seiten): Score ≥ 8/10</w:t>
      </w:r>
    </w:p>
    <w:p w14:paraId="0CF0C959" w14:textId="77777777" w:rsidR="00F358B4" w:rsidRPr="00F358B4" w:rsidRDefault="00F358B4" w:rsidP="00F358B4">
      <w:pPr>
        <w:pStyle w:val="Aufzhlungszeichen"/>
        <w:rPr>
          <w:b/>
          <w:bCs/>
          <w:lang w:val="de-DE"/>
        </w:rPr>
      </w:pPr>
      <w:r w:rsidRPr="00F358B4">
        <w:rPr>
          <w:b/>
          <w:bCs/>
          <w:lang w:val="de-DE"/>
        </w:rPr>
        <w:t>Kontinuierliche Entwicklungsplanung</w:t>
      </w:r>
    </w:p>
    <w:p w14:paraId="0C6906A5" w14:textId="77777777" w:rsidR="00F358B4" w:rsidRPr="00F358B4" w:rsidRDefault="00F358B4" w:rsidP="00F358B4">
      <w:pPr>
        <w:pStyle w:val="Aufzhlungszeichen"/>
        <w:rPr>
          <w:lang w:val="de-DE"/>
        </w:rPr>
      </w:pPr>
      <w:r w:rsidRPr="00F358B4">
        <w:rPr>
          <w:lang w:val="de-DE"/>
        </w:rPr>
        <w:t>Kurzfristige Ziele (3-6 Monate)</w:t>
      </w:r>
    </w:p>
    <w:p w14:paraId="34309AF8" w14:textId="77777777" w:rsidR="00F358B4" w:rsidRPr="00F358B4" w:rsidRDefault="00F358B4" w:rsidP="00F358B4">
      <w:pPr>
        <w:pStyle w:val="Aufzhlungszeichen"/>
        <w:numPr>
          <w:ilvl w:val="0"/>
          <w:numId w:val="39"/>
        </w:numPr>
        <w:rPr>
          <w:lang w:val="de-DE"/>
        </w:rPr>
      </w:pPr>
      <w:r w:rsidRPr="00F358B4">
        <w:rPr>
          <w:lang w:val="de-DE"/>
        </w:rPr>
        <w:t>Fachspezifische Zertifizierungen erlangen</w:t>
      </w:r>
    </w:p>
    <w:p w14:paraId="47B5EA52" w14:textId="77777777" w:rsidR="00F358B4" w:rsidRPr="00F358B4" w:rsidRDefault="00F358B4" w:rsidP="00F358B4">
      <w:pPr>
        <w:pStyle w:val="Aufzhlungszeichen"/>
        <w:numPr>
          <w:ilvl w:val="0"/>
          <w:numId w:val="39"/>
        </w:numPr>
        <w:rPr>
          <w:lang w:val="de-DE"/>
        </w:rPr>
      </w:pPr>
      <w:r w:rsidRPr="00F358B4">
        <w:rPr>
          <w:lang w:val="de-DE"/>
        </w:rPr>
        <w:t>Vollständige Projektverantwortung übernehmen</w:t>
      </w:r>
    </w:p>
    <w:p w14:paraId="28EB178B" w14:textId="77777777" w:rsidR="00F358B4" w:rsidRPr="00F358B4" w:rsidRDefault="00F358B4" w:rsidP="00F358B4">
      <w:pPr>
        <w:pStyle w:val="Aufzhlungszeichen"/>
        <w:numPr>
          <w:ilvl w:val="0"/>
          <w:numId w:val="39"/>
        </w:numPr>
        <w:rPr>
          <w:lang w:val="de-DE"/>
        </w:rPr>
      </w:pPr>
      <w:r w:rsidRPr="00F358B4">
        <w:rPr>
          <w:lang w:val="de-DE"/>
        </w:rPr>
        <w:t>Interne Präsentationen und Schulungen durchführen</w:t>
      </w:r>
    </w:p>
    <w:p w14:paraId="5DF2FB79" w14:textId="77777777" w:rsidR="00F358B4" w:rsidRPr="00F358B4" w:rsidRDefault="00F358B4" w:rsidP="00F358B4">
      <w:pPr>
        <w:pStyle w:val="Aufzhlungszeichen"/>
        <w:numPr>
          <w:ilvl w:val="0"/>
          <w:numId w:val="39"/>
        </w:numPr>
        <w:rPr>
          <w:lang w:val="de-DE"/>
        </w:rPr>
      </w:pPr>
      <w:r w:rsidRPr="00F358B4">
        <w:rPr>
          <w:lang w:val="de-DE"/>
        </w:rPr>
        <w:t>Cross-funktionale Zusammenarbeit intensivieren</w:t>
      </w:r>
    </w:p>
    <w:p w14:paraId="4DA631D7" w14:textId="77777777" w:rsidR="00F358B4" w:rsidRPr="00F358B4" w:rsidRDefault="00F358B4" w:rsidP="00F358B4">
      <w:pPr>
        <w:pStyle w:val="Aufzhlungszeichen"/>
        <w:rPr>
          <w:lang w:val="de-DE"/>
        </w:rPr>
      </w:pPr>
      <w:r w:rsidRPr="00F358B4">
        <w:rPr>
          <w:lang w:val="de-DE"/>
        </w:rPr>
        <w:t>Mittelfristige Entwicklung (6-18 Monate)</w:t>
      </w:r>
    </w:p>
    <w:p w14:paraId="7BD2D99F" w14:textId="77777777" w:rsidR="00F358B4" w:rsidRPr="00F358B4" w:rsidRDefault="00F358B4" w:rsidP="00F358B4">
      <w:pPr>
        <w:pStyle w:val="Aufzhlungszeichen"/>
        <w:numPr>
          <w:ilvl w:val="0"/>
          <w:numId w:val="40"/>
        </w:numPr>
        <w:rPr>
          <w:lang w:val="de-DE"/>
        </w:rPr>
      </w:pPr>
      <w:r w:rsidRPr="00F358B4">
        <w:rPr>
          <w:lang w:val="de-DE"/>
        </w:rPr>
        <w:t>Spezialisierung in Kernkompetenz-Bereichen</w:t>
      </w:r>
    </w:p>
    <w:p w14:paraId="62F3A4C4" w14:textId="77777777" w:rsidR="00F358B4" w:rsidRPr="00F358B4" w:rsidRDefault="00F358B4" w:rsidP="00F358B4">
      <w:pPr>
        <w:pStyle w:val="Aufzhlungszeichen"/>
        <w:numPr>
          <w:ilvl w:val="0"/>
          <w:numId w:val="40"/>
        </w:numPr>
        <w:rPr>
          <w:lang w:val="de-DE"/>
        </w:rPr>
      </w:pPr>
      <w:r w:rsidRPr="00F358B4">
        <w:rPr>
          <w:lang w:val="de-DE"/>
        </w:rPr>
        <w:t>Führung von Junior-Kollegen oder Praktikanten</w:t>
      </w:r>
    </w:p>
    <w:p w14:paraId="3804E4B8" w14:textId="77777777" w:rsidR="00F358B4" w:rsidRPr="00F358B4" w:rsidRDefault="00F358B4" w:rsidP="00F358B4">
      <w:pPr>
        <w:pStyle w:val="Aufzhlungszeichen"/>
        <w:numPr>
          <w:ilvl w:val="0"/>
          <w:numId w:val="40"/>
        </w:numPr>
        <w:rPr>
          <w:lang w:val="de-DE"/>
        </w:rPr>
      </w:pPr>
      <w:r w:rsidRPr="00F358B4">
        <w:rPr>
          <w:lang w:val="de-DE"/>
        </w:rPr>
        <w:t>Kundenbeziehungsmanagement eigenständig übernehmen</w:t>
      </w:r>
    </w:p>
    <w:p w14:paraId="2EC747CD" w14:textId="77777777" w:rsidR="00F358B4" w:rsidRPr="00F358B4" w:rsidRDefault="00F358B4" w:rsidP="00F358B4">
      <w:pPr>
        <w:pStyle w:val="Aufzhlungszeichen"/>
        <w:numPr>
          <w:ilvl w:val="0"/>
          <w:numId w:val="40"/>
        </w:numPr>
        <w:rPr>
          <w:lang w:val="de-DE"/>
        </w:rPr>
      </w:pPr>
      <w:r w:rsidRPr="00F358B4">
        <w:rPr>
          <w:lang w:val="de-DE"/>
        </w:rPr>
        <w:t>Beitrag zu strategischen Unternehmensinitiativen</w:t>
      </w:r>
    </w:p>
    <w:p w14:paraId="2E1A5EF6" w14:textId="77777777" w:rsidR="00F358B4" w:rsidRPr="00F358B4" w:rsidRDefault="00F358B4" w:rsidP="00F358B4">
      <w:pPr>
        <w:pStyle w:val="Aufzhlungszeichen"/>
        <w:rPr>
          <w:lang w:val="de-DE"/>
        </w:rPr>
      </w:pPr>
      <w:r w:rsidRPr="00F358B4">
        <w:rPr>
          <w:lang w:val="de-DE"/>
        </w:rPr>
        <w:t>Langfristige Karriereplanung (18+ Monate)</w:t>
      </w:r>
    </w:p>
    <w:p w14:paraId="44B9D4E4" w14:textId="77777777" w:rsidR="00F358B4" w:rsidRPr="00F358B4" w:rsidRDefault="00F358B4" w:rsidP="00F358B4">
      <w:pPr>
        <w:pStyle w:val="Aufzhlungszeichen"/>
        <w:numPr>
          <w:ilvl w:val="0"/>
          <w:numId w:val="41"/>
        </w:numPr>
        <w:rPr>
          <w:lang w:val="de-DE"/>
        </w:rPr>
      </w:pPr>
      <w:r w:rsidRPr="00F358B4">
        <w:rPr>
          <w:lang w:val="de-DE"/>
        </w:rPr>
        <w:t>Fach- oder Führungskarriere definieren</w:t>
      </w:r>
    </w:p>
    <w:p w14:paraId="2828FA48" w14:textId="77777777" w:rsidR="00F358B4" w:rsidRPr="00F358B4" w:rsidRDefault="00F358B4" w:rsidP="00F358B4">
      <w:pPr>
        <w:pStyle w:val="Aufzhlungszeichen"/>
        <w:numPr>
          <w:ilvl w:val="0"/>
          <w:numId w:val="41"/>
        </w:numPr>
        <w:rPr>
          <w:lang w:val="de-DE"/>
        </w:rPr>
      </w:pPr>
      <w:r w:rsidRPr="00F358B4">
        <w:rPr>
          <w:lang w:val="de-DE"/>
        </w:rPr>
        <w:t>Externe Weiterbildung und Konferenzteilnahmen</w:t>
      </w:r>
    </w:p>
    <w:p w14:paraId="471672A0" w14:textId="77777777" w:rsidR="00F358B4" w:rsidRPr="00F358B4" w:rsidRDefault="00F358B4" w:rsidP="00F358B4">
      <w:pPr>
        <w:pStyle w:val="Aufzhlungszeichen"/>
        <w:numPr>
          <w:ilvl w:val="0"/>
          <w:numId w:val="41"/>
        </w:numPr>
        <w:rPr>
          <w:lang w:val="de-DE"/>
        </w:rPr>
      </w:pPr>
      <w:proofErr w:type="spellStart"/>
      <w:r w:rsidRPr="00F358B4">
        <w:rPr>
          <w:lang w:val="de-DE"/>
        </w:rPr>
        <w:t>Thought</w:t>
      </w:r>
      <w:proofErr w:type="spellEnd"/>
      <w:r w:rsidRPr="00F358B4">
        <w:rPr>
          <w:lang w:val="de-DE"/>
        </w:rPr>
        <w:t xml:space="preserve"> Leadership in Fachbereichen entwickeln</w:t>
      </w:r>
    </w:p>
    <w:p w14:paraId="43382F21" w14:textId="77777777" w:rsidR="00F358B4" w:rsidRPr="00F358B4" w:rsidRDefault="00F358B4" w:rsidP="00F358B4">
      <w:pPr>
        <w:pStyle w:val="Aufzhlungszeichen"/>
        <w:numPr>
          <w:ilvl w:val="0"/>
          <w:numId w:val="41"/>
        </w:numPr>
        <w:rPr>
          <w:lang w:val="de-DE"/>
        </w:rPr>
      </w:pPr>
      <w:r w:rsidRPr="00F358B4">
        <w:rPr>
          <w:lang w:val="de-DE"/>
        </w:rPr>
        <w:t>Internationale Projekte und Kooperationen leiten</w:t>
      </w:r>
    </w:p>
    <w:p w14:paraId="5D74D802" w14:textId="77777777" w:rsidR="00F358B4" w:rsidRPr="00F358B4" w:rsidRDefault="00F358B4" w:rsidP="00F358B4">
      <w:pPr>
        <w:pStyle w:val="Aufzhlungszeichen"/>
        <w:rPr>
          <w:b/>
          <w:bCs/>
          <w:lang w:val="de-DE"/>
        </w:rPr>
      </w:pPr>
      <w:r w:rsidRPr="00F358B4">
        <w:rPr>
          <w:b/>
          <w:bCs/>
          <w:lang w:val="de-DE"/>
        </w:rPr>
        <w:t>Feedback-Kultur und Verbesserungsprozess</w:t>
      </w:r>
    </w:p>
    <w:p w14:paraId="668FA874" w14:textId="77777777" w:rsidR="00F358B4" w:rsidRPr="00F358B4" w:rsidRDefault="00F358B4" w:rsidP="00F358B4">
      <w:pPr>
        <w:pStyle w:val="Aufzhlungszeichen"/>
        <w:rPr>
          <w:lang w:val="de-DE"/>
        </w:rPr>
      </w:pPr>
      <w:r w:rsidRPr="00F358B4">
        <w:rPr>
          <w:lang w:val="de-DE"/>
        </w:rPr>
        <w:t>Regelmäßige Bewertungszyklen</w:t>
      </w:r>
    </w:p>
    <w:p w14:paraId="303E6147" w14:textId="77777777" w:rsidR="00F358B4" w:rsidRPr="00F358B4" w:rsidRDefault="00F358B4" w:rsidP="00F358B4">
      <w:pPr>
        <w:pStyle w:val="Aufzhlungszeichen"/>
        <w:numPr>
          <w:ilvl w:val="0"/>
          <w:numId w:val="42"/>
        </w:numPr>
        <w:rPr>
          <w:lang w:val="de-DE"/>
        </w:rPr>
      </w:pPr>
      <w:r w:rsidRPr="00F358B4">
        <w:rPr>
          <w:lang w:val="de-DE"/>
        </w:rPr>
        <w:t>Wöchentlich: Informelles Feedback zwischen Mentor und Neueinsteiger</w:t>
      </w:r>
    </w:p>
    <w:p w14:paraId="6426B34A" w14:textId="77777777" w:rsidR="00F358B4" w:rsidRPr="00F358B4" w:rsidRDefault="00F358B4" w:rsidP="00F358B4">
      <w:pPr>
        <w:pStyle w:val="Aufzhlungszeichen"/>
        <w:numPr>
          <w:ilvl w:val="0"/>
          <w:numId w:val="42"/>
        </w:numPr>
        <w:rPr>
          <w:lang w:val="de-DE"/>
        </w:rPr>
      </w:pPr>
      <w:r w:rsidRPr="00F358B4">
        <w:rPr>
          <w:lang w:val="de-DE"/>
        </w:rPr>
        <w:t>Monatlich: Strukturiertes Gespräch mit direkter Führungskraft</w:t>
      </w:r>
    </w:p>
    <w:p w14:paraId="3BB8F733" w14:textId="77777777" w:rsidR="00F358B4" w:rsidRPr="00F358B4" w:rsidRDefault="00F358B4" w:rsidP="00F358B4">
      <w:pPr>
        <w:pStyle w:val="Aufzhlungszeichen"/>
        <w:numPr>
          <w:ilvl w:val="0"/>
          <w:numId w:val="42"/>
        </w:numPr>
        <w:rPr>
          <w:lang w:val="de-DE"/>
        </w:rPr>
      </w:pPr>
      <w:r w:rsidRPr="00F358B4">
        <w:rPr>
          <w:lang w:val="de-DE"/>
        </w:rPr>
        <w:t>Quartalsweise: 360°-Feedback von Kollegen und Kunden</w:t>
      </w:r>
    </w:p>
    <w:p w14:paraId="41F026C9" w14:textId="77777777" w:rsidR="00F358B4" w:rsidRPr="00F358B4" w:rsidRDefault="00F358B4" w:rsidP="00F358B4">
      <w:pPr>
        <w:pStyle w:val="Aufzhlungszeichen"/>
        <w:numPr>
          <w:ilvl w:val="0"/>
          <w:numId w:val="42"/>
        </w:numPr>
        <w:rPr>
          <w:lang w:val="de-DE"/>
        </w:rPr>
      </w:pPr>
      <w:r w:rsidRPr="00F358B4">
        <w:rPr>
          <w:lang w:val="de-DE"/>
        </w:rPr>
        <w:t>Jährlich: Umfassende Leistungsbeurteilung und Zielvereinbarung</w:t>
      </w:r>
    </w:p>
    <w:p w14:paraId="350CBCE5" w14:textId="77777777" w:rsidR="00F358B4" w:rsidRPr="00F358B4" w:rsidRDefault="00F358B4" w:rsidP="00F358B4">
      <w:pPr>
        <w:pStyle w:val="Aufzhlungszeichen"/>
        <w:rPr>
          <w:lang w:val="de-DE"/>
        </w:rPr>
      </w:pPr>
      <w:r w:rsidRPr="00F358B4">
        <w:rPr>
          <w:lang w:val="de-DE"/>
        </w:rPr>
        <w:t xml:space="preserve">Onboarding-Optimierung Ihr Feedback ist </w:t>
      </w:r>
      <w:proofErr w:type="gramStart"/>
      <w:r w:rsidRPr="00F358B4">
        <w:rPr>
          <w:lang w:val="de-DE"/>
        </w:rPr>
        <w:t>essentiell</w:t>
      </w:r>
      <w:proofErr w:type="gramEnd"/>
      <w:r w:rsidRPr="00F358B4">
        <w:rPr>
          <w:lang w:val="de-DE"/>
        </w:rPr>
        <w:t xml:space="preserve"> für die kontinuierliche Verbesserung unseres Einarbeitungsprozesses:</w:t>
      </w:r>
    </w:p>
    <w:p w14:paraId="44B768CB" w14:textId="77777777" w:rsidR="00F358B4" w:rsidRPr="00F358B4" w:rsidRDefault="00F358B4" w:rsidP="00F358B4">
      <w:pPr>
        <w:pStyle w:val="Aufzhlungszeichen"/>
        <w:numPr>
          <w:ilvl w:val="0"/>
          <w:numId w:val="43"/>
        </w:numPr>
        <w:rPr>
          <w:lang w:val="de-DE"/>
        </w:rPr>
      </w:pPr>
      <w:r w:rsidRPr="00F358B4">
        <w:rPr>
          <w:lang w:val="de-DE"/>
        </w:rPr>
        <w:t>Was war besonders hilfreich?</w:t>
      </w:r>
    </w:p>
    <w:p w14:paraId="4B3C1826" w14:textId="77777777" w:rsidR="00F358B4" w:rsidRPr="00F358B4" w:rsidRDefault="00F358B4" w:rsidP="00F358B4">
      <w:pPr>
        <w:pStyle w:val="Aufzhlungszeichen"/>
        <w:numPr>
          <w:ilvl w:val="0"/>
          <w:numId w:val="43"/>
        </w:numPr>
        <w:rPr>
          <w:lang w:val="de-DE"/>
        </w:rPr>
      </w:pPr>
      <w:r w:rsidRPr="00F358B4">
        <w:rPr>
          <w:lang w:val="de-DE"/>
        </w:rPr>
        <w:t>Welche Informationen haben gefehlt?</w:t>
      </w:r>
    </w:p>
    <w:p w14:paraId="5B7752ED" w14:textId="77777777" w:rsidR="00F358B4" w:rsidRPr="00F358B4" w:rsidRDefault="00F358B4" w:rsidP="00F358B4">
      <w:pPr>
        <w:pStyle w:val="Aufzhlungszeichen"/>
        <w:numPr>
          <w:ilvl w:val="0"/>
          <w:numId w:val="43"/>
        </w:numPr>
        <w:rPr>
          <w:lang w:val="de-DE"/>
        </w:rPr>
      </w:pPr>
      <w:r w:rsidRPr="00F358B4">
        <w:rPr>
          <w:lang w:val="de-DE"/>
        </w:rPr>
        <w:t>Wie bewerten Sie die Zeitplanung?</w:t>
      </w:r>
    </w:p>
    <w:p w14:paraId="0BB5483C" w14:textId="77777777" w:rsidR="00F358B4" w:rsidRPr="00F358B4" w:rsidRDefault="00F358B4" w:rsidP="00F358B4">
      <w:pPr>
        <w:pStyle w:val="Aufzhlungszeichen"/>
        <w:numPr>
          <w:ilvl w:val="0"/>
          <w:numId w:val="43"/>
        </w:numPr>
        <w:rPr>
          <w:lang w:val="de-DE"/>
        </w:rPr>
      </w:pPr>
      <w:r w:rsidRPr="00F358B4">
        <w:rPr>
          <w:lang w:val="de-DE"/>
        </w:rPr>
        <w:t>Welche Tools oder Ressourcen würden den Prozess verbessern?</w:t>
      </w:r>
    </w:p>
    <w:p w14:paraId="44A0DC1F" w14:textId="77777777" w:rsidR="00F358B4" w:rsidRPr="00F358B4" w:rsidRDefault="00F358B4" w:rsidP="00F358B4">
      <w:pPr>
        <w:pStyle w:val="Aufzhlungszeichen"/>
        <w:rPr>
          <w:b/>
          <w:bCs/>
          <w:lang w:val="de-DE"/>
        </w:rPr>
      </w:pPr>
      <w:r w:rsidRPr="00F358B4">
        <w:rPr>
          <w:b/>
          <w:bCs/>
          <w:lang w:val="de-DE"/>
        </w:rPr>
        <w:t>Unterstützungsressourcen</w:t>
      </w:r>
    </w:p>
    <w:p w14:paraId="6A295F2F" w14:textId="77777777" w:rsidR="00F358B4" w:rsidRPr="00F358B4" w:rsidRDefault="00F358B4" w:rsidP="00F358B4">
      <w:pPr>
        <w:pStyle w:val="Aufzhlungszeichen"/>
        <w:rPr>
          <w:lang w:val="de-DE"/>
        </w:rPr>
      </w:pPr>
      <w:r w:rsidRPr="00F358B4">
        <w:rPr>
          <w:lang w:val="de-DE"/>
        </w:rPr>
        <w:t>Interne Plattformen</w:t>
      </w:r>
    </w:p>
    <w:p w14:paraId="50358AAE" w14:textId="77777777" w:rsidR="00F358B4" w:rsidRPr="00F358B4" w:rsidRDefault="00F358B4" w:rsidP="00F358B4">
      <w:pPr>
        <w:pStyle w:val="Aufzhlungszeichen"/>
        <w:numPr>
          <w:ilvl w:val="0"/>
          <w:numId w:val="44"/>
        </w:numPr>
        <w:rPr>
          <w:lang w:val="de-DE"/>
        </w:rPr>
      </w:pPr>
      <w:r w:rsidRPr="00F358B4">
        <w:rPr>
          <w:lang w:val="de-DE"/>
        </w:rPr>
        <w:t>Mitarbeiterportal: Zentrale Anlaufstelle für alle HR-Angelegenheiten</w:t>
      </w:r>
    </w:p>
    <w:p w14:paraId="311611AC" w14:textId="77777777" w:rsidR="00F358B4" w:rsidRPr="00F358B4" w:rsidRDefault="00F358B4" w:rsidP="00F358B4">
      <w:pPr>
        <w:pStyle w:val="Aufzhlungszeichen"/>
        <w:numPr>
          <w:ilvl w:val="0"/>
          <w:numId w:val="44"/>
        </w:numPr>
        <w:rPr>
          <w:lang w:val="de-DE"/>
        </w:rPr>
      </w:pPr>
      <w:r w:rsidRPr="00F358B4">
        <w:rPr>
          <w:lang w:val="de-DE"/>
        </w:rPr>
        <w:lastRenderedPageBreak/>
        <w:t>Knowledge Base: Umfassende Wissensdatenbank mit FAQs und Prozessbeschreibungen</w:t>
      </w:r>
    </w:p>
    <w:p w14:paraId="36B0D2DE" w14:textId="77777777" w:rsidR="00F358B4" w:rsidRPr="00F358B4" w:rsidRDefault="00F358B4" w:rsidP="00F358B4">
      <w:pPr>
        <w:pStyle w:val="Aufzhlungszeichen"/>
        <w:numPr>
          <w:ilvl w:val="0"/>
          <w:numId w:val="44"/>
        </w:numPr>
        <w:rPr>
          <w:lang w:val="de-DE"/>
        </w:rPr>
      </w:pPr>
      <w:r w:rsidRPr="00F358B4">
        <w:rPr>
          <w:lang w:val="de-DE"/>
        </w:rPr>
        <w:t>E-Learning-Plattform: Selbststudium und kontinuierliche Weiterbildung</w:t>
      </w:r>
    </w:p>
    <w:p w14:paraId="38967141" w14:textId="77777777" w:rsidR="00F358B4" w:rsidRPr="00F358B4" w:rsidRDefault="00F358B4" w:rsidP="00F358B4">
      <w:pPr>
        <w:pStyle w:val="Aufzhlungszeichen"/>
        <w:numPr>
          <w:ilvl w:val="0"/>
          <w:numId w:val="44"/>
        </w:numPr>
        <w:rPr>
          <w:lang w:val="de-DE"/>
        </w:rPr>
      </w:pPr>
      <w:r w:rsidRPr="00F358B4">
        <w:rPr>
          <w:lang w:val="de-DE"/>
        </w:rPr>
        <w:t>Mentoring-Programm: Strukturierte Unterstützung durch erfahrene Kollegen</w:t>
      </w:r>
    </w:p>
    <w:p w14:paraId="7E83A5F3" w14:textId="77777777" w:rsidR="00F358B4" w:rsidRPr="00F358B4" w:rsidRDefault="00F358B4" w:rsidP="00F358B4">
      <w:pPr>
        <w:pStyle w:val="Aufzhlungszeichen"/>
        <w:rPr>
          <w:lang w:val="de-DE"/>
        </w:rPr>
      </w:pPr>
      <w:r w:rsidRPr="00F358B4">
        <w:rPr>
          <w:lang w:val="de-DE"/>
        </w:rPr>
        <w:t>Externe Entwicklungsmöglichkeiten</w:t>
      </w:r>
    </w:p>
    <w:p w14:paraId="1B82453A" w14:textId="77777777" w:rsidR="00F358B4" w:rsidRPr="00F358B4" w:rsidRDefault="00F358B4" w:rsidP="00F358B4">
      <w:pPr>
        <w:pStyle w:val="Aufzhlungszeichen"/>
        <w:numPr>
          <w:ilvl w:val="0"/>
          <w:numId w:val="45"/>
        </w:numPr>
        <w:rPr>
          <w:lang w:val="de-DE"/>
        </w:rPr>
      </w:pPr>
      <w:r w:rsidRPr="00F358B4">
        <w:rPr>
          <w:lang w:val="de-DE"/>
        </w:rPr>
        <w:t>Fachkonferenzen und Networking-Events</w:t>
      </w:r>
    </w:p>
    <w:p w14:paraId="6FA695EA" w14:textId="77777777" w:rsidR="00F358B4" w:rsidRPr="00F358B4" w:rsidRDefault="00F358B4" w:rsidP="00F358B4">
      <w:pPr>
        <w:pStyle w:val="Aufzhlungszeichen"/>
        <w:numPr>
          <w:ilvl w:val="0"/>
          <w:numId w:val="45"/>
        </w:numPr>
        <w:rPr>
          <w:lang w:val="de-DE"/>
        </w:rPr>
      </w:pPr>
      <w:r w:rsidRPr="00F358B4">
        <w:rPr>
          <w:lang w:val="de-DE"/>
        </w:rPr>
        <w:t>Zertifizierungsprogramme in relevanten Technologien</w:t>
      </w:r>
    </w:p>
    <w:p w14:paraId="64D215A9" w14:textId="77777777" w:rsidR="00F358B4" w:rsidRPr="00F358B4" w:rsidRDefault="00F358B4" w:rsidP="00F358B4">
      <w:pPr>
        <w:pStyle w:val="Aufzhlungszeichen"/>
        <w:numPr>
          <w:ilvl w:val="0"/>
          <w:numId w:val="45"/>
        </w:numPr>
        <w:rPr>
          <w:lang w:val="de-DE"/>
        </w:rPr>
      </w:pPr>
      <w:r w:rsidRPr="00F358B4">
        <w:rPr>
          <w:lang w:val="de-DE"/>
        </w:rPr>
        <w:t>Universitäre Weiterbildung und MBA-Programme</w:t>
      </w:r>
    </w:p>
    <w:p w14:paraId="6A95E4B6" w14:textId="77777777" w:rsidR="00F358B4" w:rsidRPr="00F358B4" w:rsidRDefault="00F358B4" w:rsidP="00F358B4">
      <w:pPr>
        <w:pStyle w:val="Aufzhlungszeichen"/>
        <w:numPr>
          <w:ilvl w:val="0"/>
          <w:numId w:val="45"/>
        </w:numPr>
        <w:rPr>
          <w:lang w:val="de-DE"/>
        </w:rPr>
      </w:pPr>
      <w:r w:rsidRPr="00F358B4">
        <w:rPr>
          <w:lang w:val="de-DE"/>
        </w:rPr>
        <w:t xml:space="preserve">Internationale Austauschprogramme und </w:t>
      </w:r>
      <w:proofErr w:type="spellStart"/>
      <w:r w:rsidRPr="00F358B4">
        <w:rPr>
          <w:lang w:val="de-DE"/>
        </w:rPr>
        <w:t>Secondments</w:t>
      </w:r>
      <w:proofErr w:type="spellEnd"/>
    </w:p>
    <w:p w14:paraId="1373FEAD" w14:textId="77777777" w:rsidR="00F358B4" w:rsidRPr="00F358B4" w:rsidRDefault="00F358B4" w:rsidP="00F358B4">
      <w:pPr>
        <w:pStyle w:val="Aufzhlungszeichen"/>
        <w:rPr>
          <w:lang w:val="de-DE"/>
        </w:rPr>
      </w:pPr>
      <w:r w:rsidRPr="00F358B4">
        <w:rPr>
          <w:lang w:val="de-DE"/>
        </w:rPr>
        <w:t>Herzlichen Glückwunsch! Sie haben Ihr 30-Tage-Onboarding erfolgreich abgeschlossen. Wir freuen uns auf Ihre kontinuierlichen Beiträge zum Unternehmenserfolg und Ihre persönliche Entwicklung in unserem Team.</w:t>
      </w:r>
    </w:p>
    <w:p w14:paraId="23A6766C" w14:textId="77777777" w:rsidR="00F358B4" w:rsidRDefault="00F358B4" w:rsidP="00F358B4">
      <w:pPr>
        <w:pStyle w:val="Aufzhlungszeichen"/>
        <w:numPr>
          <w:ilvl w:val="0"/>
          <w:numId w:val="0"/>
        </w:numPr>
        <w:ind w:left="360" w:hanging="360"/>
      </w:pPr>
    </w:p>
    <w:sectPr w:rsidR="00F358B4"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4EFF6" w14:textId="77777777" w:rsidR="005309F5" w:rsidRDefault="005309F5" w:rsidP="00F358B4">
      <w:pPr>
        <w:spacing w:after="0" w:line="240" w:lineRule="auto"/>
      </w:pPr>
      <w:r>
        <w:separator/>
      </w:r>
    </w:p>
  </w:endnote>
  <w:endnote w:type="continuationSeparator" w:id="0">
    <w:p w14:paraId="5BCBFEBC" w14:textId="77777777" w:rsidR="005309F5" w:rsidRDefault="005309F5" w:rsidP="00F358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7948118"/>
      <w:docPartObj>
        <w:docPartGallery w:val="Page Numbers (Bottom of Page)"/>
        <w:docPartUnique/>
      </w:docPartObj>
    </w:sdtPr>
    <w:sdtContent>
      <w:p w14:paraId="65D4A397" w14:textId="7C4E7450" w:rsidR="00765429" w:rsidRDefault="00765429">
        <w:pPr>
          <w:pStyle w:val="Fuzeile"/>
          <w:jc w:val="right"/>
        </w:pPr>
        <w:r>
          <w:fldChar w:fldCharType="begin"/>
        </w:r>
        <w:r>
          <w:instrText>PAGE   \* MERGEFORMAT</w:instrText>
        </w:r>
        <w:r>
          <w:fldChar w:fldCharType="separate"/>
        </w:r>
        <w:r>
          <w:rPr>
            <w:lang w:val="de-DE"/>
          </w:rPr>
          <w:t>2</w:t>
        </w:r>
        <w:r>
          <w:fldChar w:fldCharType="end"/>
        </w:r>
      </w:p>
    </w:sdtContent>
  </w:sdt>
  <w:p w14:paraId="591B26AF" w14:textId="77777777" w:rsidR="00765429" w:rsidRDefault="0076542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95E47" w14:textId="77777777" w:rsidR="005309F5" w:rsidRDefault="005309F5" w:rsidP="00F358B4">
      <w:pPr>
        <w:spacing w:after="0" w:line="240" w:lineRule="auto"/>
      </w:pPr>
      <w:r>
        <w:separator/>
      </w:r>
    </w:p>
  </w:footnote>
  <w:footnote w:type="continuationSeparator" w:id="0">
    <w:p w14:paraId="0815C28A" w14:textId="77777777" w:rsidR="005309F5" w:rsidRDefault="005309F5" w:rsidP="00F358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EC8DA" w14:textId="77777777" w:rsidR="00F358B4" w:rsidRDefault="00F358B4" w:rsidP="00F358B4">
    <w:pPr>
      <w:pStyle w:val="Kopfzeile"/>
    </w:pPr>
  </w:p>
  <w:tbl>
    <w:tblPr>
      <w:tblW w:w="0" w:type="auto"/>
      <w:jc w:val="center"/>
      <w:tblLook w:val="04A0" w:firstRow="1" w:lastRow="0" w:firstColumn="1" w:lastColumn="0" w:noHBand="0" w:noVBand="1"/>
    </w:tblPr>
    <w:tblGrid>
      <w:gridCol w:w="4274"/>
      <w:gridCol w:w="4366"/>
    </w:tblGrid>
    <w:tr w:rsidR="00F358B4" w:rsidRPr="00C31355" w14:paraId="70CD2684" w14:textId="77777777" w:rsidTr="005957C9">
      <w:trPr>
        <w:jc w:val="center"/>
      </w:trPr>
      <w:tc>
        <w:tcPr>
          <w:tcW w:w="4680" w:type="dxa"/>
          <w:vAlign w:val="center"/>
        </w:tcPr>
        <w:p w14:paraId="72BC1820" w14:textId="77777777" w:rsidR="00F358B4" w:rsidRDefault="00F358B4" w:rsidP="00F358B4">
          <w:r>
            <w:rPr>
              <w:noProof/>
            </w:rPr>
            <w:drawing>
              <wp:inline distT="0" distB="0" distL="0" distR="0" wp14:anchorId="4BAF13E9" wp14:editId="169BAC63">
                <wp:extent cx="717714" cy="431165"/>
                <wp:effectExtent l="0" t="0" r="6350" b="6985"/>
                <wp:docPr id="1910808061" name="Grafik 1" descr="Ein Bild, das Grafiken, Tex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08061" name="Grafik 1" descr="Ein Bild, das Grafiken, Text enthält.&#10;&#10;KI-generierte Inhalte können fehlerhaft sein."/>
                        <pic:cNvPicPr/>
                      </pic:nvPicPr>
                      <pic:blipFill>
                        <a:blip r:embed="rId1"/>
                        <a:stretch>
                          <a:fillRect/>
                        </a:stretch>
                      </pic:blipFill>
                      <pic:spPr>
                        <a:xfrm>
                          <a:off x="0" y="0"/>
                          <a:ext cx="735811" cy="442037"/>
                        </a:xfrm>
                        <a:prstGeom prst="rect">
                          <a:avLst/>
                        </a:prstGeom>
                      </pic:spPr>
                    </pic:pic>
                  </a:graphicData>
                </a:graphic>
              </wp:inline>
            </w:drawing>
          </w:r>
        </w:p>
      </w:tc>
      <w:tc>
        <w:tcPr>
          <w:tcW w:w="4680" w:type="dxa"/>
          <w:vAlign w:val="center"/>
        </w:tcPr>
        <w:p w14:paraId="34F68806" w14:textId="77777777" w:rsidR="00F358B4" w:rsidRPr="00C31355" w:rsidRDefault="00F358B4" w:rsidP="00F358B4">
          <w:pPr>
            <w:jc w:val="right"/>
            <w:rPr>
              <w:color w:val="C4540B"/>
            </w:rPr>
          </w:pPr>
          <w:proofErr w:type="spellStart"/>
          <w:r w:rsidRPr="00C31355">
            <w:rPr>
              <w:b/>
              <w:color w:val="C4540B"/>
              <w:sz w:val="28"/>
            </w:rPr>
            <w:t>Cloudbrainer</w:t>
          </w:r>
          <w:proofErr w:type="spellEnd"/>
        </w:p>
      </w:tc>
    </w:tr>
    <w:tr w:rsidR="00F358B4" w14:paraId="47A16762" w14:textId="77777777" w:rsidTr="005957C9">
      <w:trPr>
        <w:jc w:val="center"/>
      </w:trPr>
      <w:tc>
        <w:tcPr>
          <w:tcW w:w="4680" w:type="dxa"/>
          <w:vAlign w:val="center"/>
        </w:tcPr>
        <w:p w14:paraId="094B9C14" w14:textId="77777777" w:rsidR="00F358B4" w:rsidRDefault="00F358B4" w:rsidP="00F358B4">
          <w:proofErr w:type="spellStart"/>
          <w:r>
            <w:rPr>
              <w:color w:val="696969"/>
              <w:sz w:val="18"/>
            </w:rPr>
            <w:t>MenschxKI</w:t>
          </w:r>
          <w:proofErr w:type="spellEnd"/>
          <w:r>
            <w:rPr>
              <w:color w:val="696969"/>
              <w:sz w:val="18"/>
            </w:rPr>
            <w:t xml:space="preserve"> Delivery • Schnell. </w:t>
          </w:r>
          <w:proofErr w:type="spellStart"/>
          <w:r>
            <w:rPr>
              <w:color w:val="696969"/>
              <w:sz w:val="18"/>
            </w:rPr>
            <w:t>Präzise</w:t>
          </w:r>
          <w:proofErr w:type="spellEnd"/>
          <w:r>
            <w:rPr>
              <w:color w:val="696969"/>
              <w:sz w:val="18"/>
            </w:rPr>
            <w:t xml:space="preserve">. </w:t>
          </w:r>
          <w:proofErr w:type="spellStart"/>
          <w:r>
            <w:rPr>
              <w:color w:val="696969"/>
              <w:sz w:val="18"/>
            </w:rPr>
            <w:t>Vertraulich</w:t>
          </w:r>
          <w:proofErr w:type="spellEnd"/>
          <w:r>
            <w:rPr>
              <w:color w:val="696969"/>
              <w:sz w:val="18"/>
            </w:rPr>
            <w:t>.</w:t>
          </w:r>
        </w:p>
      </w:tc>
      <w:tc>
        <w:tcPr>
          <w:tcW w:w="4680" w:type="dxa"/>
          <w:vAlign w:val="center"/>
        </w:tcPr>
        <w:p w14:paraId="34AF6423" w14:textId="77777777" w:rsidR="00F358B4" w:rsidRDefault="00F358B4" w:rsidP="00F358B4">
          <w:pPr>
            <w:jc w:val="right"/>
          </w:pPr>
          <w:proofErr w:type="gramStart"/>
          <w:r>
            <w:rPr>
              <w:color w:val="696969"/>
              <w:sz w:val="18"/>
            </w:rPr>
            <w:t>sales@cloudbrainer.com  •</w:t>
          </w:r>
          <w:proofErr w:type="gramEnd"/>
          <w:r>
            <w:rPr>
              <w:color w:val="696969"/>
              <w:sz w:val="18"/>
            </w:rPr>
            <w:t xml:space="preserve">  +49 [</w:t>
          </w:r>
          <w:proofErr w:type="spellStart"/>
          <w:proofErr w:type="gramStart"/>
          <w:r>
            <w:rPr>
              <w:color w:val="696969"/>
              <w:sz w:val="18"/>
            </w:rPr>
            <w:t>Telefon</w:t>
          </w:r>
          <w:proofErr w:type="spellEnd"/>
          <w:r>
            <w:rPr>
              <w:color w:val="696969"/>
              <w:sz w:val="18"/>
            </w:rPr>
            <w:t>]  •</w:t>
          </w:r>
          <w:proofErr w:type="gramEnd"/>
          <w:r>
            <w:rPr>
              <w:color w:val="696969"/>
              <w:sz w:val="18"/>
            </w:rPr>
            <w:t xml:space="preserve">  </w:t>
          </w:r>
          <w:proofErr w:type="gramStart"/>
          <w:r>
            <w:rPr>
              <w:color w:val="696969"/>
              <w:sz w:val="18"/>
            </w:rPr>
            <w:t>cloudbrainer.com  •</w:t>
          </w:r>
          <w:proofErr w:type="gramEnd"/>
          <w:r>
            <w:rPr>
              <w:color w:val="696969"/>
              <w:sz w:val="18"/>
            </w:rPr>
            <w:t xml:space="preserve">  [</w:t>
          </w:r>
          <w:proofErr w:type="spellStart"/>
          <w:r>
            <w:rPr>
              <w:color w:val="696969"/>
              <w:sz w:val="18"/>
            </w:rPr>
            <w:t>Adresse</w:t>
          </w:r>
          <w:proofErr w:type="spellEnd"/>
          <w:r>
            <w:rPr>
              <w:color w:val="696969"/>
              <w:sz w:val="18"/>
            </w:rPr>
            <w:t>]</w:t>
          </w:r>
        </w:p>
      </w:tc>
    </w:tr>
  </w:tbl>
  <w:p w14:paraId="1607FE2F" w14:textId="77777777" w:rsidR="00F358B4" w:rsidRDefault="00F358B4" w:rsidP="00F358B4">
    <w:pPr>
      <w:pBdr>
        <w:bottom w:val="single" w:sz="18" w:space="0" w:color="D4540B"/>
      </w:pBdr>
    </w:pPr>
  </w:p>
  <w:p w14:paraId="4073032C" w14:textId="77777777" w:rsidR="00F358B4" w:rsidRPr="00F358B4" w:rsidRDefault="00F358B4" w:rsidP="00F358B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3992361"/>
    <w:multiLevelType w:val="multilevel"/>
    <w:tmpl w:val="E80A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FA665C"/>
    <w:multiLevelType w:val="multilevel"/>
    <w:tmpl w:val="296C7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8A7BE3"/>
    <w:multiLevelType w:val="multilevel"/>
    <w:tmpl w:val="098EF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1A5A4E"/>
    <w:multiLevelType w:val="multilevel"/>
    <w:tmpl w:val="5FC0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D8A0D30"/>
    <w:multiLevelType w:val="multilevel"/>
    <w:tmpl w:val="5CA23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E73553"/>
    <w:multiLevelType w:val="multilevel"/>
    <w:tmpl w:val="D0D4D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BC25E4"/>
    <w:multiLevelType w:val="multilevel"/>
    <w:tmpl w:val="9C2C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F10614"/>
    <w:multiLevelType w:val="multilevel"/>
    <w:tmpl w:val="A26A4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BE2357"/>
    <w:multiLevelType w:val="multilevel"/>
    <w:tmpl w:val="0C44E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502E20"/>
    <w:multiLevelType w:val="multilevel"/>
    <w:tmpl w:val="7336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F87019"/>
    <w:multiLevelType w:val="multilevel"/>
    <w:tmpl w:val="58D44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69342F"/>
    <w:multiLevelType w:val="multilevel"/>
    <w:tmpl w:val="5C5E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FA64B0E"/>
    <w:multiLevelType w:val="multilevel"/>
    <w:tmpl w:val="2970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DC4D4F"/>
    <w:multiLevelType w:val="multilevel"/>
    <w:tmpl w:val="09D2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54D28B1"/>
    <w:multiLevelType w:val="multilevel"/>
    <w:tmpl w:val="9740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13058E"/>
    <w:multiLevelType w:val="multilevel"/>
    <w:tmpl w:val="9D569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C7697E"/>
    <w:multiLevelType w:val="multilevel"/>
    <w:tmpl w:val="9D649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600A40"/>
    <w:multiLevelType w:val="multilevel"/>
    <w:tmpl w:val="E4E6C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F62FB4"/>
    <w:multiLevelType w:val="multilevel"/>
    <w:tmpl w:val="959CEA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CE82F84"/>
    <w:multiLevelType w:val="multilevel"/>
    <w:tmpl w:val="41163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48788B"/>
    <w:multiLevelType w:val="multilevel"/>
    <w:tmpl w:val="72602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8D5186"/>
    <w:multiLevelType w:val="multilevel"/>
    <w:tmpl w:val="8CCAA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40783B"/>
    <w:multiLevelType w:val="multilevel"/>
    <w:tmpl w:val="5DB8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1277FED"/>
    <w:multiLevelType w:val="multilevel"/>
    <w:tmpl w:val="EEE8C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1612C9E"/>
    <w:multiLevelType w:val="multilevel"/>
    <w:tmpl w:val="EC3A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252511B"/>
    <w:multiLevelType w:val="multilevel"/>
    <w:tmpl w:val="588A4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F1281C"/>
    <w:multiLevelType w:val="multilevel"/>
    <w:tmpl w:val="F2BA6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3982FDD"/>
    <w:multiLevelType w:val="multilevel"/>
    <w:tmpl w:val="D1928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6A375C8"/>
    <w:multiLevelType w:val="multilevel"/>
    <w:tmpl w:val="85E8A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4A2BBA"/>
    <w:multiLevelType w:val="multilevel"/>
    <w:tmpl w:val="92402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906142"/>
    <w:multiLevelType w:val="multilevel"/>
    <w:tmpl w:val="BDC47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8DD3233"/>
    <w:multiLevelType w:val="multilevel"/>
    <w:tmpl w:val="3B824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604FF6"/>
    <w:multiLevelType w:val="multilevel"/>
    <w:tmpl w:val="99782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621479"/>
    <w:multiLevelType w:val="multilevel"/>
    <w:tmpl w:val="41468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AE1375"/>
    <w:multiLevelType w:val="multilevel"/>
    <w:tmpl w:val="4AFC3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C31C84"/>
    <w:multiLevelType w:val="multilevel"/>
    <w:tmpl w:val="392E1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1658749">
    <w:abstractNumId w:val="8"/>
  </w:num>
  <w:num w:numId="2" w16cid:durableId="1628702203">
    <w:abstractNumId w:val="6"/>
  </w:num>
  <w:num w:numId="3" w16cid:durableId="361833322">
    <w:abstractNumId w:val="5"/>
  </w:num>
  <w:num w:numId="4" w16cid:durableId="1032849132">
    <w:abstractNumId w:val="4"/>
  </w:num>
  <w:num w:numId="5" w16cid:durableId="657270045">
    <w:abstractNumId w:val="7"/>
  </w:num>
  <w:num w:numId="6" w16cid:durableId="98649893">
    <w:abstractNumId w:val="3"/>
  </w:num>
  <w:num w:numId="7" w16cid:durableId="1477138823">
    <w:abstractNumId w:val="2"/>
  </w:num>
  <w:num w:numId="8" w16cid:durableId="1333143061">
    <w:abstractNumId w:val="1"/>
  </w:num>
  <w:num w:numId="9" w16cid:durableId="1705793282">
    <w:abstractNumId w:val="0"/>
  </w:num>
  <w:num w:numId="10" w16cid:durableId="1521624116">
    <w:abstractNumId w:val="23"/>
  </w:num>
  <w:num w:numId="11" w16cid:durableId="2027515851">
    <w:abstractNumId w:val="16"/>
  </w:num>
  <w:num w:numId="12" w16cid:durableId="1439452233">
    <w:abstractNumId w:val="17"/>
  </w:num>
  <w:num w:numId="13" w16cid:durableId="2039238466">
    <w:abstractNumId w:val="29"/>
  </w:num>
  <w:num w:numId="14" w16cid:durableId="700665648">
    <w:abstractNumId w:val="33"/>
  </w:num>
  <w:num w:numId="15" w16cid:durableId="792406835">
    <w:abstractNumId w:val="19"/>
  </w:num>
  <w:num w:numId="16" w16cid:durableId="771050826">
    <w:abstractNumId w:val="11"/>
  </w:num>
  <w:num w:numId="17" w16cid:durableId="1456175525">
    <w:abstractNumId w:val="26"/>
  </w:num>
  <w:num w:numId="18" w16cid:durableId="438068594">
    <w:abstractNumId w:val="10"/>
  </w:num>
  <w:num w:numId="19" w16cid:durableId="188951741">
    <w:abstractNumId w:val="15"/>
  </w:num>
  <w:num w:numId="20" w16cid:durableId="735709398">
    <w:abstractNumId w:val="18"/>
  </w:num>
  <w:num w:numId="21" w16cid:durableId="750395989">
    <w:abstractNumId w:val="21"/>
  </w:num>
  <w:num w:numId="22" w16cid:durableId="766734346">
    <w:abstractNumId w:val="31"/>
  </w:num>
  <w:num w:numId="23" w16cid:durableId="741871080">
    <w:abstractNumId w:val="41"/>
  </w:num>
  <w:num w:numId="24" w16cid:durableId="986589742">
    <w:abstractNumId w:val="20"/>
  </w:num>
  <w:num w:numId="25" w16cid:durableId="353501470">
    <w:abstractNumId w:val="32"/>
  </w:num>
  <w:num w:numId="26" w16cid:durableId="615913118">
    <w:abstractNumId w:val="44"/>
  </w:num>
  <w:num w:numId="27" w16cid:durableId="2076122208">
    <w:abstractNumId w:val="35"/>
  </w:num>
  <w:num w:numId="28" w16cid:durableId="1434933849">
    <w:abstractNumId w:val="27"/>
  </w:num>
  <w:num w:numId="29" w16cid:durableId="644512309">
    <w:abstractNumId w:val="34"/>
  </w:num>
  <w:num w:numId="30" w16cid:durableId="1852986714">
    <w:abstractNumId w:val="24"/>
  </w:num>
  <w:num w:numId="31" w16cid:durableId="1359887239">
    <w:abstractNumId w:val="22"/>
  </w:num>
  <w:num w:numId="32" w16cid:durableId="42411712">
    <w:abstractNumId w:val="39"/>
  </w:num>
  <w:num w:numId="33" w16cid:durableId="708995489">
    <w:abstractNumId w:val="28"/>
  </w:num>
  <w:num w:numId="34" w16cid:durableId="385876156">
    <w:abstractNumId w:val="12"/>
  </w:num>
  <w:num w:numId="35" w16cid:durableId="1789202706">
    <w:abstractNumId w:val="30"/>
  </w:num>
  <w:num w:numId="36" w16cid:durableId="755900483">
    <w:abstractNumId w:val="13"/>
  </w:num>
  <w:num w:numId="37" w16cid:durableId="428045550">
    <w:abstractNumId w:val="37"/>
  </w:num>
  <w:num w:numId="38" w16cid:durableId="2073307617">
    <w:abstractNumId w:val="14"/>
  </w:num>
  <w:num w:numId="39" w16cid:durableId="161119309">
    <w:abstractNumId w:val="36"/>
  </w:num>
  <w:num w:numId="40" w16cid:durableId="730887685">
    <w:abstractNumId w:val="43"/>
  </w:num>
  <w:num w:numId="41" w16cid:durableId="1683584531">
    <w:abstractNumId w:val="40"/>
  </w:num>
  <w:num w:numId="42" w16cid:durableId="98068719">
    <w:abstractNumId w:val="9"/>
  </w:num>
  <w:num w:numId="43" w16cid:durableId="1165433912">
    <w:abstractNumId w:val="42"/>
  </w:num>
  <w:num w:numId="44" w16cid:durableId="1919093791">
    <w:abstractNumId w:val="38"/>
  </w:num>
  <w:num w:numId="45" w16cid:durableId="210417837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309F5"/>
    <w:rsid w:val="00765429"/>
    <w:rsid w:val="00A34F69"/>
    <w:rsid w:val="00AA1D8D"/>
    <w:rsid w:val="00B47730"/>
    <w:rsid w:val="00CB0664"/>
    <w:rsid w:val="00E50F30"/>
    <w:rsid w:val="00F358B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D01CAA"/>
  <w14:defaultImageDpi w14:val="300"/>
  <w15:docId w15:val="{1EC3E3C7-82E3-4198-8307-95D8292EE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1615</Words>
  <Characters>10180</Characters>
  <Application>Microsoft Office Word</Application>
  <DocSecurity>0</DocSecurity>
  <Lines>84</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11772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Moritz Zentner</cp:lastModifiedBy>
  <cp:revision>2</cp:revision>
  <dcterms:created xsi:type="dcterms:W3CDTF">2026-02-01T21:48:00Z</dcterms:created>
  <dcterms:modified xsi:type="dcterms:W3CDTF">2026-02-01T21:48:00Z</dcterms:modified>
  <cp:category/>
</cp:coreProperties>
</file>