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1473" w14:textId="263B8779" w:rsidR="003B3E0C" w:rsidRDefault="003B3E0C">
      <w:pPr>
        <w:pStyle w:val="Title"/>
      </w:pPr>
      <w:r w:rsidRPr="003B3E0C">
        <w:rPr>
          <w:b/>
          <w:bCs/>
        </w:rPr>
        <w:t>Arka Ghose</w:t>
      </w:r>
      <w:r>
        <w:t xml:space="preserve"> </w:t>
      </w:r>
      <w:r w:rsidRPr="003B3E0C">
        <w:rPr>
          <w:rFonts w:ascii="Calibri Light" w:hAnsi="Calibri Light" w:cs="Calibri Light"/>
        </w:rPr>
        <w:t>UX Designer</w:t>
      </w:r>
      <w:r w:rsidR="00070435">
        <w:rPr>
          <w:rFonts w:ascii="Calibri Light" w:hAnsi="Calibri Light" w:cs="Calibri Light"/>
        </w:rPr>
        <w:t xml:space="preserve"> </w:t>
      </w:r>
    </w:p>
    <w:p w14:paraId="51035C40" w14:textId="02B77F95" w:rsidR="003B3E0C" w:rsidRPr="003B3E0C" w:rsidRDefault="003B3E0C" w:rsidP="003B3E0C">
      <w:r w:rsidRPr="003B3E0C">
        <w:t>Arka Ghose • UX Designer</w:t>
      </w:r>
    </w:p>
    <w:p w14:paraId="257D0D38" w14:textId="616767DA" w:rsidR="00880B1F" w:rsidRDefault="003B3E0C">
      <w:r>
        <w:t xml:space="preserve">📞 (908) 938-4771    📧 </w:t>
      </w:r>
      <w:hyperlink r:id="rId6" w:history="1">
        <w:r w:rsidR="00351CA9" w:rsidRPr="008279F4">
          <w:rPr>
            <w:rStyle w:val="Hyperlink"/>
          </w:rPr>
          <w:t>aghose56@gmail.com</w:t>
        </w:r>
      </w:hyperlink>
      <w:r w:rsidR="00351CA9">
        <w:t xml:space="preserve">  </w:t>
      </w:r>
      <w:r>
        <w:t xml:space="preserve">🌐 </w:t>
      </w:r>
      <w:hyperlink r:id="rId7" w:history="1">
        <w:r w:rsidR="00E57133" w:rsidRPr="001D615E">
          <w:rPr>
            <w:rStyle w:val="Hyperlink"/>
          </w:rPr>
          <w:t>https://arkadesign.io/</w:t>
        </w:r>
      </w:hyperlink>
      <w:r w:rsidR="00E57133">
        <w:t xml:space="preserve"> </w:t>
      </w:r>
    </w:p>
    <w:p w14:paraId="4970DE4E" w14:textId="77777777" w:rsidR="00880B1F" w:rsidRDefault="00880B1F"/>
    <w:p w14:paraId="0A0D42B0" w14:textId="77777777" w:rsidR="00880B1F" w:rsidRDefault="003B3E0C">
      <w:pPr>
        <w:pStyle w:val="Heading2"/>
      </w:pPr>
      <w:r>
        <w:t>Core Skills</w:t>
      </w:r>
    </w:p>
    <w:p w14:paraId="39C40014" w14:textId="734C1612" w:rsidR="00880B1F" w:rsidRDefault="003B3E0C">
      <w:pPr>
        <w:spacing w:after="120"/>
      </w:pPr>
      <w:r>
        <w:t>UX Design • Wireframing &amp; Prototyping • UX Research • User Personas • Information Architecture • Design Systems • Accessibility (WCAG) • Design Thinking • SDLC</w:t>
      </w:r>
      <w:r w:rsidR="00112FB2">
        <w:t xml:space="preserve"> • AI Design Tools</w:t>
      </w:r>
    </w:p>
    <w:p w14:paraId="7B07649D" w14:textId="0C151E86" w:rsidR="003B3E0C" w:rsidRDefault="00ED0061" w:rsidP="003B3E0C">
      <w:pPr>
        <w:pStyle w:val="Heading2"/>
      </w:pPr>
      <w:r>
        <w:t>Tools</w:t>
      </w:r>
    </w:p>
    <w:p w14:paraId="3EAFD83D" w14:textId="308B043B" w:rsidR="003B3E0C" w:rsidRDefault="003B3E0C">
      <w:pPr>
        <w:spacing w:after="120"/>
      </w:pPr>
      <w:r w:rsidRPr="003B3E0C">
        <w:t>Figma</w:t>
      </w:r>
      <w:r>
        <w:t xml:space="preserve"> •</w:t>
      </w:r>
      <w:r w:rsidRPr="003B3E0C">
        <w:t xml:space="preserve"> Adobe XD</w:t>
      </w:r>
      <w:r>
        <w:t xml:space="preserve"> • </w:t>
      </w:r>
      <w:r w:rsidRPr="003B3E0C">
        <w:t>Miro</w:t>
      </w:r>
      <w:r>
        <w:t xml:space="preserve"> •</w:t>
      </w:r>
      <w:r w:rsidRPr="003B3E0C">
        <w:t xml:space="preserve"> Jira</w:t>
      </w:r>
      <w:r>
        <w:t xml:space="preserve"> </w:t>
      </w:r>
      <w:proofErr w:type="gramStart"/>
      <w:r w:rsidR="00D2792B">
        <w:t xml:space="preserve">• </w:t>
      </w:r>
      <w:r w:rsidR="00E8771F">
        <w:t xml:space="preserve"> </w:t>
      </w:r>
      <w:proofErr w:type="spellStart"/>
      <w:r w:rsidR="00E8771F">
        <w:t>Webflow</w:t>
      </w:r>
      <w:proofErr w:type="spellEnd"/>
      <w:proofErr w:type="gramEnd"/>
      <w:r w:rsidR="00E8771F">
        <w:t xml:space="preserve">  • </w:t>
      </w:r>
      <w:r w:rsidR="00D2792B">
        <w:t>Agile (scrum)</w:t>
      </w:r>
      <w:r w:rsidR="00D91C5F">
        <w:t xml:space="preserve"> </w:t>
      </w:r>
      <w:proofErr w:type="gramStart"/>
      <w:r>
        <w:t>•</w:t>
      </w:r>
      <w:r w:rsidR="00D91C5F">
        <w:t xml:space="preserve"> </w:t>
      </w:r>
      <w:r>
        <w:t xml:space="preserve"> </w:t>
      </w:r>
      <w:proofErr w:type="spellStart"/>
      <w:r>
        <w:t>UserZoom</w:t>
      </w:r>
      <w:proofErr w:type="spellEnd"/>
      <w:proofErr w:type="gramEnd"/>
      <w:r>
        <w:t xml:space="preserve"> • </w:t>
      </w:r>
      <w:r w:rsidR="00455A5E">
        <w:t xml:space="preserve">Tableaux </w:t>
      </w:r>
    </w:p>
    <w:p w14:paraId="04C85826" w14:textId="08731086" w:rsidR="005066E8" w:rsidRDefault="005066E8" w:rsidP="005066E8">
      <w:pPr>
        <w:pStyle w:val="Heading2"/>
      </w:pPr>
      <w:r>
        <w:t>AI Tools and Skills</w:t>
      </w:r>
    </w:p>
    <w:p w14:paraId="43B152F5" w14:textId="685E0880" w:rsidR="005066E8" w:rsidRDefault="005066E8">
      <w:pPr>
        <w:spacing w:after="120"/>
      </w:pPr>
      <w:r>
        <w:t>Framer AI •</w:t>
      </w:r>
      <w:r w:rsidRPr="003B3E0C">
        <w:t xml:space="preserve"> </w:t>
      </w:r>
      <w:proofErr w:type="spellStart"/>
      <w:r w:rsidR="007E0F21">
        <w:t>UXPilot</w:t>
      </w:r>
      <w:proofErr w:type="spellEnd"/>
      <w:r>
        <w:t xml:space="preserve"> • </w:t>
      </w:r>
      <w:r w:rsidR="00102D0B">
        <w:t>Figma Make</w:t>
      </w:r>
      <w:r>
        <w:t xml:space="preserve"> •</w:t>
      </w:r>
      <w:r w:rsidRPr="003B3E0C">
        <w:t xml:space="preserve"> </w:t>
      </w:r>
      <w:r w:rsidR="00481FE5">
        <w:t>Claude (Artifacts</w:t>
      </w:r>
      <w:r w:rsidR="00102D0B">
        <w:t xml:space="preserve"> and Code</w:t>
      </w:r>
      <w:r w:rsidR="00481FE5">
        <w:t>) •</w:t>
      </w:r>
      <w:r w:rsidR="00481FE5" w:rsidRPr="003B3E0C">
        <w:t xml:space="preserve"> </w:t>
      </w:r>
      <w:r w:rsidR="00481FE5">
        <w:t>Gemini</w:t>
      </w:r>
    </w:p>
    <w:p w14:paraId="2F43C433" w14:textId="77777777" w:rsidR="00880B1F" w:rsidRDefault="003B3E0C">
      <w:pPr>
        <w:pStyle w:val="Heading2"/>
      </w:pPr>
      <w:r>
        <w:t>Professional Experience</w:t>
      </w:r>
    </w:p>
    <w:p w14:paraId="55CAB690" w14:textId="77777777" w:rsidR="00880B1F" w:rsidRDefault="003B3E0C">
      <w:pPr>
        <w:spacing w:after="120"/>
      </w:pPr>
      <w:r>
        <w:rPr>
          <w:b/>
        </w:rPr>
        <w:t>Bristol Myers Squibb – UX Designer &amp; Researcher</w:t>
      </w:r>
    </w:p>
    <w:p w14:paraId="5CCA8A94" w14:textId="07928EC0" w:rsidR="00880B1F" w:rsidRDefault="003B3E0C">
      <w:pPr>
        <w:spacing w:after="120"/>
      </w:pPr>
      <w:r>
        <w:t xml:space="preserve">2021 – </w:t>
      </w:r>
      <w:r w:rsidR="00B66BD2">
        <w:t>2025</w:t>
      </w:r>
    </w:p>
    <w:p w14:paraId="1F282267" w14:textId="77777777" w:rsidR="00775A19" w:rsidRDefault="00775A19">
      <w:pPr>
        <w:pStyle w:val="ListBullet"/>
      </w:pPr>
      <w:r w:rsidRPr="00775A19">
        <w:t>Owned end-to-end UX for 10+ enterprise applications serving healthcare professionals and scientists, increasing product effectiveness through research-driven design decisions</w:t>
      </w:r>
    </w:p>
    <w:p w14:paraId="02A7B2CC" w14:textId="4A29BDA1" w:rsidR="00880B1F" w:rsidRDefault="003B3E0C">
      <w:pPr>
        <w:pStyle w:val="ListBullet"/>
      </w:pPr>
      <w:r>
        <w:t xml:space="preserve">Created an internal </w:t>
      </w:r>
      <w:r w:rsidR="00E31B9D">
        <w:t>style guide</w:t>
      </w:r>
      <w:r>
        <w:t xml:space="preserve"> to unify product design across teams</w:t>
      </w:r>
      <w:r w:rsidR="00227F79">
        <w:t xml:space="preserve"> heavily decreasing time to ship applications</w:t>
      </w:r>
    </w:p>
    <w:p w14:paraId="7682DC1A" w14:textId="610D1AA0" w:rsidR="00880B1F" w:rsidRDefault="003B3E0C">
      <w:pPr>
        <w:pStyle w:val="ListBullet"/>
      </w:pPr>
      <w:r>
        <w:t>Redesigned company directory improving discoverability and usability based on user feedback</w:t>
      </w:r>
      <w:r w:rsidR="00E51028">
        <w:t xml:space="preserve"> – Usage </w:t>
      </w:r>
      <w:proofErr w:type="spellStart"/>
      <w:r w:rsidR="00E51028">
        <w:t>company wide</w:t>
      </w:r>
      <w:proofErr w:type="spellEnd"/>
      <w:r w:rsidR="00E51028">
        <w:t xml:space="preserve"> increased by </w:t>
      </w:r>
      <w:r w:rsidR="00E51028" w:rsidRPr="00E51028">
        <w:rPr>
          <w:b/>
          <w:bCs/>
        </w:rPr>
        <w:t>23%</w:t>
      </w:r>
      <w:r w:rsidR="00E51028">
        <w:t xml:space="preserve"> by time on site</w:t>
      </w:r>
    </w:p>
    <w:p w14:paraId="1542C0CB" w14:textId="38B36783" w:rsidR="00880B1F" w:rsidRDefault="003B3E0C">
      <w:pPr>
        <w:pStyle w:val="ListBullet"/>
      </w:pPr>
      <w:r>
        <w:t>Conducted stakeholder and user interviews, moderated usability tests, and led design workshops</w:t>
      </w:r>
      <w:r w:rsidR="00563BAC">
        <w:t xml:space="preserve"> to </w:t>
      </w:r>
      <w:r w:rsidR="00EC3607">
        <w:t>gain comprehension of problem space</w:t>
      </w:r>
    </w:p>
    <w:p w14:paraId="3CEAF327" w14:textId="77777777" w:rsidR="00880B1F" w:rsidRDefault="003B3E0C">
      <w:pPr>
        <w:pStyle w:val="ListBullet"/>
      </w:pPr>
      <w:r>
        <w:t>Championed accessibility by annotating designs for developers and contributing to accessibility resources</w:t>
      </w:r>
    </w:p>
    <w:p w14:paraId="261556AE" w14:textId="4B0FF0C6" w:rsidR="00445536" w:rsidRDefault="00445536" w:rsidP="00445536">
      <w:pPr>
        <w:pStyle w:val="ListBullet"/>
      </w:pPr>
      <w:r>
        <w:t xml:space="preserve">Designed features to leverage GenAI </w:t>
      </w:r>
    </w:p>
    <w:p w14:paraId="1C7EFCFB" w14:textId="77777777" w:rsidR="00880B1F" w:rsidRDefault="003B3E0C">
      <w:pPr>
        <w:spacing w:after="120"/>
      </w:pPr>
      <w:r>
        <w:rPr>
          <w:b/>
        </w:rPr>
        <w:t>Sales Boomerang – Junior UX Designer</w:t>
      </w:r>
    </w:p>
    <w:p w14:paraId="4EBBEC8B" w14:textId="77777777" w:rsidR="00880B1F" w:rsidRDefault="003B3E0C">
      <w:pPr>
        <w:spacing w:after="120"/>
      </w:pPr>
      <w:r>
        <w:t>2020 – 2021</w:t>
      </w:r>
    </w:p>
    <w:p w14:paraId="1A6E75A7" w14:textId="77777777" w:rsidR="00880B1F" w:rsidRDefault="003B3E0C">
      <w:pPr>
        <w:pStyle w:val="ListBullet"/>
      </w:pPr>
      <w:r>
        <w:t>Designed 10+ features for a B2B financial platform, improving functionality and user experience</w:t>
      </w:r>
    </w:p>
    <w:p w14:paraId="1064D651" w14:textId="1DE5AC68" w:rsidR="00B46F90" w:rsidRDefault="00B46F90" w:rsidP="00A66B1D">
      <w:pPr>
        <w:pStyle w:val="ListBullet"/>
      </w:pPr>
      <w:r>
        <w:t xml:space="preserve">Led UX design of </w:t>
      </w:r>
      <w:proofErr w:type="gramStart"/>
      <w:r>
        <w:t>an</w:t>
      </w:r>
      <w:proofErr w:type="gramEnd"/>
      <w:r>
        <w:t xml:space="preserve"> ROI calculator that improved sales confidence and decision making through clearer financial modeling.</w:t>
      </w:r>
    </w:p>
    <w:p w14:paraId="1E3752B0" w14:textId="37D5E6A6" w:rsidR="00B46F90" w:rsidRDefault="00B46F90" w:rsidP="00A66B1D">
      <w:pPr>
        <w:pStyle w:val="ListBullet"/>
      </w:pPr>
      <w:r>
        <w:t xml:space="preserve">Designed a bulk upload experience that reduced user errors and </w:t>
      </w:r>
      <w:proofErr w:type="gramStart"/>
      <w:r>
        <w:t>support</w:t>
      </w:r>
      <w:proofErr w:type="gramEnd"/>
      <w:r>
        <w:t xml:space="preserve"> dependency.</w:t>
      </w:r>
    </w:p>
    <w:p w14:paraId="6D7FA4B9" w14:textId="77777777" w:rsidR="00A66B1D" w:rsidRDefault="00B46F90" w:rsidP="00B46F90">
      <w:pPr>
        <w:pStyle w:val="ListBullet"/>
      </w:pPr>
      <w:r>
        <w:lastRenderedPageBreak/>
        <w:t>Redesigned the main dashboard to streamline primary workflows and improve discoverability.</w:t>
      </w:r>
    </w:p>
    <w:p w14:paraId="3C71057F" w14:textId="7717F785" w:rsidR="00880B1F" w:rsidRDefault="003B3E0C" w:rsidP="00B46F90">
      <w:pPr>
        <w:pStyle w:val="ListBullet"/>
      </w:pPr>
      <w:r>
        <w:t>Conducted user research including interviews, usability testing, heuristic evaluations, and persona development</w:t>
      </w:r>
    </w:p>
    <w:p w14:paraId="56ECA1F7" w14:textId="77777777" w:rsidR="00880B1F" w:rsidRDefault="003B3E0C">
      <w:pPr>
        <w:spacing w:after="120"/>
      </w:pPr>
      <w:r>
        <w:rPr>
          <w:b/>
        </w:rPr>
        <w:t>Infosys – Senior Associate Tech Analyst (UX Designer)</w:t>
      </w:r>
    </w:p>
    <w:p w14:paraId="4F0E6FD9" w14:textId="77777777" w:rsidR="00880B1F" w:rsidRDefault="003B3E0C">
      <w:pPr>
        <w:spacing w:after="120"/>
      </w:pPr>
      <w:r>
        <w:t>2017 – 2020</w:t>
      </w:r>
    </w:p>
    <w:p w14:paraId="77E5BFFB" w14:textId="77777777" w:rsidR="00880B1F" w:rsidRDefault="003B3E0C">
      <w:pPr>
        <w:pStyle w:val="ListBullet"/>
      </w:pPr>
      <w:r>
        <w:t>Contributed UX design and research to internal platforms serving financial and enterprise users</w:t>
      </w:r>
    </w:p>
    <w:p w14:paraId="4402EC74" w14:textId="77777777" w:rsidR="00880B1F" w:rsidRDefault="003B3E0C">
      <w:pPr>
        <w:pStyle w:val="ListBullet"/>
      </w:pPr>
      <w:r>
        <w:t xml:space="preserve">Led UX initiatives </w:t>
      </w:r>
      <w:proofErr w:type="gramStart"/>
      <w:r>
        <w:t>similar to</w:t>
      </w:r>
      <w:proofErr w:type="gramEnd"/>
      <w:r>
        <w:t xml:space="preserve"> later roles, including ROI calculators, dashboard redesigns, and upload tools</w:t>
      </w:r>
    </w:p>
    <w:p w14:paraId="3F360A1D" w14:textId="77777777" w:rsidR="00880B1F" w:rsidRDefault="003B3E0C">
      <w:pPr>
        <w:pStyle w:val="ListBullet"/>
      </w:pPr>
      <w:r>
        <w:t>Facilitated collaboration across product, engineering, and QA teams using Agile methodologies</w:t>
      </w:r>
    </w:p>
    <w:p w14:paraId="433D1D8E" w14:textId="28B2614E" w:rsidR="00C14432" w:rsidRDefault="00B215F7">
      <w:pPr>
        <w:pStyle w:val="ListBullet"/>
      </w:pPr>
      <w:r>
        <w:t>Client Projects included nationwide retail</w:t>
      </w:r>
      <w:r w:rsidR="00BA6AF0">
        <w:t>, mobile</w:t>
      </w:r>
      <w:r>
        <w:t xml:space="preserve"> and insurance companies</w:t>
      </w:r>
    </w:p>
    <w:p w14:paraId="172ECA90" w14:textId="77777777" w:rsidR="00880B1F" w:rsidRDefault="003B3E0C">
      <w:pPr>
        <w:pStyle w:val="Heading2"/>
      </w:pPr>
      <w:r>
        <w:t>Education</w:t>
      </w:r>
    </w:p>
    <w:p w14:paraId="791DA97C" w14:textId="5BA85FED" w:rsidR="00880B1F" w:rsidRDefault="003B3E0C">
      <w:pPr>
        <w:spacing w:after="120"/>
      </w:pPr>
      <w:r>
        <w:rPr>
          <w:b/>
        </w:rPr>
        <w:t>Rutgers University, New Brunswick</w:t>
      </w:r>
      <w:r w:rsidR="007D3BC1">
        <w:rPr>
          <w:b/>
        </w:rPr>
        <w:t>, NJ</w:t>
      </w:r>
    </w:p>
    <w:p w14:paraId="01FBFC93" w14:textId="0642C424" w:rsidR="00880B1F" w:rsidRDefault="006455C7">
      <w:pPr>
        <w:spacing w:after="120"/>
      </w:pPr>
      <w:r>
        <w:t>Bachelor of Science</w:t>
      </w:r>
      <w:r w:rsidR="003B3E0C">
        <w:t xml:space="preserve"> in Mechanical Engineering, Minor in Geography, 2017</w:t>
      </w:r>
    </w:p>
    <w:p w14:paraId="3B155710" w14:textId="77777777" w:rsidR="00880B1F" w:rsidRDefault="003B3E0C">
      <w:pPr>
        <w:pStyle w:val="Heading2"/>
      </w:pPr>
      <w:r>
        <w:t>Certifications</w:t>
      </w:r>
    </w:p>
    <w:p w14:paraId="3CB9DB7B" w14:textId="77777777" w:rsidR="00880B1F" w:rsidRDefault="003B3E0C">
      <w:pPr>
        <w:pStyle w:val="ListBullet"/>
      </w:pPr>
      <w:r>
        <w:t>Strategic Design Program – Rhode Island School of Design</w:t>
      </w:r>
    </w:p>
    <w:p w14:paraId="4125BFEC" w14:textId="77777777" w:rsidR="00880B1F" w:rsidRDefault="003B3E0C">
      <w:pPr>
        <w:pStyle w:val="ListBullet"/>
      </w:pPr>
      <w:r>
        <w:t>Lean Six Sigma Green Belt</w:t>
      </w:r>
    </w:p>
    <w:sectPr w:rsidR="00880B1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8987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7798614">
    <w:abstractNumId w:val="8"/>
  </w:num>
  <w:num w:numId="2" w16cid:durableId="1548761103">
    <w:abstractNumId w:val="6"/>
  </w:num>
  <w:num w:numId="3" w16cid:durableId="288779592">
    <w:abstractNumId w:val="5"/>
  </w:num>
  <w:num w:numId="4" w16cid:durableId="2008704822">
    <w:abstractNumId w:val="4"/>
  </w:num>
  <w:num w:numId="5" w16cid:durableId="831138066">
    <w:abstractNumId w:val="7"/>
  </w:num>
  <w:num w:numId="6" w16cid:durableId="145435181">
    <w:abstractNumId w:val="3"/>
  </w:num>
  <w:num w:numId="7" w16cid:durableId="205262420">
    <w:abstractNumId w:val="2"/>
  </w:num>
  <w:num w:numId="8" w16cid:durableId="232132622">
    <w:abstractNumId w:val="1"/>
  </w:num>
  <w:num w:numId="9" w16cid:durableId="77039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35"/>
    <w:rsid w:val="000F24CD"/>
    <w:rsid w:val="00102D0B"/>
    <w:rsid w:val="00112FB2"/>
    <w:rsid w:val="00130742"/>
    <w:rsid w:val="0015074B"/>
    <w:rsid w:val="001B320E"/>
    <w:rsid w:val="00227F79"/>
    <w:rsid w:val="0029639D"/>
    <w:rsid w:val="002E74A8"/>
    <w:rsid w:val="00326F90"/>
    <w:rsid w:val="00351CA9"/>
    <w:rsid w:val="003B3E0C"/>
    <w:rsid w:val="00445536"/>
    <w:rsid w:val="00455891"/>
    <w:rsid w:val="00455A5E"/>
    <w:rsid w:val="00481FE5"/>
    <w:rsid w:val="005066E8"/>
    <w:rsid w:val="0051058D"/>
    <w:rsid w:val="00563BAC"/>
    <w:rsid w:val="00574DD9"/>
    <w:rsid w:val="005B08F5"/>
    <w:rsid w:val="006455C7"/>
    <w:rsid w:val="006D3F70"/>
    <w:rsid w:val="00775A19"/>
    <w:rsid w:val="007A4EB9"/>
    <w:rsid w:val="007C43AE"/>
    <w:rsid w:val="007D3BC1"/>
    <w:rsid w:val="007E0F21"/>
    <w:rsid w:val="007F066A"/>
    <w:rsid w:val="00871376"/>
    <w:rsid w:val="00880B1F"/>
    <w:rsid w:val="00A66B1D"/>
    <w:rsid w:val="00A96FA0"/>
    <w:rsid w:val="00AA1D8D"/>
    <w:rsid w:val="00B215F7"/>
    <w:rsid w:val="00B46F90"/>
    <w:rsid w:val="00B47730"/>
    <w:rsid w:val="00B66BD2"/>
    <w:rsid w:val="00BA6AF0"/>
    <w:rsid w:val="00C14432"/>
    <w:rsid w:val="00C8499F"/>
    <w:rsid w:val="00CB0664"/>
    <w:rsid w:val="00CE2E5B"/>
    <w:rsid w:val="00D2792B"/>
    <w:rsid w:val="00D91C5F"/>
    <w:rsid w:val="00DE3EE1"/>
    <w:rsid w:val="00E31B9D"/>
    <w:rsid w:val="00E51028"/>
    <w:rsid w:val="00E57133"/>
    <w:rsid w:val="00E60F03"/>
    <w:rsid w:val="00E8771F"/>
    <w:rsid w:val="00EC291E"/>
    <w:rsid w:val="00EC3607"/>
    <w:rsid w:val="00ED0061"/>
    <w:rsid w:val="00ED734B"/>
    <w:rsid w:val="00F653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D67159"/>
  <w14:defaultImageDpi w14:val="300"/>
  <w15:docId w15:val="{2D12279B-6850-4731-855D-AD307D50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51C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rkadesign.i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hose5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Arka Ghose</cp:lastModifiedBy>
  <cp:revision>31</cp:revision>
  <cp:lastPrinted>2025-12-20T06:45:00Z</cp:lastPrinted>
  <dcterms:created xsi:type="dcterms:W3CDTF">2025-12-20T06:49:00Z</dcterms:created>
  <dcterms:modified xsi:type="dcterms:W3CDTF">2026-07-02T20:14:00Z</dcterms:modified>
  <cp:category/>
</cp:coreProperties>
</file>