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9F749E" w14:textId="77777777" w:rsidR="002148C1" w:rsidRDefault="00000000">
      <w:pPr>
        <w:pStyle w:val="Title"/>
        <w:jc w:val="center"/>
      </w:pPr>
      <w:r>
        <w:t>What Would Loving Look Like Here?</w:t>
      </w:r>
    </w:p>
    <w:p w14:paraId="5F49BB45" w14:textId="77777777" w:rsidR="002148C1" w:rsidRDefault="00000000">
      <w:pPr>
        <w:jc w:val="center"/>
      </w:pPr>
      <w:r>
        <w:rPr>
          <w:i/>
          <w:sz w:val="26"/>
        </w:rPr>
        <w:t>A Practice for Living What Loving Is</w:t>
      </w:r>
    </w:p>
    <w:p w14:paraId="2AA2393C" w14:textId="77777777" w:rsidR="002148C1" w:rsidRDefault="002148C1"/>
    <w:p w14:paraId="2C7A6D3E" w14:textId="77777777" w:rsidR="002148C1" w:rsidRDefault="00000000">
      <w:pPr>
        <w:jc w:val="center"/>
      </w:pPr>
      <w:r>
        <w:rPr>
          <w:b/>
          <w:sz w:val="30"/>
        </w:rPr>
        <w:t>Loving is not something we perfect. It is something we practice.</w:t>
      </w:r>
    </w:p>
    <w:p w14:paraId="6FBDB112" w14:textId="77777777" w:rsidR="002148C1" w:rsidRDefault="00000000">
      <w:r>
        <w:t>This guide is an invitation to move beyond thinking about love and begin practicing it in the moments that actually ask something of us. Use it when you feel reactive, uncertain, hurt, afraid, divided, or simply unsure what to do next.</w:t>
      </w:r>
    </w:p>
    <w:p w14:paraId="5B3EFFAA" w14:textId="77777777" w:rsidR="002148C1" w:rsidRDefault="00000000">
      <w:r>
        <w:t>The goal is not to force yourself to feel loving. The practice is to become present enough to notice what is here, reconnect with the energy of love, and choose one next action from that place.</w:t>
      </w:r>
    </w:p>
    <w:p w14:paraId="1AE30DD4" w14:textId="77777777" w:rsidR="002148C1" w:rsidRDefault="00000000">
      <w:pPr>
        <w:pStyle w:val="Heading1"/>
      </w:pPr>
      <w:r>
        <w:t>The Practice of Loving</w:t>
      </w:r>
    </w:p>
    <w:p w14:paraId="1396352A" w14:textId="77777777" w:rsidR="002148C1" w:rsidRDefault="00000000">
      <w:pPr>
        <w:pStyle w:val="Heading2"/>
      </w:pPr>
      <w:r>
        <w:t>1. BREATHE</w:t>
      </w:r>
    </w:p>
    <w:p w14:paraId="04825A1D" w14:textId="77777777" w:rsidR="002148C1" w:rsidRDefault="00000000">
      <w:r>
        <w:t>Before you answer, decide, defend, fix, or react, stop. Take three slow, intentional breaths. Let each exhale soften the urgency to do something immediately.</w:t>
      </w:r>
    </w:p>
    <w:p w14:paraId="17C7B373" w14:textId="77777777" w:rsidR="002148C1" w:rsidRDefault="00000000">
      <w:r>
        <w:rPr>
          <w:b/>
        </w:rPr>
        <w:t>Can I give myself three breaths before I respond?</w:t>
      </w:r>
    </w:p>
    <w:p w14:paraId="633BFCFF" w14:textId="77777777" w:rsidR="002148C1" w:rsidRDefault="00000000">
      <w:r>
        <w:t>________________________________________________________________________________</w:t>
      </w:r>
    </w:p>
    <w:p w14:paraId="0F65A1A6" w14:textId="77777777" w:rsidR="002148C1" w:rsidRDefault="00000000">
      <w:pPr>
        <w:pStyle w:val="Heading2"/>
      </w:pPr>
      <w:r>
        <w:t>2. BECOME PRESENT</w:t>
      </w:r>
    </w:p>
    <w:p w14:paraId="48F71D12" w14:textId="77777777" w:rsidR="002148C1" w:rsidRDefault="00000000">
      <w:r>
        <w:t>Bring your attention out of the story in your head and into this moment. Feel your feet. Notice your body. Hear the sounds around you. Let yourself arrive where you already are.</w:t>
      </w:r>
    </w:p>
    <w:p w14:paraId="4B23051E" w14:textId="77777777" w:rsidR="002148C1" w:rsidRDefault="00000000">
      <w:r>
        <w:rPr>
          <w:b/>
        </w:rPr>
        <w:t>What do I notice in my body right now?</w:t>
      </w:r>
    </w:p>
    <w:p w14:paraId="198837FA" w14:textId="77777777" w:rsidR="002148C1" w:rsidRDefault="00000000">
      <w:r>
        <w:t>________________________________________________________________________________</w:t>
      </w:r>
    </w:p>
    <w:p w14:paraId="19D830C3" w14:textId="77777777" w:rsidR="002148C1" w:rsidRDefault="00000000">
      <w:r>
        <w:rPr>
          <w:b/>
        </w:rPr>
        <w:t>What changes when I stop trying to solve this for a moment?</w:t>
      </w:r>
    </w:p>
    <w:p w14:paraId="15D3727F" w14:textId="77777777" w:rsidR="002148C1" w:rsidRDefault="00000000">
      <w:r>
        <w:t>________________________________________________________________________________</w:t>
      </w:r>
    </w:p>
    <w:p w14:paraId="6BDC3AD1" w14:textId="77777777" w:rsidR="002148C1" w:rsidRDefault="00000000">
      <w:pPr>
        <w:pStyle w:val="Heading2"/>
      </w:pPr>
      <w:r>
        <w:t>3. RAISE YOUR AWARENESS</w:t>
      </w:r>
    </w:p>
    <w:p w14:paraId="7AC9451B" w14:textId="77777777" w:rsidR="002148C1" w:rsidRDefault="00000000">
      <w:r>
        <w:t>Turn your attention inward with curiosity instead of judgment. Notice what is actually present: anger, fear, grief, hurt, shame, defensiveness, tenderness, love, or the need to be right. You do not have to change it yet. See it clearly.</w:t>
      </w:r>
    </w:p>
    <w:p w14:paraId="166D0D47" w14:textId="77777777" w:rsidR="002148C1" w:rsidRDefault="00000000">
      <w:r>
        <w:rPr>
          <w:b/>
        </w:rPr>
        <w:t>What am I feeling beneath my first reaction?</w:t>
      </w:r>
    </w:p>
    <w:p w14:paraId="70A328FE" w14:textId="77777777" w:rsidR="002148C1" w:rsidRDefault="00000000">
      <w:r>
        <w:t>________________________________________________________________________________</w:t>
      </w:r>
    </w:p>
    <w:p w14:paraId="3E688E10" w14:textId="77777777" w:rsidR="002148C1" w:rsidRDefault="00000000">
      <w:r>
        <w:rPr>
          <w:b/>
        </w:rPr>
        <w:t>What am I afraid of?</w:t>
      </w:r>
    </w:p>
    <w:p w14:paraId="4C1EC3F8" w14:textId="77777777" w:rsidR="002148C1" w:rsidRDefault="00000000">
      <w:r>
        <w:t>________________________________________________________________________________</w:t>
      </w:r>
    </w:p>
    <w:p w14:paraId="5350D7DC" w14:textId="77777777" w:rsidR="002148C1" w:rsidRDefault="00000000">
      <w:r>
        <w:rPr>
          <w:b/>
        </w:rPr>
        <w:t>What do I need that I have not named?</w:t>
      </w:r>
    </w:p>
    <w:p w14:paraId="5F75F9CC" w14:textId="77777777" w:rsidR="002148C1" w:rsidRDefault="00000000">
      <w:r>
        <w:t>________________________________________________________________________________</w:t>
      </w:r>
    </w:p>
    <w:p w14:paraId="4BFCF002" w14:textId="77777777" w:rsidR="002148C1" w:rsidRDefault="00000000">
      <w:pPr>
        <w:pStyle w:val="Heading2"/>
      </w:pPr>
      <w:r>
        <w:lastRenderedPageBreak/>
        <w:t>4. BREATHE INTO LOVE</w:t>
      </w:r>
    </w:p>
    <w:p w14:paraId="419061F4" w14:textId="77777777" w:rsidR="002148C1" w:rsidRDefault="00000000">
      <w:r>
        <w:t>Take another slow breath. Bring to mind someone, something, or a moment that helps you genuinely feel love: a child, a person you cherish, a pet, God, nature, gratitude, or a moment of deep connection. Do not analyze love. Let yourself feel it. Notice where it lives in your body and stay with it for a few breaths.</w:t>
      </w:r>
    </w:p>
    <w:p w14:paraId="5B0AB6B0" w14:textId="77777777" w:rsidR="002148C1" w:rsidRDefault="00000000">
      <w:r>
        <w:rPr>
          <w:b/>
        </w:rPr>
        <w:t>What helps me access love right now?</w:t>
      </w:r>
    </w:p>
    <w:p w14:paraId="450F711A" w14:textId="77777777" w:rsidR="002148C1" w:rsidRDefault="00000000">
      <w:r>
        <w:t>________________________________________________________________________________</w:t>
      </w:r>
    </w:p>
    <w:p w14:paraId="7C72D340" w14:textId="77777777" w:rsidR="002148C1" w:rsidRDefault="00000000">
      <w:r>
        <w:rPr>
          <w:b/>
        </w:rPr>
        <w:t>Where do I feel that energy in my body?</w:t>
      </w:r>
    </w:p>
    <w:p w14:paraId="5C1F322A" w14:textId="77777777" w:rsidR="002148C1" w:rsidRDefault="00000000">
      <w:r>
        <w:t>________________________________________________________________________________</w:t>
      </w:r>
    </w:p>
    <w:p w14:paraId="33D44F19" w14:textId="77777777" w:rsidR="002148C1" w:rsidRDefault="00000000">
      <w:pPr>
        <w:pStyle w:val="Heading2"/>
      </w:pPr>
      <w:r>
        <w:t>5. ASK THE QUESTION</w:t>
      </w:r>
    </w:p>
    <w:p w14:paraId="72EB43C0" w14:textId="77777777" w:rsidR="002148C1" w:rsidRDefault="00000000">
      <w:r>
        <w:t>From this more present place, ask: What would loving look like here? Then ask the question in both directions: What would loving look like for them? What would loving look like for me? Loving is not the same as pleasing, agreeing, staying silent, or abandoning yourself.</w:t>
      </w:r>
    </w:p>
    <w:p w14:paraId="46931C81" w14:textId="77777777" w:rsidR="002148C1" w:rsidRDefault="00000000">
      <w:r>
        <w:rPr>
          <w:b/>
        </w:rPr>
        <w:t>Does loving look like listening, truth, compassion, courage, forgiveness, patience, a boundary, a no, an apology, staying, leaving, or waiting?</w:t>
      </w:r>
    </w:p>
    <w:p w14:paraId="14B94F2B" w14:textId="77777777" w:rsidR="002148C1" w:rsidRDefault="00000000">
      <w:r>
        <w:t>________________________________________________________________________________</w:t>
      </w:r>
    </w:p>
    <w:p w14:paraId="241ED0FB" w14:textId="77777777" w:rsidR="002148C1" w:rsidRDefault="00000000">
      <w:r>
        <w:rPr>
          <w:b/>
        </w:rPr>
        <w:t>If I did not need to win or be right, what might I see differently?</w:t>
      </w:r>
    </w:p>
    <w:p w14:paraId="4D43F50A" w14:textId="77777777" w:rsidR="002148C1" w:rsidRDefault="00000000">
      <w:r>
        <w:t>________________________________________________________________________________</w:t>
      </w:r>
    </w:p>
    <w:p w14:paraId="431C61E4" w14:textId="77777777" w:rsidR="002148C1" w:rsidRDefault="00000000">
      <w:pPr>
        <w:pStyle w:val="Heading2"/>
      </w:pPr>
      <w:r>
        <w:t>6. CHOOSE ONE LOVING ACTION</w:t>
      </w:r>
    </w:p>
    <w:p w14:paraId="32E438D4" w14:textId="77777777" w:rsidR="002148C1" w:rsidRDefault="00000000">
      <w:r>
        <w:t>You do not need to solve the whole situation. Choose one next action that is aligned with what you now see. Loving becomes real in what we practice.</w:t>
      </w:r>
    </w:p>
    <w:p w14:paraId="7864DE0D" w14:textId="77777777" w:rsidR="002148C1" w:rsidRDefault="00000000">
      <w:r>
        <w:rPr>
          <w:b/>
        </w:rPr>
        <w:t>What is one loving next step I can take?</w:t>
      </w:r>
    </w:p>
    <w:p w14:paraId="50A78C09" w14:textId="77777777" w:rsidR="002148C1" w:rsidRDefault="00000000">
      <w:r>
        <w:t>________________________________________________________________________________</w:t>
      </w:r>
    </w:p>
    <w:p w14:paraId="46B42417" w14:textId="77777777" w:rsidR="002148C1" w:rsidRDefault="00000000">
      <w:r>
        <w:rPr>
          <w:b/>
        </w:rPr>
        <w:t>How do I want the other person — and myself — to feel in the way I take that step?</w:t>
      </w:r>
    </w:p>
    <w:p w14:paraId="07D952A3" w14:textId="77777777" w:rsidR="002148C1" w:rsidRDefault="00000000">
      <w:r>
        <w:t>________________________________________________________________________________</w:t>
      </w:r>
    </w:p>
    <w:p w14:paraId="3743E73F" w14:textId="77777777" w:rsidR="002148C1" w:rsidRDefault="00000000">
      <w:r>
        <w:br w:type="page"/>
      </w:r>
    </w:p>
    <w:p w14:paraId="430B1FEC" w14:textId="77777777" w:rsidR="002148C1" w:rsidRDefault="00000000">
      <w:pPr>
        <w:pStyle w:val="Heading1"/>
      </w:pPr>
      <w:r>
        <w:lastRenderedPageBreak/>
        <w:t>Your Reflection</w:t>
      </w:r>
    </w:p>
    <w:p w14:paraId="1CD477E1" w14:textId="77777777" w:rsidR="002148C1" w:rsidRDefault="00000000">
      <w:r>
        <w:t>Use this page with one real situation. You do not need to write a perfect answer. Let the practice slow you down enough to hear what is true.</w:t>
      </w:r>
    </w:p>
    <w:p w14:paraId="1E07AFBB" w14:textId="77777777" w:rsidR="002148C1" w:rsidRDefault="00000000">
      <w:r>
        <w:rPr>
          <w:b/>
        </w:rPr>
        <w:t>The situation I am bringing to this practice:</w:t>
      </w:r>
    </w:p>
    <w:p w14:paraId="27ED6D3B" w14:textId="77777777" w:rsidR="002148C1" w:rsidRDefault="00000000">
      <w:r>
        <w:t>________________________________________________________________________________</w:t>
      </w:r>
    </w:p>
    <w:p w14:paraId="5A84312C" w14:textId="77777777" w:rsidR="002148C1" w:rsidRDefault="00000000">
      <w:r>
        <w:t>________________________________________________________________________________</w:t>
      </w:r>
    </w:p>
    <w:p w14:paraId="1C5F3C6E" w14:textId="77777777" w:rsidR="002148C1" w:rsidRDefault="00000000">
      <w:r>
        <w:rPr>
          <w:b/>
        </w:rPr>
        <w:t>What is present in me right now?</w:t>
      </w:r>
    </w:p>
    <w:p w14:paraId="0C9DFA77" w14:textId="77777777" w:rsidR="002148C1" w:rsidRDefault="00000000">
      <w:r>
        <w:t>________________________________________________________________________________</w:t>
      </w:r>
    </w:p>
    <w:p w14:paraId="239E6B0B" w14:textId="77777777" w:rsidR="002148C1" w:rsidRDefault="00000000">
      <w:r>
        <w:t>________________________________________________________________________________</w:t>
      </w:r>
    </w:p>
    <w:p w14:paraId="0F7D473C" w14:textId="77777777" w:rsidR="002148C1" w:rsidRDefault="00000000">
      <w:r>
        <w:rPr>
          <w:b/>
        </w:rPr>
        <w:t>What became clearer after I breathed and became present?</w:t>
      </w:r>
    </w:p>
    <w:p w14:paraId="54229227" w14:textId="77777777" w:rsidR="002148C1" w:rsidRDefault="00000000">
      <w:r>
        <w:t>________________________________________________________________________________</w:t>
      </w:r>
    </w:p>
    <w:p w14:paraId="4D4DB556" w14:textId="77777777" w:rsidR="002148C1" w:rsidRDefault="00000000">
      <w:r>
        <w:t>________________________________________________________________________________</w:t>
      </w:r>
    </w:p>
    <w:p w14:paraId="393295E9" w14:textId="77777777" w:rsidR="002148C1" w:rsidRDefault="00000000">
      <w:r>
        <w:rPr>
          <w:b/>
        </w:rPr>
        <w:t>What would loving look like for the other person?</w:t>
      </w:r>
    </w:p>
    <w:p w14:paraId="64ADD42C" w14:textId="77777777" w:rsidR="002148C1" w:rsidRDefault="00000000">
      <w:r>
        <w:t>________________________________________________________________________________</w:t>
      </w:r>
    </w:p>
    <w:p w14:paraId="7BB19597" w14:textId="77777777" w:rsidR="002148C1" w:rsidRDefault="00000000">
      <w:r>
        <w:t>________________________________________________________________________________</w:t>
      </w:r>
    </w:p>
    <w:p w14:paraId="66C4BA7D" w14:textId="77777777" w:rsidR="002148C1" w:rsidRDefault="00000000">
      <w:r>
        <w:rPr>
          <w:b/>
        </w:rPr>
        <w:t>What would loving look like for me?</w:t>
      </w:r>
    </w:p>
    <w:p w14:paraId="2433382F" w14:textId="77777777" w:rsidR="002148C1" w:rsidRDefault="00000000">
      <w:r>
        <w:t>________________________________________________________________________________</w:t>
      </w:r>
    </w:p>
    <w:p w14:paraId="5BFF36B1" w14:textId="77777777" w:rsidR="002148C1" w:rsidRDefault="00000000">
      <w:r>
        <w:t>________________________________________________________________________________</w:t>
      </w:r>
    </w:p>
    <w:p w14:paraId="68E21969" w14:textId="77777777" w:rsidR="002148C1" w:rsidRDefault="00000000">
      <w:r>
        <w:rPr>
          <w:b/>
        </w:rPr>
        <w:t>What is one loving next step?</w:t>
      </w:r>
    </w:p>
    <w:p w14:paraId="44F5CDAD" w14:textId="77777777" w:rsidR="002148C1" w:rsidRDefault="00000000">
      <w:r>
        <w:t>________________________________________________________________________________</w:t>
      </w:r>
    </w:p>
    <w:p w14:paraId="24E03B58" w14:textId="77777777" w:rsidR="002148C1" w:rsidRDefault="00000000">
      <w:r>
        <w:t>________________________________________________________________________________</w:t>
      </w:r>
    </w:p>
    <w:p w14:paraId="49515C1C" w14:textId="77777777" w:rsidR="002148C1" w:rsidRDefault="00000000">
      <w:pPr>
        <w:pStyle w:val="Heading1"/>
      </w:pPr>
      <w:r>
        <w:t>Log Your Love Hours</w:t>
      </w:r>
    </w:p>
    <w:p w14:paraId="51478067" w14:textId="77777777" w:rsidR="002148C1" w:rsidRDefault="00000000">
      <w:r>
        <w:t>What if we practiced loving as intentionally as we practice everything else we want to become good at? A Love Hour does not have to be sixty uninterrupted minutes. It can be accumulated in moments: listening without interrupting, pausing before sending the angry text, calling someone who is lonely, apologizing, setting a loving boundary, choosing curiosity over judgment, or being kinder to yourself.</w:t>
      </w:r>
    </w:p>
    <w:p w14:paraId="3F15CE47" w14:textId="77777777" w:rsidR="002148C1" w:rsidRDefault="00000000">
      <w:pPr>
        <w:jc w:val="center"/>
      </w:pPr>
      <w:r>
        <w:rPr>
          <w:b/>
          <w:sz w:val="30"/>
        </w:rPr>
        <w:t>We are not logging Love Hours to prove how loving we are. We are logging them to notice how many opportunities we have to practice.</w:t>
      </w:r>
    </w:p>
    <w:p w14:paraId="429751FC" w14:textId="77777777" w:rsidR="002148C1" w:rsidRDefault="00000000">
      <w:r>
        <w:rPr>
          <w:b/>
        </w:rPr>
        <w:t>Where did I practice loving today?</w:t>
      </w:r>
    </w:p>
    <w:p w14:paraId="4231025E" w14:textId="77777777" w:rsidR="002148C1" w:rsidRDefault="00000000">
      <w:r>
        <w:t>________________________________________________________________________________</w:t>
      </w:r>
    </w:p>
    <w:p w14:paraId="6D34B779" w14:textId="77777777" w:rsidR="002148C1" w:rsidRDefault="00000000">
      <w:r>
        <w:t>________________________________________________________________________________</w:t>
      </w:r>
    </w:p>
    <w:p w14:paraId="1A6F894E" w14:textId="77777777" w:rsidR="002148C1" w:rsidRDefault="00000000">
      <w:r>
        <w:rPr>
          <w:b/>
        </w:rPr>
        <w:t>When was loving difficult?</w:t>
      </w:r>
    </w:p>
    <w:p w14:paraId="43F341D6" w14:textId="77777777" w:rsidR="002148C1" w:rsidRDefault="00000000">
      <w:r>
        <w:t>________________________________________________________________________________</w:t>
      </w:r>
    </w:p>
    <w:p w14:paraId="66319A0A" w14:textId="77777777" w:rsidR="002148C1" w:rsidRDefault="00000000">
      <w:r>
        <w:t>________________________________________________________________________________</w:t>
      </w:r>
    </w:p>
    <w:p w14:paraId="17EF4FAC" w14:textId="77777777" w:rsidR="002148C1" w:rsidRDefault="00000000">
      <w:r>
        <w:rPr>
          <w:b/>
        </w:rPr>
        <w:lastRenderedPageBreak/>
        <w:t>What did I notice in myself?</w:t>
      </w:r>
    </w:p>
    <w:p w14:paraId="52D02B63" w14:textId="77777777" w:rsidR="002148C1" w:rsidRDefault="00000000">
      <w:r>
        <w:t>________________________________________________________________________________</w:t>
      </w:r>
    </w:p>
    <w:p w14:paraId="171D4DC2" w14:textId="77777777" w:rsidR="002148C1" w:rsidRDefault="00000000">
      <w:r>
        <w:t>________________________________________________________________________________</w:t>
      </w:r>
    </w:p>
    <w:p w14:paraId="5A3CC851" w14:textId="77777777" w:rsidR="002148C1" w:rsidRDefault="00000000">
      <w:r>
        <w:rPr>
          <w:b/>
        </w:rPr>
        <w:t>What would I like to practice tomorrow?</w:t>
      </w:r>
    </w:p>
    <w:p w14:paraId="68DDB825" w14:textId="77777777" w:rsidR="002148C1" w:rsidRDefault="00000000">
      <w:r>
        <w:t>________________________________________________________________________________</w:t>
      </w:r>
    </w:p>
    <w:p w14:paraId="1CEE52CA" w14:textId="77777777" w:rsidR="002148C1" w:rsidRDefault="00000000">
      <w:r>
        <w:t>________________________________________________________________________________</w:t>
      </w:r>
    </w:p>
    <w:p w14:paraId="7DEABFB5" w14:textId="77777777" w:rsidR="002148C1" w:rsidRDefault="00000000">
      <w:r>
        <w:rPr>
          <w:b/>
        </w:rPr>
        <w:t>Love Hours / loving moments I want to remember:</w:t>
      </w:r>
    </w:p>
    <w:p w14:paraId="31C98907" w14:textId="77777777" w:rsidR="002148C1" w:rsidRDefault="00000000">
      <w:r>
        <w:t>________________________________________________________________________________</w:t>
      </w:r>
    </w:p>
    <w:p w14:paraId="1B9A9834" w14:textId="77777777" w:rsidR="002148C1" w:rsidRDefault="00000000">
      <w:r>
        <w:t>________________________________________________________________________________</w:t>
      </w:r>
    </w:p>
    <w:p w14:paraId="14CDC162" w14:textId="77777777" w:rsidR="002148C1" w:rsidRDefault="00000000">
      <w:pPr>
        <w:pStyle w:val="Heading1"/>
      </w:pPr>
      <w:r>
        <w:t>Carry the Question With You</w:t>
      </w:r>
    </w:p>
    <w:p w14:paraId="348092CF" w14:textId="77777777" w:rsidR="002148C1" w:rsidRDefault="00000000">
      <w:r>
        <w:t>Try the practice with yourself, in a relationship, with your family, in leadership or business, during conflict, and when making decisions that affect other people. The answer may change. The question keeps bringing us back.</w:t>
      </w:r>
    </w:p>
    <w:p w14:paraId="438CF09B" w14:textId="77777777" w:rsidR="002148C1" w:rsidRDefault="00000000">
      <w:pPr>
        <w:jc w:val="center"/>
      </w:pPr>
      <w:r>
        <w:rPr>
          <w:b/>
          <w:sz w:val="30"/>
        </w:rPr>
        <w:t>What would loving look like here?</w:t>
      </w:r>
    </w:p>
    <w:p w14:paraId="10F7493F" w14:textId="249C80F8" w:rsidR="002148C1" w:rsidRDefault="002148C1"/>
    <w:sectPr w:rsidR="002148C1"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9953089">
    <w:abstractNumId w:val="8"/>
  </w:num>
  <w:num w:numId="2" w16cid:durableId="1994598045">
    <w:abstractNumId w:val="6"/>
  </w:num>
  <w:num w:numId="3" w16cid:durableId="1465274378">
    <w:abstractNumId w:val="5"/>
  </w:num>
  <w:num w:numId="4" w16cid:durableId="392894943">
    <w:abstractNumId w:val="4"/>
  </w:num>
  <w:num w:numId="5" w16cid:durableId="1403987545">
    <w:abstractNumId w:val="7"/>
  </w:num>
  <w:num w:numId="6" w16cid:durableId="1921020290">
    <w:abstractNumId w:val="3"/>
  </w:num>
  <w:num w:numId="7" w16cid:durableId="1033459234">
    <w:abstractNumId w:val="2"/>
  </w:num>
  <w:num w:numId="8" w16cid:durableId="1521774881">
    <w:abstractNumId w:val="1"/>
  </w:num>
  <w:num w:numId="9" w16cid:durableId="18761200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48C1"/>
    <w:rsid w:val="0029639D"/>
    <w:rsid w:val="00326F90"/>
    <w:rsid w:val="005517BD"/>
    <w:rsid w:val="00AA1D8D"/>
    <w:rsid w:val="00B47730"/>
    <w:rsid w:val="00CA441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E4EAAA"/>
  <w14:defaultImageDpi w14:val="300"/>
  <w15:docId w15:val="{4207122F-C336-6F4D-B2FE-D5FA221B2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763</Words>
  <Characters>6112</Characters>
  <Application>Microsoft Office Word</Application>
  <DocSecurity>0</DocSecurity>
  <Lines>107</Lines>
  <Paragraphs>92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Jen Coffel</cp:lastModifiedBy>
  <cp:revision>2</cp:revision>
  <dcterms:created xsi:type="dcterms:W3CDTF">2013-12-23T23:15:00Z</dcterms:created>
  <dcterms:modified xsi:type="dcterms:W3CDTF">2026-08-20T17:05:00Z</dcterms:modified>
  <cp:category/>
</cp:coreProperties>
</file>