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Ebook Outline</w:t>
      </w:r>
    </w:p>
    <w:p>
      <w:pPr>
        <w:pStyle w:val="KoobeFrontMatter"/>
      </w:pPr>
      <w:r>
        <w:t>Fill in each row, then write one chapter at a time. Replace the words in [square brackets]. Most short ebooks have five to eight chapters: copy a chapter block to add one. Free to use for your own ebooks. Please do not resell the template. From Koobe, koobe.ai.</w:t>
      </w:r>
    </w:p>
    <w:tbl>
      <w:tblPr>
        <w:tblStyle w:val="KoobeTable"/>
        <w:tblW w:w="5000" w:type="pct"/>
        <w:tblLayout w:type="fixed"/>
        <w:tblLayout w:type="fixed"/>
        <w:tblLook w:firstColumn="0" w:firstRow="1" w:lastColumn="0" w:lastRow="0" w:noHBand="1" w:noVBand="1" w:val="0420"/>
      </w:tblPr>
      <w:tblGrid>
        <w:gridCol w:w="2592"/>
        <w:gridCol w:w="7488"/>
      </w:tblGrid>
      <w:tr>
        <w:trPr>
          <w:tblHeader/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Plan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Your answer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The book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Working title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short title. You can change it later.]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Who it is for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kind of reader, as specific as you can: "new managers in their first 90 days"]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The promise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the reader can do after reading that they cannot do now]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Introduction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[The problem in the reader’s words, why you, and a map of the chapters]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1: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2: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3: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4: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5: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Chapter 6: [Chapter title]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Goal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[What this chapter does that no other chapter does]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Key points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[Two to four points, in the order you will teach them]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Example or story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[A real example, a client story or a moment from your own life]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Action step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thing the reader can do right after reading]</w:t>
            </w:r>
          </w:p>
        </w:tc>
      </w:tr>
      <w:tr>
        <w:trPr>
          <w:cantSplit/>
        </w:trPr>
        <w:tc>
          <w:tcPr>
            <w:tcW w:type="dxa" w:w="10080"/>
            <w:gridSpan w:val="2"/>
            <w:shd w:val="clear" w:color="auto" w:fill="FFF4EC"/>
            <w:tcMar>
              <w:top w:w="160" w:type="dxa"/>
            </w:tcMar>
          </w:tcPr>
          <w:p>
            <w:pPr>
              <w:pStyle w:val="KoobeTableText"/>
              <w:keepNext/>
            </w:pPr>
            <w:r>
              <w:rPr>
                <w:b/>
                <w:color w:val="B54300"/>
              </w:rPr>
              <w:t>Closing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Closing chapter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[Sum up the change. How is the reader different from page one?]</w:t>
            </w:r>
          </w:p>
        </w:tc>
      </w:tr>
      <w:tr>
        <w:trPr>
          <w:cantSplit/>
        </w:trPr>
        <w:tc>
          <w:tcPr>
            <w:tcW w:type="dxa" w:w="2592"/>
          </w:tcPr>
          <w:p>
            <w:pPr>
              <w:pStyle w:val="KoobeTableText"/>
            </w:pPr>
            <w:r>
              <w:t>Next step for the reader</w:t>
            </w:r>
          </w:p>
        </w:tc>
        <w:tc>
          <w:tcPr>
            <w:tcW w:type="dxa" w:w="7488"/>
          </w:tcPr>
          <w:p>
            <w:pPr>
              <w:pStyle w:val="KoobeTableText"/>
            </w:pPr>
            <w:r>
              <w:t>[One clear next step: a newsletter, a course, a call or your next book]</w:t>
            </w: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80" w:line="264" w:lineRule="auto"/>
      <w:ind w:firstLine="0"/>
      <w:outlineLvl w:val="0"/>
    </w:pPr>
    <w:rPr>
      <w:rFonts w:ascii="Arial" w:hAnsi="Arial" w:cs="Arial" w:eastAsia="Arial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264" w:lineRule="auto"/>
      <w:ind w:firstLine="0"/>
      <w:outlineLvl w:val="1"/>
    </w:pPr>
    <w:rPr>
      <w:rFonts w:ascii="Arial" w:hAnsi="Arial" w:cs="Arial" w:eastAsia="Arial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top w:val="single" w:sz="36" w:space="14" w:color="FE6202"/>
      </w:pBdr>
      <w:spacing w:after="80" w:line="252" w:lineRule="auto" w:before="0"/>
      <w:ind w:firstLine="0"/>
      <w:contextualSpacing/>
    </w:pPr>
    <w:rPr>
      <w:rFonts w:ascii="Arial" w:hAnsi="Arial" w:cs="Arial" w:eastAsia="Arial"/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60" w:line="312" w:lineRule="auto"/>
      <w:ind w:firstLine="0"/>
    </w:pPr>
    <w:rPr>
      <w:rFonts w:ascii="Georgia" w:hAnsi="Georgia" w:cs="Georgia" w:eastAsia="Georgia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pBdr>
        <w:left w:val="single" w:sz="18" w:space="12" w:color="FE6202"/>
      </w:pBdr>
      <w:spacing w:before="240" w:after="240" w:line="312" w:lineRule="auto"/>
      <w:ind w:left="504" w:right="504" w:firstLine="0"/>
    </w:pPr>
    <w:rPr>
      <w:rFonts w:ascii="Georgia" w:hAnsi="Georgia" w:cs="Georgia" w:eastAsia="Georgia"/>
      <w:i/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before="80" w:after="280"/>
      <w:ind w:firstLine="0"/>
      <w:jc w:val="center"/>
    </w:pPr>
    <w:rPr>
      <w:rFonts w:ascii="Arial" w:hAnsi="Arial" w:cs="Arial" w:eastAsia="Arial"/>
      <w:b w:val="0"/>
      <w:bCs/>
      <w:i w:val="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pageBreakBefore/>
      <w:spacing w:before="0" w:after="360" w:line="264" w:lineRule="auto"/>
      <w:ind w:firstLine="0"/>
      <w:outlineLvl w:val="9"/>
    </w:pPr>
    <w:rPr>
      <w:rFonts w:ascii="Arial" w:hAnsi="Arial" w:cs="Arial" w:eastAsia="Arial"/>
      <w:b/>
      <w:sz w:val="4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oobeTryThis">
    <w:name w:val="Koobe Try This"/>
    <w:basedOn w:val="Normal"/>
    <w:qFormat/>
    <w:pPr>
      <w:pBdr>
        <w:left w:val="single" w:sz="24" w:space="10" w:color="FE6202"/>
      </w:pBdr>
      <w:shd w:val="clear" w:color="auto" w:fill="FFF4EC"/>
      <w:spacing w:before="200" w:after="200" w:line="288" w:lineRule="auto"/>
      <w:ind w:left="216" w:right="216" w:firstLine="0"/>
    </w:pPr>
    <w:rPr>
      <w:rFonts w:ascii="Georgia" w:hAnsi="Georgia" w:cs="Georgia" w:eastAsia="Georgia"/>
      <w:sz w:val="22"/>
    </w:rPr>
  </w:style>
  <w:style w:type="paragraph" w:customStyle="1" w:styleId="KoobeBoxLabel">
    <w:name w:val="Koobe Box Label"/>
    <w:basedOn w:val="Normal"/>
    <w:next w:val="KoobeTryThis"/>
    <w:qFormat/>
    <w:pPr>
      <w:keepNext/>
      <w:pBdr>
        <w:left w:val="single" w:sz="24" w:space="10" w:color="FE6202"/>
      </w:pBdr>
      <w:shd w:val="clear" w:color="auto" w:fill="FFF4EC"/>
      <w:spacing w:before="280" w:after="0" w:line="288" w:lineRule="auto"/>
      <w:ind w:left="216" w:right="216" w:firstLine="0"/>
    </w:pPr>
    <w:rPr>
      <w:rFonts w:ascii="Arial" w:hAnsi="Arial" w:cs="Arial" w:eastAsia="Arial"/>
      <w:b/>
      <w:caps/>
      <w:sz w:val="20"/>
    </w:rPr>
  </w:style>
  <w:style w:type="paragraph" w:customStyle="1" w:styleId="KoobeCoverAuthor">
    <w:name w:val="Koobe Cover Author"/>
    <w:basedOn w:val="Normal"/>
    <w:qFormat/>
    <w:pPr>
      <w:spacing w:before="720" w:after="0" w:line="288" w:lineRule="auto"/>
      <w:ind w:firstLine="0"/>
    </w:pPr>
    <w:rPr>
      <w:rFonts w:ascii="Arial" w:hAnsi="Arial" w:cs="Arial" w:eastAsia="Arial"/>
      <w:b/>
      <w:caps/>
      <w:sz w:val="26"/>
    </w:rPr>
  </w:style>
  <w:style w:type="paragraph" w:customStyle="1" w:styleId="KoobeFrontMatter">
    <w:name w:val="Koobe Front Matter"/>
    <w:basedOn w:val="Normal"/>
    <w:qFormat/>
    <w:pPr>
      <w:spacing w:before="0" w:after="120" w:line="288" w:lineRule="auto"/>
      <w:ind w:firstLine="0"/>
    </w:pPr>
    <w:rPr>
      <w:rFonts w:ascii="Georgia" w:hAnsi="Georgia" w:cs="Georgia" w:eastAsia="Georgia"/>
      <w:sz w:val="19"/>
    </w:rPr>
  </w:style>
  <w:style w:type="paragraph" w:customStyle="1" w:styleId="KoobePageTitle">
    <w:name w:val="Koobe Page Title"/>
    <w:basedOn w:val="Normal"/>
    <w:next w:val="Normal"/>
    <w:qFormat/>
    <w:pPr>
      <w:keepNext/>
      <w:pageBreakBefore/>
      <w:spacing w:before="0" w:after="280" w:line="264" w:lineRule="auto"/>
      <w:ind w:firstLine="0"/>
    </w:pPr>
    <w:rPr>
      <w:rFonts w:ascii="Arial" w:hAnsi="Arial" w:cs="Arial" w:eastAsia="Arial"/>
      <w:b/>
      <w:sz w:val="44"/>
    </w:rPr>
  </w:style>
  <w:style w:type="paragraph" w:customStyle="1" w:styleId="KoobeTemplateNote">
    <w:name w:val="Koobe Template Note"/>
    <w:basedOn w:val="Normal"/>
    <w:qFormat/>
    <w:pPr>
      <w:spacing w:before="0" w:after="160" w:line="300" w:lineRule="auto"/>
      <w:ind w:firstLine="0"/>
    </w:pPr>
    <w:rPr>
      <w:rFonts w:ascii="Arial" w:hAnsi="Arial" w:cs="Arial" w:eastAsia="Arial"/>
      <w:sz w:val="21"/>
    </w:rPr>
  </w:style>
  <w:style w:type="paragraph" w:customStyle="1" w:styleId="KoobeTemplateNoteHeading">
    <w:name w:val="Koobe Template Note Heading"/>
    <w:basedOn w:val="Normal"/>
    <w:next w:val="KoobeTemplateNote"/>
    <w:qFormat/>
    <w:pPr>
      <w:keepNext/>
      <w:spacing w:before="0" w:after="200" w:line="264" w:lineRule="auto"/>
      <w:ind w:firstLine="0"/>
    </w:pPr>
    <w:rPr>
      <w:rFonts w:ascii="Arial" w:hAnsi="Arial" w:cs="Arial" w:eastAsia="Arial"/>
      <w:b/>
      <w:sz w:val="36"/>
    </w:rPr>
  </w:style>
  <w:style w:type="paragraph" w:customStyle="1" w:styleId="KoobeTitlePage">
    <w:name w:val="Koobe Title Page"/>
    <w:basedOn w:val="Normal"/>
    <w:qFormat/>
    <w:pPr>
      <w:pageBreakBefore/>
      <w:pBdr>
        <w:bottom w:val="single" w:sz="12" w:space="12" w:color="FE6202"/>
      </w:pBdr>
      <w:spacing w:before="0" w:after="280" w:line="252" w:lineRule="auto"/>
      <w:ind w:left="1728" w:right="1728" w:firstLine="0"/>
      <w:jc w:val="center"/>
    </w:pPr>
    <w:rPr>
      <w:rFonts w:ascii="Arial" w:hAnsi="Arial" w:cs="Arial" w:eastAsia="Arial"/>
      <w:b/>
      <w:sz w:val="56"/>
    </w:rPr>
  </w:style>
  <w:style w:type="paragraph" w:customStyle="1" w:styleId="KoobeTitlePageLine">
    <w:name w:val="Koobe Title Page Line"/>
    <w:basedOn w:val="Normal"/>
    <w:qFormat/>
    <w:pPr>
      <w:spacing w:before="80" w:after="80" w:line="288" w:lineRule="auto"/>
      <w:ind w:firstLine="0"/>
      <w:jc w:val="center"/>
    </w:pPr>
    <w:rPr>
      <w:rFonts w:ascii="Georgia" w:hAnsi="Georgia" w:cs="Georgia" w:eastAsia="Georgia"/>
      <w:i/>
      <w:sz w:val="26"/>
    </w:rPr>
  </w:style>
  <w:style w:type="paragraph" w:customStyle="1" w:styleId="KoobeTableText">
    <w:name w:val="Koobe Table Text"/>
    <w:basedOn w:val="Normal"/>
    <w:qFormat/>
    <w:pPr>
      <w:spacing w:before="40" w:after="40" w:line="276" w:lineRule="auto"/>
      <w:ind w:firstLine="0"/>
    </w:pPr>
    <w:rPr>
      <w:rFonts w:ascii="Arial" w:hAnsi="Arial" w:cs="Arial" w:eastAsia="Arial"/>
      <w:sz w:val="20"/>
    </w:rPr>
  </w:style>
  <w:style w:type="table" w:customStyle="1" w:styleId="KoobeTable">
    <w:name w:val="Koobe Table"/>
    <w:basedOn w:val="TableNormal"/>
    <w:pPr>
      <w:spacing w:before="40" w:after="40" w:line="264" w:lineRule="auto"/>
      <w:ind w:firstLine="0"/>
    </w:pPr>
    <w:rPr>
      <w:rFonts w:ascii="Arial" w:hAnsi="Arial" w:cs="Arial"/>
      <w:sz w:val="20"/>
    </w:rPr>
    <w:tblPr>
      <w:tblBorders>
        <w:top w:val="single" w:sz="4" w:space="0" w:color="E7E5E4"/>
        <w:bottom w:val="single" w:sz="4" w:space="0" w:color="E7E5E4"/>
        <w:insideH w:val="single" w:sz="4" w:space="0" w:color="E7E5E4"/>
      </w:tblBorders>
      <w:tblCellMar>
        <w:top w:w="80" w:type="dxa"/>
        <w:left w:w="120" w:type="dxa"/>
        <w:bottom w:w="80" w:type="dxa"/>
        <w:right w:w="120" w:type="dxa"/>
      </w:tblCellMar>
    </w:tblPr>
    <w:tblStylePr w:type="firstRow">
      <w:rPr>
        <w:b/>
        <w:color w:val="1C1917"/>
      </w:rPr>
      <w:tcPr>
        <w:tcBorders>
          <w:bottom w:val="single" w:sz="12" w:space="0" w:color="FE6202"/>
        </w:tcBorders>
        <w:shd w:val="clear" w:color="auto" w:fill="FFF4EC"/>
      </w:tcPr>
    </w:tblStylePr>
  </w:style>
  <w:style w:type="paragraph" w:customStyle="1" w:styleId="TOC1">
    <w:name w:val="TOC 1"/>
    <w:basedOn w:val="Normal"/>
    <w:pPr>
      <w:tabs>
        <w:tab w:val="right" w:leader="dot" w:pos="9350"/>
      </w:tabs>
      <w:spacing w:before="120" w:after="80" w:line="276" w:lineRule="auto"/>
      <w:ind w:left="0" w:firstLine="0"/>
    </w:pPr>
    <w:rPr>
      <w:rFonts w:ascii="Arial" w:hAnsi="Arial" w:cs="Arial" w:eastAsia="Arial"/>
      <w:b/>
      <w:sz w:val="22"/>
    </w:rPr>
  </w:style>
  <w:style w:type="paragraph" w:customStyle="1" w:styleId="TOC2">
    <w:name w:val="TOC 2"/>
    <w:basedOn w:val="Normal"/>
    <w:pPr>
      <w:tabs>
        <w:tab w:val="right" w:leader="dot" w:pos="9350"/>
      </w:tabs>
      <w:spacing w:before="0" w:after="80" w:line="276" w:lineRule="auto"/>
      <w:ind w:left="360" w:firstLine="0"/>
    </w:pPr>
    <w:rPr>
      <w:rFonts w:ascii="Georgia" w:hAnsi="Georgia" w:cs="Georgia" w:eastAsia="Georgia"/>
      <w:b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Koobe</dc:creator>
  <cp:keywords/>
  <dc:description>Free template from koobe.ai. Free to use for your own ebooks. Please do not resell the template.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