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宋体" w:hAnsi="宋体"/>
          <w:b/>
          <w:sz w:val="32"/>
        </w:rPr>
        <w:t>销售合同（通用模版 · 香港交货 · 未税美元）</w:t>
      </w:r>
    </w:p>
    <w:p>
      <w:r>
        <w:rPr>
          <w:rFonts w:ascii="宋体" w:hAnsi="宋体"/>
          <w:b w:val="0"/>
          <w:sz w:val="21"/>
        </w:rPr>
        <w:t>合同编号：________________    签订地点：____________    签订日期：____年__月__日</w:t>
      </w:r>
    </w:p>
    <w:p>
      <w:r>
        <w:rPr>
          <w:rFonts w:ascii="宋体" w:hAnsi="宋体"/>
          <w:b w:val="0"/>
          <w:sz w:val="21"/>
        </w:rPr>
        <w:t>【使用说明】本文件为空白通用模版，供各方下载自行填写。甲乙双方主体、价格、账户、交货细节均为空白，不构成任何一方对具体交易的要约或承诺。正式签署前建议由各自法务审阅。商标与产品名仅作描述，归权利人所有。</w:t>
      </w:r>
    </w:p>
    <w:p>
      <w:r>
        <w:rPr>
          <w:rFonts w:ascii="宋体" w:hAnsi="宋体"/>
          <w:b w:val="0"/>
          <w:sz w:val="21"/>
        </w:rPr>
        <w:t>甲方（需方 / Buyer）</w:t>
      </w:r>
    </w:p>
    <w:p>
      <w:r>
        <w:rPr>
          <w:rFonts w:ascii="宋体" w:hAnsi="宋体"/>
          <w:b w:val="0"/>
          <w:sz w:val="21"/>
        </w:rPr>
        <w:t>单位全称：________________________________</w:t>
      </w:r>
    </w:p>
    <w:p>
      <w:r>
        <w:rPr>
          <w:rFonts w:ascii="宋体" w:hAnsi="宋体"/>
          <w:b w:val="0"/>
          <w:sz w:val="21"/>
        </w:rPr>
        <w:t>统一社会信用代码 / 商业登记证号：____________________</w:t>
      </w:r>
    </w:p>
    <w:p>
      <w:r>
        <w:rPr>
          <w:rFonts w:ascii="宋体" w:hAnsi="宋体"/>
          <w:b w:val="0"/>
          <w:sz w:val="21"/>
        </w:rPr>
        <w:t>注册 / 联系地址：________________________________</w:t>
      </w:r>
    </w:p>
    <w:p>
      <w:r>
        <w:rPr>
          <w:rFonts w:ascii="宋体" w:hAnsi="宋体"/>
          <w:b w:val="0"/>
          <w:sz w:val="21"/>
        </w:rPr>
        <w:t>联系人：____________  电话：____________  邮箱：____________</w:t>
      </w:r>
    </w:p>
    <w:p>
      <w:r>
        <w:rPr>
          <w:rFonts w:ascii="宋体" w:hAnsi="宋体"/>
          <w:b w:val="0"/>
          <w:sz w:val="21"/>
        </w:rPr>
        <w:t>开户行：____________________  账号：____________________</w:t>
      </w:r>
    </w:p>
    <w:p>
      <w:r>
        <w:rPr>
          <w:rFonts w:ascii="宋体" w:hAnsi="宋体"/>
          <w:b w:val="0"/>
          <w:sz w:val="21"/>
        </w:rPr>
        <w:t>乙方（供方 / Seller）</w:t>
      </w:r>
    </w:p>
    <w:p>
      <w:r>
        <w:rPr>
          <w:rFonts w:ascii="宋体" w:hAnsi="宋体"/>
          <w:b w:val="0"/>
          <w:sz w:val="21"/>
        </w:rPr>
        <w:t>单位全称：________________________________</w:t>
      </w:r>
    </w:p>
    <w:p>
      <w:r>
        <w:rPr>
          <w:rFonts w:ascii="宋体" w:hAnsi="宋体"/>
          <w:b w:val="0"/>
          <w:sz w:val="21"/>
        </w:rPr>
        <w:t>统一社会信用代码 / 商业登记证号：____________________</w:t>
      </w:r>
    </w:p>
    <w:p>
      <w:r>
        <w:rPr>
          <w:rFonts w:ascii="宋体" w:hAnsi="宋体"/>
          <w:b w:val="0"/>
          <w:sz w:val="21"/>
        </w:rPr>
        <w:t>注册 / 联系地址：________________________________</w:t>
      </w:r>
    </w:p>
    <w:p>
      <w:r>
        <w:rPr>
          <w:rFonts w:ascii="宋体" w:hAnsi="宋体"/>
          <w:b w:val="0"/>
          <w:sz w:val="21"/>
        </w:rPr>
        <w:t>联系人：____________  电话：____________  邮箱：____________</w:t>
      </w:r>
    </w:p>
    <w:p>
      <w:r>
        <w:rPr>
          <w:rFonts w:ascii="宋体" w:hAnsi="宋体"/>
          <w:b w:val="0"/>
          <w:sz w:val="21"/>
        </w:rPr>
        <w:t>开户行：____________________  账号：____________________</w:t>
      </w:r>
    </w:p>
    <w:p>
      <w:r>
        <w:rPr>
          <w:rFonts w:ascii="宋体" w:hAnsi="宋体"/>
          <w:b w:val="0"/>
          <w:sz w:val="21"/>
        </w:rPr>
        <w:t>甲乙双方本着平等互利、诚信合作原则，就甲方向乙方购买产品事宜协商一致，订立本合同。</w:t>
      </w:r>
    </w:p>
    <w:p>
      <w:r>
        <w:rPr>
          <w:rFonts w:ascii="宋体" w:hAnsi="宋体"/>
          <w:b/>
          <w:sz w:val="24"/>
        </w:rPr>
        <w:t>一、产品明细及价格</w:t>
      </w:r>
    </w:p>
    <w:p>
      <w:r>
        <w:rPr>
          <w:rFonts w:ascii="宋体" w:hAnsi="宋体"/>
          <w:b w:val="0"/>
          <w:sz w:val="21"/>
        </w:rPr>
        <w:t>序号 | 名称 | 规格型号 | 数量 | 未税单价（USD） | 未税总价（USD） | 备注</w:t>
      </w:r>
    </w:p>
    <w:p>
      <w:r>
        <w:rPr>
          <w:rFonts w:ascii="宋体" w:hAnsi="宋体"/>
          <w:b w:val="0"/>
          <w:sz w:val="21"/>
        </w:rPr>
        <w:t>1 | ________ | ________ | ________ | ________ | ________ | ________</w:t>
      </w:r>
    </w:p>
    <w:p>
      <w:r>
        <w:rPr>
          <w:rFonts w:ascii="宋体" w:hAnsi="宋体"/>
          <w:b w:val="0"/>
          <w:sz w:val="21"/>
        </w:rPr>
        <w:t>合同总价（未税，美元）：USD __________（大写：__________________）。本合同为未税交易，双方各自依法承担其应缴税费。</w:t>
      </w:r>
    </w:p>
    <w:p>
      <w:r>
        <w:rPr>
          <w:rFonts w:ascii="宋体" w:hAnsi="宋体"/>
          <w:b/>
          <w:sz w:val="24"/>
        </w:rPr>
        <w:t>二、付款方式</w:t>
      </w:r>
    </w:p>
    <w:p>
      <w:r>
        <w:rPr>
          <w:rFonts w:ascii="宋体" w:hAnsi="宋体"/>
          <w:b w:val="0"/>
          <w:sz w:val="21"/>
        </w:rPr>
        <w:t>1. 付款币种与节奏：________________（如：签署后__个工作日内支付全部货款 / 分批）。</w:t>
      </w:r>
    </w:p>
    <w:p>
      <w:r>
        <w:rPr>
          <w:rFonts w:ascii="宋体" w:hAnsi="宋体"/>
          <w:b w:val="0"/>
          <w:sz w:val="21"/>
        </w:rPr>
        <w:t>2. 乙方收款账户：公司名称________；账号________；开户行________；SWIFT________；银行地址________。</w:t>
      </w:r>
    </w:p>
    <w:p>
      <w:r>
        <w:rPr>
          <w:rFonts w:ascii="宋体" w:hAnsi="宋体"/>
          <w:b/>
          <w:sz w:val="24"/>
        </w:rPr>
        <w:t>三、交货日期、地点及方式</w:t>
      </w:r>
    </w:p>
    <w:p>
      <w:r>
        <w:rPr>
          <w:rFonts w:ascii="宋体" w:hAnsi="宋体"/>
          <w:b w:val="0"/>
          <w:sz w:val="21"/>
        </w:rPr>
        <w:t>1. 交货日期：________________。</w:t>
      </w:r>
    </w:p>
    <w:p>
      <w:r>
        <w:rPr>
          <w:rFonts w:ascii="宋体" w:hAnsi="宋体"/>
          <w:b w:val="0"/>
          <w:sz w:val="21"/>
        </w:rPr>
        <w:t>2. 交货地点：香港（具体地址另行书面确认）/ 其他：________。</w:t>
      </w:r>
    </w:p>
    <w:p>
      <w:r>
        <w:rPr>
          <w:rFonts w:ascii="宋体" w:hAnsi="宋体"/>
          <w:b w:val="0"/>
          <w:sz w:val="21"/>
        </w:rPr>
        <w:t>3. 交货方式：________（自提 / 指定货代 / 其他）。</w:t>
      </w:r>
    </w:p>
    <w:p>
      <w:r>
        <w:rPr>
          <w:rFonts w:ascii="宋体" w:hAnsi="宋体"/>
          <w:b/>
          <w:sz w:val="24"/>
        </w:rPr>
        <w:t>四、签收与验收</w:t>
      </w:r>
    </w:p>
    <w:p>
      <w:r>
        <w:rPr>
          <w:rFonts w:ascii="宋体" w:hAnsi="宋体"/>
          <w:b w:val="0"/>
          <w:sz w:val="21"/>
        </w:rPr>
        <w:t>1. 到货后当场核对包装、数量、规格；异议应在签收单注明并于24小时内书面通知对方。</w:t>
      </w:r>
    </w:p>
    <w:p>
      <w:r>
        <w:rPr>
          <w:rFonts w:ascii="宋体" w:hAnsi="宋体"/>
          <w:b w:val="0"/>
          <w:sz w:val="21"/>
        </w:rPr>
        <w:t>2. 内在质量验收期：到货后__日内书面提出异议，逾期视为合格（重大质量问题按双方约定处理）。</w:t>
      </w:r>
    </w:p>
    <w:p>
      <w:r>
        <w:rPr>
          <w:rFonts w:ascii="宋体" w:hAnsi="宋体"/>
          <w:b w:val="0"/>
          <w:sz w:val="21"/>
        </w:rPr>
        <w:t>3. 指定签收人：姓名________ 电话________ 地址________。</w:t>
      </w:r>
    </w:p>
    <w:p>
      <w:r>
        <w:rPr>
          <w:rFonts w:ascii="宋体" w:hAnsi="宋体"/>
          <w:b/>
          <w:sz w:val="24"/>
        </w:rPr>
        <w:t>五、包装 / 质量与质保</w:t>
      </w:r>
    </w:p>
    <w:p>
      <w:r>
        <w:rPr>
          <w:rFonts w:ascii="宋体" w:hAnsi="宋体"/>
          <w:b w:val="0"/>
          <w:sz w:val="21"/>
        </w:rPr>
        <w:t>包装符合行业惯例。质保期限：________（自收货之日起算）。质量标准：________。人为损坏、不当使用、不可抗力不在免费保修范围。</w:t>
      </w:r>
    </w:p>
    <w:p>
      <w:r>
        <w:rPr>
          <w:rFonts w:ascii="宋体" w:hAnsi="宋体"/>
          <w:b/>
          <w:sz w:val="24"/>
        </w:rPr>
        <w:t>六、所有权与风险</w:t>
      </w:r>
    </w:p>
    <w:p>
      <w:r>
        <w:rPr>
          <w:rFonts w:ascii="宋体" w:hAnsi="宋体"/>
          <w:b w:val="0"/>
          <w:sz w:val="21"/>
        </w:rPr>
        <w:t>货款付清前所有权归属约定：________。毁损灭失风险自________起转移。</w:t>
      </w:r>
    </w:p>
    <w:p>
      <w:r>
        <w:rPr>
          <w:rFonts w:ascii="宋体" w:hAnsi="宋体"/>
          <w:b/>
          <w:sz w:val="24"/>
        </w:rPr>
        <w:t>七、合规</w:t>
      </w:r>
    </w:p>
    <w:p>
      <w:r>
        <w:rPr>
          <w:rFonts w:ascii="宋体" w:hAnsi="宋体"/>
          <w:b w:val="0"/>
          <w:sz w:val="21"/>
        </w:rPr>
        <w:t>双方各自遵守适用的出口管制、进口、制裁、反洗钱等法律法规；最终用户与最终用途由________负责如实申报。一方违法导致的后果由该方自行承担。</w:t>
      </w:r>
    </w:p>
    <w:p>
      <w:r>
        <w:rPr>
          <w:rFonts w:ascii="宋体" w:hAnsi="宋体"/>
          <w:b/>
          <w:sz w:val="24"/>
        </w:rPr>
        <w:t>八、保密 / 违约 / 争议解决</w:t>
      </w:r>
    </w:p>
    <w:p>
      <w:r>
        <w:rPr>
          <w:rFonts w:ascii="宋体" w:hAnsi="宋体"/>
          <w:b w:val="0"/>
          <w:sz w:val="21"/>
        </w:rPr>
        <w:t>双方对价格、数量、联系方式等商业秘密保密。违约责任：________。适用法律：________。争议解决：协商不成提交________仲裁 / 有管辖权法院。</w:t>
      </w:r>
    </w:p>
    <w:p>
      <w:r>
        <w:rPr>
          <w:rFonts w:ascii="宋体" w:hAnsi="宋体"/>
          <w:b/>
          <w:sz w:val="24"/>
        </w:rPr>
        <w:t>九、其他</w:t>
      </w:r>
    </w:p>
    <w:p>
      <w:r>
        <w:rPr>
          <w:rFonts w:ascii="宋体" w:hAnsi="宋体"/>
          <w:b w:val="0"/>
          <w:sz w:val="21"/>
        </w:rPr>
        <w:t>本合同一式__份，双方各执__份，自签字盖章之日起生效。未尽事宜签署书面补充协议。</w:t>
      </w:r>
    </w:p>
    <w:p>
      <w:r>
        <w:rPr>
          <w:rFonts w:ascii="宋体" w:hAnsi="宋体"/>
          <w:b w:val="0"/>
          <w:sz w:val="21"/>
        </w:rPr>
        <w:t>甲方（盖章）签字：____________ 日期：________</w:t>
      </w:r>
    </w:p>
    <w:p>
      <w:r>
        <w:rPr>
          <w:rFonts w:ascii="宋体" w:hAnsi="宋体"/>
          <w:b w:val="0"/>
          <w:sz w:val="21"/>
        </w:rPr>
        <w:t>乙方（盖章）签字：____________ 日期：________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