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40"/>
      </w:pPr>
      <w:r>
        <w:rPr>
          <w:b/>
          <w:i w:val="0"/>
          <w:color w:val="E85D4A"/>
          <w:sz w:val="20"/>
        </w:rPr>
        <w:t>À REMPLIR AVANT L'ATELIER</w:t>
      </w:r>
    </w:p>
    <w:p>
      <w:pPr>
        <w:spacing w:before="0" w:after="40"/>
      </w:pPr>
      <w:r>
        <w:rPr>
          <w:b/>
          <w:i w:val="0"/>
          <w:color w:val="2F1A35"/>
          <w:sz w:val="60"/>
        </w:rPr>
        <w:t>Ta fiche de préparation</w:t>
      </w:r>
    </w:p>
    <w:p>
      <w:pPr>
        <w:spacing w:before="0" w:after="320"/>
      </w:pPr>
      <w:r>
        <w:rPr>
          <w:b w:val="0"/>
          <w:i w:val="0"/>
          <w:color w:val="7A6B80"/>
          <w:sz w:val="20"/>
        </w:rPr>
        <w:t>Atelier Claude Mini-moi · Maryem Henchiri · Pure Design</w:t>
      </w:r>
    </w:p>
    <w:p>
      <w:pPr>
        <w:spacing w:before="320" w:after="120"/>
      </w:pPr>
      <w:r>
        <w:rPr>
          <w:b/>
          <w:i w:val="0"/>
          <w:color w:val="2F1A35"/>
          <w:sz w:val="30"/>
        </w:rPr>
        <w:t>À LIRE AVANT DE COMMENCER</w:t>
      </w:r>
    </w:p>
    <w:p>
      <w:pPr>
        <w:spacing w:before="0" w:after="160"/>
      </w:pPr>
      <w:r>
        <w:rPr>
          <w:b w:val="0"/>
          <w:i w:val="0"/>
          <w:color w:val="2B2B2B"/>
          <w:sz w:val="22"/>
        </w:rPr>
        <w:t>Ce document ne contient que des questions. Tu y réponds avec tes mots, sans chercher à bien écrire. C'est même mieux si c'est mal écrit : c'est ta voix qu'on cherche, pas ton style de rédaction.</w:t>
      </w:r>
    </w:p>
    <w:p>
      <w:pPr>
        <w:spacing w:before="0" w:after="160"/>
      </w:pPr>
      <w:r>
        <w:rPr>
          <w:b w:val="0"/>
          <w:i w:val="0"/>
          <w:color w:val="2B2B2B"/>
          <w:sz w:val="22"/>
        </w:rPr>
        <w:t>Compte vingt à trente minutes. À faire avant l'atelier, tranquillement, pas le jour même dans l'urgence.</w:t>
      </w:r>
    </w:p>
    <w:p>
      <w:pPr>
        <w:spacing w:before="0" w:after="160"/>
      </w:pPr>
      <w:r>
        <w:rPr>
          <w:b w:val="0"/>
          <w:i w:val="0"/>
          <w:color w:val="2B2B2B"/>
          <w:sz w:val="22"/>
        </w:rPr>
        <w:t>Personne ne lira ce document à part toi et ton agent. Tu peux être franche, imprécise, brouillonne.</w:t>
      </w:r>
    </w:p>
    <w:p>
      <w:pPr>
        <w:spacing w:before="0" w:after="160"/>
      </w:pPr>
      <w:r>
        <w:rPr>
          <w:b w:val="0"/>
          <w:i w:val="0"/>
          <w:color w:val="2B2B2B"/>
          <w:sz w:val="22"/>
        </w:rPr>
        <w:t>Tu ne sais pas répondre à une question ? Tu la laisses vide et tu passes à la suivante. On la remplira ensemble pendant l'atelier.</w:t>
      </w:r>
    </w:p>
    <w:p>
      <w:pPr>
        <w:spacing w:before="120" w:after="160"/>
      </w:pPr>
      <w:r>
        <w:rPr>
          <w:b/>
          <w:i w:val="0"/>
          <w:color w:val="2B2B2B"/>
          <w:sz w:val="22"/>
        </w:rPr>
        <w:t>Trois façons de la remplir, choisis la tienne.</w:t>
      </w:r>
    </w:p>
    <w:p>
      <w:pPr>
        <w:pStyle w:val="ListBullet"/>
        <w:spacing w:after="80"/>
      </w:pPr>
      <w:r>
        <w:rPr>
          <w:i w:val="0"/>
          <w:color w:val="2B2B2B"/>
          <w:sz w:val="22"/>
        </w:rPr>
        <w:t>À l'écrit, directement dans ce document : tu cliques sous une question et tu tapes ta réponse à la ligne. Pas besoin de mise en forme. C'est ce fichier que tu apporteras à l'atelier.</w:t>
      </w:r>
    </w:p>
    <w:p>
      <w:pPr>
        <w:pStyle w:val="ListBullet"/>
        <w:spacing w:after="80"/>
      </w:pPr>
      <w:r>
        <w:rPr>
          <w:i w:val="0"/>
          <w:color w:val="2B2B2B"/>
          <w:sz w:val="22"/>
        </w:rPr>
        <w:t>À l'écrit, dans un document à toi : Word, Pages, un bloc-notes, ce que tu veux. Recopie les questions et réponds à ta façon.</w:t>
      </w:r>
    </w:p>
    <w:p>
      <w:pPr>
        <w:pStyle w:val="ListBullet"/>
        <w:spacing w:after="80"/>
      </w:pPr>
      <w:r>
        <w:rPr>
          <w:i w:val="0"/>
          <w:color w:val="2B2B2B"/>
          <w:sz w:val="22"/>
        </w:rPr>
        <w:t>À l'oral, en conversation avec Claude. Tu ouvres une discussion, tu colles les questions, et tu lui dis : « pose-moi ces questions une par une, et note mes réponses exactement comme je les dis ». Si tu penses mieux en parlant qu'en écrivant, c'est la bonne méthode.</w:t>
      </w:r>
    </w:p>
    <w:p>
      <w:pPr>
        <w:spacing w:before="0" w:after="160"/>
        <w:shd w:val="clear" w:fill="F6F1E8"/>
        <w:ind w:left="216" w:right="216"/>
      </w:pPr>
      <w:r>
        <w:rPr>
          <w:b w:val="0"/>
          <w:i w:val="0"/>
          <w:color w:val="2B2B2B"/>
          <w:sz w:val="22"/>
        </w:rPr>
        <w:t>Garde tes réponses sous la main le jour de l'atelier. On s'en servira dès la première demi-heure, et sans elles on ne peut rien construire.</w:t>
      </w:r>
    </w:p>
    <w:p>
      <w:pPr>
        <w:spacing w:before="200" w:after="200"/>
        <w:pBdr>
          <w:bottom w:val="single" w:sz="6" w:space="1" w:color="D9CFC4"/>
        </w:pBdr>
      </w:pPr>
    </w:p>
    <w:p>
      <w:pPr>
        <w:spacing w:before="280" w:after="80"/>
      </w:pPr>
      <w:r>
        <w:rPr>
          <w:b/>
          <w:i w:val="0"/>
          <w:color w:val="2F1A35"/>
          <w:sz w:val="26"/>
        </w:rPr>
        <w:t>1. Ton agent</w:t>
      </w:r>
    </w:p>
    <w:p>
      <w:pPr>
        <w:pStyle w:val="ListBullet"/>
        <w:spacing w:after="80"/>
      </w:pPr>
      <w:r>
        <w:rPr>
          <w:i w:val="0"/>
          <w:color w:val="2B2B2B"/>
          <w:sz w:val="22"/>
        </w:rPr>
        <w:t>Quel travail répétitif te coûte le plus d'énergie chaque semaine ?</w:t>
      </w:r>
    </w:p>
    <w:p>
      <w:pPr>
        <w:pStyle w:val="ListBullet"/>
        <w:spacing w:after="80"/>
      </w:pPr>
      <w:r>
        <w:rPr>
          <w:i w:val="0"/>
          <w:color w:val="2B2B2B"/>
          <w:sz w:val="22"/>
        </w:rPr>
        <w:t>Si tu pouvais déléguer une seule chose à un assistant qui écrit à ta place, ce serait laquelle ?</w:t>
      </w:r>
    </w:p>
    <w:p>
      <w:pPr>
        <w:pStyle w:val="ListBullet"/>
        <w:spacing w:after="80"/>
      </w:pPr>
      <w:r>
        <w:rPr>
          <w:i w:val="0"/>
          <w:color w:val="2B2B2B"/>
          <w:sz w:val="22"/>
        </w:rPr>
        <w:t>Qu'est-ce que tu ne veux surtout PAS qu'il fasse tout seul ?</w:t>
      </w:r>
    </w:p>
    <w:p>
      <w:pPr>
        <w:spacing w:before="280" w:after="80"/>
      </w:pPr>
      <w:r>
        <w:rPr>
          <w:b/>
          <w:i w:val="0"/>
          <w:color w:val="2F1A35"/>
          <w:sz w:val="26"/>
        </w:rPr>
        <w:t>2. Toi</w:t>
      </w:r>
    </w:p>
    <w:p>
      <w:pPr>
        <w:pStyle w:val="ListBullet"/>
        <w:spacing w:after="80"/>
      </w:pPr>
      <w:r>
        <w:rPr>
          <w:i w:val="0"/>
          <w:color w:val="2B2B2B"/>
          <w:sz w:val="22"/>
        </w:rPr>
        <w:t>Tu fais quoi, et depuis combien de temps ?</w:t>
      </w:r>
    </w:p>
    <w:p>
      <w:pPr>
        <w:pStyle w:val="ListBullet"/>
        <w:spacing w:after="80"/>
      </w:pPr>
      <w:r>
        <w:rPr>
          <w:i w:val="0"/>
          <w:color w:val="2B2B2B"/>
          <w:sz w:val="22"/>
        </w:rPr>
        <w:t>Raconte ton parcours en quelques lignes. Y compris les virages, les accidents, ce qui ne s'est pas passé comme prévu.</w:t>
      </w:r>
    </w:p>
    <w:p>
      <w:pPr>
        <w:pStyle w:val="ListBullet"/>
        <w:spacing w:after="80"/>
      </w:pPr>
      <w:r>
        <w:rPr>
          <w:i w:val="0"/>
          <w:color w:val="2B2B2B"/>
          <w:sz w:val="22"/>
        </w:rPr>
        <w:t>Qu'est-ce que tu crois profondément dans ton métier, que tout le monde ne partage pas ?</w:t>
      </w:r>
    </w:p>
    <w:p>
      <w:pPr>
        <w:pStyle w:val="ListBullet"/>
        <w:spacing w:after="80"/>
      </w:pPr>
      <w:r>
        <w:rPr>
          <w:i w:val="0"/>
          <w:color w:val="2B2B2B"/>
          <w:sz w:val="22"/>
        </w:rPr>
        <w:t>Qu'est-ce que tu refuses de faire, même si on te le demande ?</w:t>
      </w:r>
    </w:p>
    <w:p>
      <w:pPr>
        <w:pStyle w:val="ListBullet"/>
        <w:spacing w:after="80"/>
      </w:pPr>
      <w:r>
        <w:rPr>
          <w:i w:val="0"/>
          <w:color w:val="2B2B2B"/>
          <w:sz w:val="22"/>
        </w:rPr>
        <w:t>Si un client hésite entre toi et quelqu'un d'autre, qu'est-ce qui fait qu'il te choisit toi ?</w:t>
      </w:r>
    </w:p>
    <w:p>
      <w:pPr>
        <w:spacing w:before="280" w:after="80"/>
      </w:pPr>
      <w:r>
        <w:rPr>
          <w:b/>
          <w:i w:val="0"/>
          <w:color w:val="2F1A35"/>
          <w:sz w:val="26"/>
        </w:rPr>
        <w:t>3. Ta voix</w:t>
      </w:r>
    </w:p>
    <w:p>
      <w:pPr>
        <w:pStyle w:val="ListBullet"/>
        <w:spacing w:after="80"/>
      </w:pPr>
      <w:r>
        <w:rPr>
          <w:i w:val="0"/>
          <w:color w:val="2B2B2B"/>
          <w:sz w:val="22"/>
        </w:rPr>
        <w:t>Tu tutoies ou tu vouvoies ton audience ?</w:t>
      </w:r>
    </w:p>
    <w:p>
      <w:pPr>
        <w:pStyle w:val="ListBullet"/>
        <w:spacing w:after="80"/>
      </w:pPr>
      <w:r>
        <w:rPr>
          <w:i w:val="0"/>
          <w:color w:val="2B2B2B"/>
          <w:sz w:val="22"/>
        </w:rPr>
        <w:t>Quels mots ou expressions reviennent tout le temps chez toi, même quand tu ne le fais pas exprès ?</w:t>
      </w:r>
    </w:p>
    <w:p>
      <w:pPr>
        <w:pStyle w:val="ListBullet"/>
        <w:spacing w:after="80"/>
      </w:pPr>
      <w:r>
        <w:rPr>
          <w:i w:val="0"/>
          <w:color w:val="2B2B2B"/>
          <w:sz w:val="22"/>
        </w:rPr>
        <w:t>Cite trois mots ou formules que tu n'emploierais jamais, qui te font grincer quand tu les lis ailleurs.</w:t>
      </w:r>
    </w:p>
    <w:p>
      <w:pPr>
        <w:pStyle w:val="ListBullet"/>
        <w:spacing w:after="80"/>
      </w:pPr>
      <w:r>
        <w:rPr>
          <w:i w:val="0"/>
          <w:color w:val="2B2B2B"/>
          <w:sz w:val="22"/>
        </w:rPr>
        <w:t>Quand tu écris, tu fais plutôt des phrases courtes, longues, ou tu alternes ?</w:t>
      </w:r>
    </w:p>
    <w:p>
      <w:pPr>
        <w:pStyle w:val="ListBullet"/>
        <w:spacing w:after="80"/>
      </w:pPr>
      <w:r>
        <w:rPr>
          <w:i w:val="0"/>
          <w:color w:val="2B2B2B"/>
          <w:sz w:val="22"/>
        </w:rPr>
        <w:t>Il y a un ton que tu détestes chez les autres dans ton métier ? Lequel, et pourquoi ?</w:t>
      </w:r>
    </w:p>
    <w:p>
      <w:pPr>
        <w:spacing w:before="280" w:after="80"/>
      </w:pPr>
      <w:r>
        <w:rPr>
          <w:b/>
          <w:i w:val="0"/>
          <w:color w:val="2F1A35"/>
          <w:sz w:val="26"/>
        </w:rPr>
        <w:t>4. Ton cadre</w:t>
      </w:r>
    </w:p>
    <w:p>
      <w:pPr>
        <w:pStyle w:val="ListBullet"/>
        <w:spacing w:after="80"/>
      </w:pPr>
      <w:r>
        <w:rPr>
          <w:i w:val="0"/>
          <w:color w:val="2B2B2B"/>
          <w:sz w:val="22"/>
        </w:rPr>
        <w:t>Tu écris pour qui, exactement ? Ta cible ? Sois plus précis que « les gens de mon secteur ».</w:t>
      </w:r>
    </w:p>
    <w:p>
      <w:pPr>
        <w:pStyle w:val="ListBullet"/>
        <w:spacing w:after="80"/>
      </w:pPr>
      <w:r>
        <w:rPr>
          <w:i w:val="0"/>
          <w:color w:val="2B2B2B"/>
          <w:sz w:val="22"/>
        </w:rPr>
        <w:t>Sur quels canaux tu publies ?</w:t>
      </w:r>
    </w:p>
    <w:p>
      <w:pPr>
        <w:pStyle w:val="ListBullet"/>
        <w:spacing w:after="80"/>
      </w:pPr>
      <w:r>
        <w:rPr>
          <w:i w:val="0"/>
          <w:color w:val="2B2B2B"/>
          <w:sz w:val="22"/>
        </w:rPr>
        <w:t>À quelle fréquence, honnêtement, pas celle que tu voudrais tenir ?</w:t>
      </w:r>
    </w:p>
    <w:p>
      <w:pPr>
        <w:pStyle w:val="ListBullet"/>
        <w:spacing w:after="80"/>
      </w:pPr>
      <w:r>
        <w:rPr>
          <w:i w:val="0"/>
          <w:color w:val="2B2B2B"/>
          <w:sz w:val="22"/>
        </w:rPr>
        <w:t>Qu'est-ce que tu cherches vraiment en publiant ? Des clients, de la reconnaissance, du recrutement, autre chose ?</w:t>
      </w:r>
    </w:p>
    <w:p>
      <w:pPr>
        <w:pStyle w:val="ListBullet"/>
        <w:spacing w:after="80"/>
      </w:pPr>
      <w:r>
        <w:rPr>
          <w:i w:val="0"/>
          <w:color w:val="2B2B2B"/>
          <w:sz w:val="22"/>
        </w:rPr>
        <w:t>Tu vends quoi, aujourd'hui ? Une ligne par offre suffit.</w:t>
      </w:r>
    </w:p>
    <w:p>
      <w:pPr>
        <w:spacing w:before="280" w:after="80"/>
      </w:pPr>
      <w:r>
        <w:rPr>
          <w:b/>
          <w:i w:val="0"/>
          <w:color w:val="2F1A35"/>
          <w:sz w:val="26"/>
        </w:rPr>
        <w:t>5. Tes limites</w:t>
      </w:r>
    </w:p>
    <w:p>
      <w:pPr>
        <w:pStyle w:val="ListBullet"/>
        <w:spacing w:after="80"/>
      </w:pPr>
      <w:r>
        <w:rPr>
          <w:i w:val="0"/>
          <w:color w:val="2B2B2B"/>
          <w:sz w:val="22"/>
        </w:rPr>
        <w:t>Qu'est-ce qui te ferait honte si ça sortait sous ton nom ?</w:t>
      </w:r>
    </w:p>
    <w:p>
      <w:pPr>
        <w:pStyle w:val="ListBullet"/>
        <w:spacing w:after="80"/>
      </w:pPr>
      <w:r>
        <w:rPr>
          <w:i w:val="0"/>
          <w:color w:val="2B2B2B"/>
          <w:sz w:val="22"/>
        </w:rPr>
        <w:t>Y a-t-il des informations qui ne doivent jamais apparaître dans tes contenus ? Des clients, des chiffres, des secteurs ?</w:t>
      </w:r>
    </w:p>
    <w:p>
      <w:pPr>
        <w:pStyle w:val="ListBullet"/>
        <w:spacing w:after="80"/>
      </w:pPr>
      <w:r>
        <w:rPr>
          <w:i w:val="0"/>
          <w:color w:val="2B2B2B"/>
          <w:sz w:val="22"/>
        </w:rPr>
        <w:t>Y a-t-il des sujets que tu ne traites pas, par choix ?</w:t>
      </w:r>
    </w:p>
    <w:p>
      <w:pPr>
        <w:spacing w:before="280" w:after="80"/>
      </w:pPr>
      <w:r>
        <w:rPr>
          <w:b/>
          <w:i w:val="0"/>
          <w:color w:val="2F1A35"/>
          <w:sz w:val="26"/>
        </w:rPr>
        <w:t>6. Ce que tu attends en sortie</w:t>
      </w:r>
    </w:p>
    <w:p>
      <w:pPr>
        <w:pStyle w:val="ListBullet"/>
        <w:spacing w:after="80"/>
      </w:pPr>
      <w:r>
        <w:rPr>
          <w:i w:val="0"/>
          <w:color w:val="2B2B2B"/>
          <w:sz w:val="22"/>
        </w:rPr>
        <w:t>Quand tu reçois un texte prêt à publier, tu veux quoi exactement ? Le texte seul, ou des explications avec ?</w:t>
      </w:r>
    </w:p>
    <w:p>
      <w:pPr>
        <w:pStyle w:val="ListBullet"/>
        <w:spacing w:after="80"/>
      </w:pPr>
      <w:r>
        <w:rPr>
          <w:i w:val="0"/>
          <w:color w:val="2B2B2B"/>
          <w:sz w:val="22"/>
        </w:rPr>
        <w:t>Tes contenus font plutôt quelle longueur ?</w:t>
      </w:r>
    </w:p>
    <w:p>
      <w:pPr>
        <w:pStyle w:val="ListBullet"/>
        <w:spacing w:after="80"/>
      </w:pPr>
      <w:r>
        <w:rPr>
          <w:i w:val="0"/>
          <w:color w:val="2B2B2B"/>
          <w:sz w:val="22"/>
        </w:rPr>
        <w:t>Il y a des choses que tu ne veux jamais voir dans un texte qu'on te rend ? Des titres accrocheurs, des listes à puces, des questions rhétoriques, autre chose ?</w:t>
      </w:r>
    </w:p>
    <w:p>
      <w:pPr>
        <w:spacing w:before="280" w:after="80"/>
      </w:pPr>
      <w:r>
        <w:rPr>
          <w:b/>
          <w:i w:val="0"/>
          <w:color w:val="2F1A35"/>
          <w:sz w:val="26"/>
        </w:rPr>
        <w:t>7. Ton univers visuel (facultatif)</w:t>
      </w:r>
    </w:p>
    <w:p>
      <w:pPr>
        <w:spacing w:before="0" w:after="160"/>
      </w:pPr>
      <w:r>
        <w:rPr>
          <w:b w:val="0"/>
          <w:i/>
          <w:color w:val="7A6B80"/>
          <w:sz w:val="20"/>
        </w:rPr>
        <w:t>À ne remplir que si ton agent devra parler d'images, de visuels ou de mise en page.</w:t>
      </w:r>
    </w:p>
    <w:p>
      <w:pPr>
        <w:pStyle w:val="ListBullet"/>
        <w:spacing w:after="80"/>
      </w:pPr>
      <w:r>
        <w:rPr>
          <w:i w:val="0"/>
          <w:color w:val="2B2B2B"/>
          <w:sz w:val="22"/>
        </w:rPr>
        <w:t>Tes couleurs, tes typographies, ton style en quelques mots.</w:t>
      </w:r>
    </w:p>
    <w:p>
      <w:pPr>
        <w:pStyle w:val="ListBullet"/>
        <w:spacing w:after="80"/>
      </w:pPr>
      <w:r>
        <w:rPr>
          <w:i w:val="0"/>
          <w:color w:val="2B2B2B"/>
          <w:sz w:val="22"/>
        </w:rPr>
        <w:t>Tes liens utiles : site, portfolio, page d'offre, newsletter.</w:t>
      </w:r>
    </w:p>
    <w:p>
      <w:pPr>
        <w:spacing w:before="200" w:after="200"/>
        <w:pBdr>
          <w:bottom w:val="single" w:sz="6" w:space="1" w:color="D9CFC4"/>
        </w:pBdr>
      </w:pPr>
    </w:p>
    <w:p>
      <w:pPr>
        <w:spacing w:before="0" w:after="160"/>
      </w:pPr>
      <w:r>
        <w:rPr>
          <w:b w:val="0"/>
          <w:i/>
          <w:color w:val="7A6B80"/>
          <w:sz w:val="20"/>
        </w:rPr>
        <w:t>Fiche de préparation de l'atelier « Claude Mini-moi », Maryem Henchiri, Pure Design.</w:t>
      </w:r>
    </w:p>
    <w:p>
      <w:pPr>
        <w:spacing w:before="160" w:after="160"/>
        <w:jc w:val="center"/>
      </w:pPr>
      <w:r>
        <w:rPr>
          <w:b/>
          <w:i w:val="0"/>
          <w:color w:val="2F1A35"/>
          <w:sz w:val="22"/>
        </w:rPr>
        <w:t>PAS REMPLACÉE. AUGMENTÉE.™</w:t>
      </w:r>
    </w:p>
    <w:sectPr w:rsidR="00FC693F" w:rsidRPr="0006063C" w:rsidSect="00034616">
      <w:pgSz w:w="12240" w:h="15840"/>
      <w:pgMar w:top="1152" w:right="1296" w:bottom="1152" w:left="129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60" w:line="288" w:lineRule="auto"/>
    </w:pPr>
    <w:rPr>
      <w:color w:val="2B2B2B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