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IntenseQuote"/>
      </w:pPr>
      <w:r>
        <w:t>How to use this template. Delete this page before uploading.</w:t>
      </w:r>
    </w:p>
    <w:p>
      <w:pPr>
        <w:pStyle w:val="ListNumber"/>
        <w:numPr>
          <w:ilvl w:val="0"/>
          <w:numId w:val="10"/>
        </w:numPr>
      </w:pPr>
      <w:r>
        <w:t>Replace every line in [square brackets] with your own words. Do not add blank lines, tabs or spaces for layout: the styles do it.</w:t>
      </w:r>
    </w:p>
    <w:p>
      <w:pPr>
        <w:pStyle w:val="ListNumber"/>
        <w:numPr>
          <w:ilvl w:val="0"/>
          <w:numId w:val="10"/>
        </w:numPr>
      </w:pPr>
      <w:r>
        <w:t>Make each chapter title a Heading 1 (Home, Styles). Each one starts a new page in the Kindle book.</w:t>
      </w:r>
    </w:p>
    <w:p>
      <w:pPr>
        <w:pStyle w:val="ListNumber"/>
        <w:numPr>
          <w:ilvl w:val="0"/>
          <w:numId w:val="10"/>
        </w:numPr>
      </w:pPr>
      <w:r>
        <w:t>Keep body text in the Normal style. Its first-line indent is set in the style, so do not press Tab.</w:t>
      </w:r>
    </w:p>
    <w:p>
      <w:pPr>
        <w:pStyle w:val="ListNumber"/>
        <w:numPr>
          <w:ilvl w:val="0"/>
          <w:numId w:val="10"/>
        </w:numPr>
      </w:pPr>
      <w:r>
        <w:t>Update the table of contents: right-click it and choose Update Field. It has links instead of page numbers, as KDP asks.</w:t>
      </w:r>
    </w:p>
    <w:p>
      <w:pPr>
        <w:pStyle w:val="ListNumber"/>
        <w:numPr>
          <w:ilvl w:val="0"/>
          <w:numId w:val="10"/>
        </w:numPr>
      </w:pPr>
      <w:r>
        <w:t>Insert images inline (Insert, Pictures), not floating, and add alt text (right-click the image, View Alt Text).</w:t>
      </w:r>
    </w:p>
    <w:p>
      <w:pPr>
        <w:pStyle w:val="ListNumber"/>
        <w:numPr>
          <w:ilvl w:val="0"/>
          <w:numId w:val="10"/>
        </w:numPr>
      </w:pPr>
      <w:r>
        <w:t>Save as .docx and upload it to KDP. Check it in Kindle Previewer before you publish.</w:t>
      </w:r>
    </w:p>
    <w:p>
      <w:pPr>
        <w:spacing w:before="200"/>
        <w:ind w:firstLine="0"/>
      </w:pPr>
      <w:r>
        <w:t>Free to use for your own ebooks. Please do not resell the template. Made by Koobe, koobe.ai.</w:t>
      </w:r>
    </w:p>
    <w:p>
      <w:pPr>
        <w:pStyle w:val="Title"/>
      </w:pPr>
      <w:r>
        <w:t>[Your Book Title]</w:t>
      </w:r>
    </w:p>
    <w:p>
      <w:pPr>
        <w:pStyle w:val="Subtitle"/>
      </w:pPr>
      <w:r>
        <w:t>[Subtitle]</w:t>
      </w:r>
    </w:p>
    <w:p>
      <w:pPr>
        <w:pStyle w:val="Subtitle"/>
      </w:pPr>
      <w:r>
        <w:t>[Author Name]</w:t>
      </w:r>
    </w:p>
    <w:p>
      <w:pPr>
        <w:pStyle w:val="Heading2"/>
      </w:pPr>
      <w:r>
        <w:t>Copyright</w:t>
      </w:r>
    </w:p>
    <w:p>
      <w:pPr>
        <w:spacing w:after="120"/>
        <w:ind w:firstLine="0"/>
      </w:pPr>
      <w:r>
        <w:t>Copyright © [Year] [Author or Company Name]. All rights reserved.</w:t>
      </w:r>
    </w:p>
    <w:p>
      <w:pPr>
        <w:spacing w:after="120"/>
        <w:ind w:firstLine="0"/>
      </w:pPr>
      <w:r>
        <w:t>No part of this book may be reproduced in any form without written permission from the author, except for brief quotations in reviews.</w:t>
      </w:r>
    </w:p>
    <w:p>
      <w:pPr>
        <w:spacing w:after="120"/>
        <w:ind w:firstLine="0"/>
      </w:pPr>
      <w:r>
        <w:t>ISBN: [Add your ISBN here, or delete this line. Kindle ebooks do not need one.]</w:t>
      </w:r>
    </w:p>
    <w:p>
      <w:pPr>
        <w:spacing w:after="120"/>
        <w:ind w:firstLine="0"/>
      </w:pPr>
      <w:r>
        <w:t>[Optional disclaimer: This book is for general information only and is not professional advice.]</w:t>
      </w:r>
    </w:p>
    <w:p>
      <w:pPr>
        <w:pStyle w:val="TOCHeading"/>
      </w:pPr>
      <w:bookmarkStart w:id="900" w:name="toc"/>
      <w:r>
        <w:t>Contents</w:t>
      </w:r>
      <w:bookmarkEnd w:id="900"/>
    </w:p>
    <w:p>
      <w:pPr>
        <w:pStyle w:val="TOC1"/>
      </w:pPr>
      <w:r>
        <w:fldChar w:fldCharType="begin"/>
      </w:r>
      <w:r>
        <w:instrText xml:space="preserve"> TOC \o "1-1" \h \z \u \n </w:instrText>
      </w:r>
      <w:r>
        <w:fldChar w:fldCharType="separate"/>
      </w:r>
      <w:hyperlink w:anchor="_Toc100001" w:history="1">
        <w:r>
          <w:t xml:space="preserve">[Chapter One: Your First Chapter Title]</w:t>
        </w:r>
      </w:hyperlink>
    </w:p>
    <w:p>
      <w:pPr>
        <w:pStyle w:val="TOC1"/>
      </w:pPr>
      <w:hyperlink w:anchor="_Toc100002" w:history="1">
        <w:r>
          <w:t xml:space="preserve">[Chapter Two: The Next Big Idea]</w:t>
        </w:r>
      </w:hyperlink>
    </w:p>
    <w:p>
      <w:pPr>
        <w:pStyle w:val="TOC1"/>
      </w:pPr>
      <w:hyperlink w:anchor="_Toc100003" w:history="1">
        <w:r>
          <w:t xml:space="preserve">[Chapter Three: Bring It Together]</w:t>
        </w:r>
      </w:hyperlink>
    </w:p>
    <w:p>
      <w:pPr>
        <w:pStyle w:val="TOC1"/>
      </w:pPr>
      <w:hyperlink w:anchor="_Toc100004" w:history="1">
        <w:r>
          <w:t xml:space="preserve">About the Author</w:t>
        </w:r>
      </w:hyperlink>
    </w:p>
    <w:p>
      <w:pPr>
        <w:pStyle w:val="TOC1"/>
      </w:pPr>
      <w:hyperlink w:anchor="_Toc100005" w:history="1">
        <w:r>
          <w:t xml:space="preserve">You Might Also Like</w:t>
        </w:r>
      </w:hyperlink>
      <w:r>
        <w:fldChar w:fldCharType="end"/>
      </w:r>
    </w:p>
    <w:p>
      <w:pPr>
        <w:pStyle w:val="Heading1"/>
      </w:pPr>
      <w:bookmarkStart w:id="1" w:name="_Toc100001"/>
      <w:r>
        <w:t>[Chapter One: Your First Chapter Title]</w:t>
      </w:r>
      <w:bookmarkEnd w:id="1"/>
    </w:p>
    <w:p>
      <w:pPr>
        <w:ind w:firstLine="0"/>
      </w:pPr>
      <w:r>
        <w:t>[Open with a moment, a question or a surprising fact. Readers on a phone see only a few lines at a time, so make the first ones count.]</w:t>
      </w:r>
    </w:p>
    <w:p>
      <w:pPr/>
      <w:r>
        <w:t>[Write in short paragraphs. Press Enter once between paragraphs: the indent and spacing come from the Normal style.]</w:t>
      </w:r>
    </w:p>
    <w:p>
      <w:pPr>
        <w:keepNext/>
        <w:spacing w:before="12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4114800" cy="2468880"/>
            <wp:docPr id="1" name="Picture 1" descr="Placeholder image for chapter one. Replace it with your own image and describe it here for readers who use screen readers." title="Placeholder image for chapter one. Replace it with your own image and describe it here for readers who use screen readers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laceholder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24688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>[Optional caption for the image in chapter one.]</w:t>
      </w:r>
    </w:p>
    <w:p>
      <w:pPr/>
      <w:r>
        <w:t>[Use an image like the one above for a photo, chart or diagram. Kindle scales it to fit each screen.]</w:t>
      </w:r>
    </w:p>
    <w:p>
      <w:pPr>
        <w:pStyle w:val="Heading1"/>
      </w:pPr>
      <w:bookmarkStart w:id="2" w:name="_Toc100002"/>
      <w:r>
        <w:t>[Chapter Two: The Next Big Idea]</w:t>
      </w:r>
      <w:bookmarkEnd w:id="2"/>
    </w:p>
    <w:p>
      <w:pPr>
        <w:ind w:firstLine="0"/>
      </w:pPr>
      <w:r>
        <w:t>[Pick up where the last chapter ended. One idea per chapter keeps a Kindle book easy to follow.]</w:t>
      </w:r>
    </w:p>
    <w:p>
      <w:pPr/>
      <w:r>
        <w:t>[If you need a list, use the List Bullet or List Number style rather than typing dashes or numbers.]</w:t>
      </w:r>
    </w:p>
    <w:p>
      <w:pPr>
        <w:keepNext/>
        <w:spacing w:before="12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4114800" cy="2468880"/>
            <wp:docPr id="2" name="Picture 2" descr="Placeholder image for chapter two. Replace it with your own image and describe it here for readers who use screen readers." title="Placeholder image for chapter two. Replace it with your own image and describe it here for readers who use screen readers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laceholder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24688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>[Optional caption for the image in chapter two.]</w:t>
      </w:r>
    </w:p>
    <w:p>
      <w:pPr/>
      <w:r>
        <w:t>[End the chapter with a line that makes the reader turn the page.]</w:t>
      </w:r>
    </w:p>
    <w:p>
      <w:pPr>
        <w:pStyle w:val="Heading1"/>
      </w:pPr>
      <w:bookmarkStart w:id="3" w:name="_Toc100003"/>
      <w:r>
        <w:t>[Chapter Three: Bring It Together]</w:t>
      </w:r>
      <w:bookmarkEnd w:id="3"/>
    </w:p>
    <w:p>
      <w:pPr>
        <w:ind w:firstLine="0"/>
      </w:pPr>
      <w:r>
        <w:t>[Show the reader how the ideas so far fit together.]</w:t>
      </w:r>
    </w:p>
    <w:p>
      <w:pPr/>
      <w:r>
        <w:t>[Give them something to do: a short exercise, a plan or a checklist.]</w:t>
      </w:r>
    </w:p>
    <w:p>
      <w:pPr>
        <w:keepNext/>
        <w:spacing w:before="12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4114800" cy="2468880"/>
            <wp:docPr id="3" name="Picture 3" descr="Placeholder image for chapter three. Replace it with your own image and describe it here for readers who use screen readers." title="Placeholder image for chapter three. Replace it with your own image and describe it here for readers who use screen readers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laceholder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24688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>[Optional caption for the image in chapter three.]</w:t>
      </w:r>
    </w:p>
    <w:p>
      <w:pPr/>
      <w:r>
        <w:t>[Finish with what they can expect if they keep going.]</w:t>
      </w:r>
    </w:p>
    <w:p>
      <w:pPr>
        <w:pStyle w:val="Heading1"/>
      </w:pPr>
      <w:bookmarkStart w:id="4" w:name="_Toc100004"/>
      <w:r>
        <w:t>About the Author</w:t>
      </w:r>
      <w:bookmarkEnd w:id="4"/>
    </w:p>
    <w:p>
      <w:pPr>
        <w:ind w:firstLine="0"/>
      </w:pPr>
      <w:r>
        <w:t>[Two or three sentences about you, in the third person: what you do, who you help and one human detail.]</w:t>
      </w:r>
    </w:p>
    <w:p>
      <w:pPr/>
      <w:r>
        <w:t>[Where readers can find you. Write your website address out in full.]</w:t>
      </w:r>
    </w:p>
    <w:p>
      <w:pPr>
        <w:pStyle w:val="Heading1"/>
      </w:pPr>
      <w:bookmarkStart w:id="5" w:name="_Toc100005"/>
      <w:r>
        <w:t>You Might Also Like</w:t>
      </w:r>
      <w:bookmarkEnd w:id="5"/>
    </w:p>
    <w:p>
      <w:pPr>
        <w:ind w:firstLine="0"/>
      </w:pPr>
      <w:r>
        <w:t>[If you have other books, list them here with one line each. If not, invite readers to your newsletter.]</w:t>
      </w:r>
    </w:p>
    <w:p>
      <w:pPr>
        <w:pStyle w:val="ListBullet"/>
      </w:pPr>
      <w:r>
        <w:t>[Book title: one line on what it helps readers do]</w:t>
      </w:r>
    </w:p>
    <w:p>
      <w:pPr>
        <w:pStyle w:val="ListBullet"/>
      </w:pPr>
      <w:r>
        <w:t>[Book title: one line on what it helps readers do]</w:t>
      </w:r>
    </w:p>
    <w:p>
      <w:pPr/>
      <w:r>
        <w:t>[If you enjoyed this book, a short review helps other readers find it.]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7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  <w:ind w:firstLine="432"/>
    </w:pPr>
    <w:rPr>
      <w:rFonts w:ascii="Georgia" w:hAnsi="Georgia" w:cs="Georgia" w:eastAsia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/>
      <w:spacing w:before="0" w:after="280" w:line="264" w:lineRule="auto"/>
      <w:ind w:firstLine="0"/>
      <w:outlineLvl w:val="0"/>
    </w:pPr>
    <w:rPr>
      <w:rFonts w:ascii="Arial" w:hAnsi="Arial" w:cs="Arial" w:eastAsia="Arial"/>
      <w:b/>
      <w:bCs/>
      <w:sz w:val="4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pageBreakBefore/>
      <w:spacing w:before="360" w:after="120" w:line="264" w:lineRule="auto"/>
      <w:ind w:firstLine="0"/>
      <w:outlineLvl w:val="1"/>
    </w:pPr>
    <w:rPr>
      <w:rFonts w:ascii="Arial" w:hAnsi="Arial" w:cs="Arial" w:eastAsia="Arial"/>
      <w:b/>
      <w:bCs/>
      <w:color w:val="1C1917"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ageBreakBefore/>
      <w:pBdr>
        <w:top w:val="single" w:sz="48" w:space="28" w:color="FE6202"/>
      </w:pBdr>
      <w:spacing w:after="360" w:line="252" w:lineRule="auto" w:before="0"/>
      <w:ind w:firstLine="0"/>
      <w:contextualSpacing/>
      <w:jc w:val="center"/>
    </w:pPr>
    <w:rPr>
      <w:rFonts w:ascii="Arial" w:hAnsi="Arial" w:cs="Arial" w:eastAsia="Arial"/>
      <w:b/>
      <w:spacing w:val="5"/>
      <w:kern w:val="28"/>
      <w:sz w:val="8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120" w:after="160" w:line="312" w:lineRule="auto"/>
      <w:ind w:firstLine="0"/>
      <w:jc w:val="center"/>
    </w:pPr>
    <w:rPr>
      <w:rFonts w:ascii="Georgia" w:hAnsi="Georgia" w:cs="Georgia" w:eastAsia="Georgia"/>
      <w:i/>
      <w:iCs/>
      <w:spacing w:val="15"/>
      <w:sz w:val="3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276" w:lineRule="auto"/>
      <w:contextualSpacing/>
    </w:pPr>
    <w:rPr>
      <w:rFonts w:ascii="Georgia" w:hAnsi="Georgia" w:cs="Georgia" w:eastAsia="Georgia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276" w:lineRule="auto"/>
      <w:contextualSpacing/>
    </w:pPr>
    <w:rPr>
      <w:rFonts w:ascii="Georgia" w:hAnsi="Georgia" w:cs="Georgia" w:eastAsia="Georgia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pBdr>
        <w:left w:val="single" w:sz="18" w:space="12" w:color="FE6202"/>
      </w:pBdr>
      <w:spacing w:before="240" w:after="240" w:line="312" w:lineRule="auto"/>
      <w:ind w:left="504" w:right="504" w:firstLine="0"/>
    </w:pPr>
    <w:rPr>
      <w:rFonts w:ascii="Georgia" w:hAnsi="Georgia" w:cs="Georgia" w:eastAsia="Georgia"/>
      <w:i/>
      <w:iCs/>
      <w:sz w:val="26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76" w:lineRule="auto" w:before="80" w:after="280"/>
      <w:ind w:firstLine="0"/>
      <w:jc w:val="center"/>
    </w:pPr>
    <w:rPr>
      <w:rFonts w:ascii="Arial" w:hAnsi="Arial" w:cs="Arial" w:eastAsia="Arial"/>
      <w:b w:val="0"/>
      <w:bCs/>
      <w:i w:val="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12" w:space="6" w:color="FE6202"/>
      </w:pBdr>
      <w:spacing w:before="0" w:after="240" w:line="288" w:lineRule="auto"/>
      <w:ind w:left="0" w:right="0" w:firstLine="0"/>
      <w:jc w:val="left"/>
    </w:pPr>
    <w:rPr>
      <w:rFonts w:ascii="Arial" w:hAnsi="Arial" w:cs="Arial" w:eastAsia="Arial"/>
      <w:b/>
      <w:bCs/>
      <w:i w:val="0"/>
      <w:iCs/>
      <w:sz w:val="26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pageBreakBefore/>
      <w:spacing w:before="0" w:after="360" w:line="264" w:lineRule="auto"/>
      <w:ind w:firstLine="0"/>
      <w:outlineLvl w:val="9"/>
    </w:pPr>
    <w:rPr>
      <w:rFonts w:ascii="Arial" w:hAnsi="Arial" w:cs="Arial" w:eastAsia="Arial"/>
      <w:b/>
      <w:sz w:val="44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OC1">
    <w:name w:val="TOC 1"/>
    <w:basedOn w:val="Normal"/>
    <w:pPr>
      <w:tabs>
        <w:tab w:val="right" w:leader="dot" w:pos="9350"/>
      </w:tabs>
      <w:spacing w:before="120" w:after="80" w:line="276" w:lineRule="auto"/>
      <w:ind w:left="0" w:firstLine="0"/>
    </w:pPr>
    <w:rPr>
      <w:rFonts w:ascii="Arial" w:hAnsi="Arial" w:cs="Arial" w:eastAsia="Arial"/>
      <w:b/>
      <w:sz w:val="22"/>
    </w:rPr>
  </w:style>
  <w:style w:type="paragraph" w:customStyle="1" w:styleId="TOC2">
    <w:name w:val="TOC 2"/>
    <w:basedOn w:val="Normal"/>
    <w:pPr>
      <w:tabs>
        <w:tab w:val="right" w:leader="dot" w:pos="9350"/>
      </w:tabs>
      <w:spacing w:before="0" w:after="80" w:line="276" w:lineRule="auto"/>
      <w:ind w:left="360" w:firstLine="0"/>
    </w:pPr>
    <w:rPr>
      <w:rFonts w:ascii="Georgia" w:hAnsi="Georgia" w:cs="Georgia" w:eastAsia="Georgia"/>
      <w:b w:val="0"/>
      <w:sz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Koobe</dc:creator>
  <cp:keywords/>
  <dc:description>Free template from koobe.ai. Free to use for your own ebooks. Please do not resell the template.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