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宋体" w:hAnsi="宋体"/>
          <w:b/>
          <w:sz w:val="32"/>
        </w:rPr>
        <w:t>芯片 / 部件采购居间合同（通用模版 · 买方委托）</w:t>
      </w:r>
    </w:p>
    <w:p>
      <w:r>
        <w:rPr>
          <w:rFonts w:ascii="宋体" w:hAnsi="宋体"/>
          <w:b w:val="0"/>
          <w:sz w:val="21"/>
        </w:rPr>
        <w:t>合同编号：________________</w:t>
      </w:r>
    </w:p>
    <w:p>
      <w:r>
        <w:rPr>
          <w:rFonts w:ascii="宋体" w:hAnsi="宋体"/>
          <w:b w:val="0"/>
          <w:sz w:val="21"/>
        </w:rPr>
        <w:t>【使用说明】空白模版。识别用型号仅作寻货线索，不构成货物已验收合格的证明。居间费仅就实际成交并最终结算数量主张。</w:t>
      </w:r>
    </w:p>
    <w:p>
      <w:r>
        <w:rPr>
          <w:rFonts w:ascii="宋体" w:hAnsi="宋体"/>
          <w:b w:val="0"/>
          <w:sz w:val="21"/>
        </w:rPr>
        <w:t>甲方（委托方 / 买方）</w:t>
      </w:r>
    </w:p>
    <w:p>
      <w:r>
        <w:rPr>
          <w:rFonts w:ascii="宋体" w:hAnsi="宋体"/>
          <w:b w:val="0"/>
          <w:sz w:val="21"/>
        </w:rPr>
        <w:t>单位全称：________________________________</w:t>
      </w:r>
    </w:p>
    <w:p>
      <w:r>
        <w:rPr>
          <w:rFonts w:ascii="宋体" w:hAnsi="宋体"/>
          <w:b w:val="0"/>
          <w:sz w:val="21"/>
        </w:rPr>
        <w:t>统一社会信用代码 / 商业登记证号：____________________</w:t>
      </w:r>
    </w:p>
    <w:p>
      <w:r>
        <w:rPr>
          <w:rFonts w:ascii="宋体" w:hAnsi="宋体"/>
          <w:b w:val="0"/>
          <w:sz w:val="21"/>
        </w:rPr>
        <w:t>注册 / 联系地址：________________________________</w:t>
      </w:r>
    </w:p>
    <w:p>
      <w:r>
        <w:rPr>
          <w:rFonts w:ascii="宋体" w:hAnsi="宋体"/>
          <w:b w:val="0"/>
          <w:sz w:val="21"/>
        </w:rPr>
        <w:t>联系人：____________  电话：____________  邮箱：____________</w:t>
      </w:r>
    </w:p>
    <w:p>
      <w:r>
        <w:rPr>
          <w:rFonts w:ascii="宋体" w:hAnsi="宋体"/>
          <w:b w:val="0"/>
          <w:sz w:val="21"/>
        </w:rPr>
        <w:t>开户行：____________________  账号：____________________</w:t>
      </w:r>
    </w:p>
    <w:p>
      <w:r>
        <w:rPr>
          <w:rFonts w:ascii="宋体" w:hAnsi="宋体"/>
          <w:b w:val="0"/>
          <w:sz w:val="21"/>
        </w:rPr>
        <w:t>乙方（居间方）</w:t>
      </w:r>
    </w:p>
    <w:p>
      <w:r>
        <w:rPr>
          <w:rFonts w:ascii="宋体" w:hAnsi="宋体"/>
          <w:b w:val="0"/>
          <w:sz w:val="21"/>
        </w:rPr>
        <w:t>单位全称：________________________________</w:t>
      </w:r>
    </w:p>
    <w:p>
      <w:r>
        <w:rPr>
          <w:rFonts w:ascii="宋体" w:hAnsi="宋体"/>
          <w:b w:val="0"/>
          <w:sz w:val="21"/>
        </w:rPr>
        <w:t>统一社会信用代码 / 商业登记证号：____________________</w:t>
      </w:r>
    </w:p>
    <w:p>
      <w:r>
        <w:rPr>
          <w:rFonts w:ascii="宋体" w:hAnsi="宋体"/>
          <w:b w:val="0"/>
          <w:sz w:val="21"/>
        </w:rPr>
        <w:t>注册 / 联系地址：________________________________</w:t>
      </w:r>
    </w:p>
    <w:p>
      <w:r>
        <w:rPr>
          <w:rFonts w:ascii="宋体" w:hAnsi="宋体"/>
          <w:b w:val="0"/>
          <w:sz w:val="21"/>
        </w:rPr>
        <w:t>联系人：____________  电话：____________  邮箱：____________</w:t>
      </w:r>
    </w:p>
    <w:p>
      <w:r>
        <w:rPr>
          <w:rFonts w:ascii="宋体" w:hAnsi="宋体"/>
          <w:b w:val="0"/>
          <w:sz w:val="21"/>
        </w:rPr>
        <w:t>开户行：____________________  账号：____________________</w:t>
      </w:r>
    </w:p>
    <w:p>
      <w:r>
        <w:rPr>
          <w:rFonts w:ascii="宋体" w:hAnsi="宋体"/>
          <w:b/>
          <w:sz w:val="24"/>
        </w:rPr>
        <w:t>第一条 居间事项</w:t>
      </w:r>
    </w:p>
    <w:p>
      <w:r>
        <w:rPr>
          <w:rFonts w:ascii="宋体" w:hAnsi="宋体"/>
          <w:b w:val="0"/>
          <w:sz w:val="21"/>
        </w:rPr>
        <w:t>标的识别信息（可填）：________。计划数量：________（不构成最低采购义务）。精确 P/N、批次、价格、交期、验收以甲方与卖方买卖文件及实物验收为准。</w:t>
      </w:r>
    </w:p>
    <w:p>
      <w:r>
        <w:rPr>
          <w:rFonts w:ascii="宋体" w:hAnsi="宋体"/>
          <w:b/>
          <w:sz w:val="24"/>
        </w:rPr>
        <w:t>第二条 实际成交认定</w:t>
      </w:r>
    </w:p>
    <w:p>
      <w:r>
        <w:rPr>
          <w:rFonts w:ascii="宋体" w:hAnsi="宋体"/>
          <w:b w:val="0"/>
          <w:sz w:val="21"/>
        </w:rPr>
        <w:t>仅在卖方已交付、甲方已验收并实际保留货物和价款时，对应数量方可计入结算。仅报价、意向、框架协议不构成成交。</w:t>
      </w:r>
    </w:p>
    <w:p>
      <w:r>
        <w:rPr>
          <w:rFonts w:ascii="宋体" w:hAnsi="宋体"/>
          <w:b/>
          <w:sz w:val="24"/>
        </w:rPr>
        <w:t>第三条 居间服务费</w:t>
      </w:r>
    </w:p>
    <w:p>
      <w:r>
        <w:rPr>
          <w:rFonts w:ascii="宋体" w:hAnsi="宋体"/>
          <w:b w:val="0"/>
          <w:sz w:val="21"/>
        </w:rPr>
        <w:t>单价或费率：________。应付 = 实际结算数量 × 单价（或按约定公式）。未成交 / 退货 / 退款对应部分应退费，规则：________。</w:t>
      </w:r>
    </w:p>
    <w:p>
      <w:r>
        <w:rPr>
          <w:rFonts w:ascii="宋体" w:hAnsi="宋体"/>
          <w:b/>
          <w:sz w:val="24"/>
        </w:rPr>
        <w:t>第四条 义务与合规</w:t>
      </w:r>
    </w:p>
    <w:p>
      <w:r>
        <w:rPr>
          <w:rFonts w:ascii="宋体" w:hAnsi="宋体"/>
          <w:b w:val="0"/>
          <w:sz w:val="21"/>
        </w:rPr>
        <w:t>乙方如实披露卖方与货源，不得虚假伪造；不得擅自以甲方名义收付款。双方遵守出口管制等合规要求。</w:t>
      </w:r>
    </w:p>
    <w:p>
      <w:r>
        <w:rPr>
          <w:rFonts w:ascii="宋体" w:hAnsi="宋体"/>
          <w:b/>
          <w:sz w:val="24"/>
        </w:rPr>
        <w:t>第五条 保密 / 解除 / 争议 / 其他</w:t>
      </w:r>
    </w:p>
    <w:p>
      <w:r>
        <w:rPr>
          <w:rFonts w:ascii="宋体" w:hAnsi="宋体"/>
          <w:b w:val="0"/>
          <w:sz w:val="21"/>
        </w:rPr>
        <w:t>保密、解除、退费、争议解决条款由双方填写完善。适用中华人民共和国法律。一式两份，签字盖章生效。</w:t>
      </w:r>
    </w:p>
    <w:p>
      <w:r>
        <w:rPr>
          <w:rFonts w:ascii="宋体" w:hAnsi="宋体"/>
          <w:b w:val="0"/>
          <w:sz w:val="21"/>
        </w:rPr>
        <w:t>甲方（盖章）签字：____________ 日期：________</w:t>
      </w:r>
    </w:p>
    <w:p>
      <w:r>
        <w:rPr>
          <w:rFonts w:ascii="宋体" w:hAnsi="宋体"/>
          <w:b w:val="0"/>
          <w:sz w:val="21"/>
        </w:rPr>
        <w:t>乙方（盖章）签字：____________ 日期：________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