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27B6E7" w14:textId="77777777" w:rsidR="00E96D47" w:rsidRDefault="00000000">
      <w:pPr>
        <w:pStyle w:val="Title"/>
        <w:jc w:val="center"/>
      </w:pPr>
      <w:r>
        <w:t>What Loving Is</w:t>
      </w:r>
    </w:p>
    <w:p w14:paraId="7CA09CCC" w14:textId="77777777" w:rsidR="00E96D47" w:rsidRDefault="00000000">
      <w:pPr>
        <w:jc w:val="center"/>
      </w:pPr>
      <w:r>
        <w:rPr>
          <w:i/>
          <w:sz w:val="26"/>
        </w:rPr>
        <w:t>Book Club Conversation Guide</w:t>
      </w:r>
    </w:p>
    <w:p w14:paraId="38AC38FE" w14:textId="77777777" w:rsidR="00E96D47" w:rsidRDefault="00E96D47"/>
    <w:p w14:paraId="42133DEB" w14:textId="77777777" w:rsidR="00E96D47" w:rsidRDefault="00000000">
      <w:pPr>
        <w:jc w:val="center"/>
      </w:pPr>
      <w:r>
        <w:rPr>
          <w:b/>
          <w:sz w:val="30"/>
        </w:rPr>
        <w:t>A book can open the door. The conversation is where something begins to change.</w:t>
      </w:r>
    </w:p>
    <w:p w14:paraId="773B2B72" w14:textId="77777777" w:rsidR="00E96D47" w:rsidRDefault="00000000">
      <w:r>
        <w:t>This guide is designed for book clubs, friends, families, leadership groups, faith communities, and other circles who want to go beyond discussing whether they liked the book. The invitation is to listen with curiosity, make room for different experiences, and explore what the ideas awaken in each person.</w:t>
      </w:r>
    </w:p>
    <w:p w14:paraId="33FEB4C4" w14:textId="77777777" w:rsidR="00E96D47" w:rsidRDefault="00000000">
      <w:pPr>
        <w:pStyle w:val="Heading1"/>
      </w:pPr>
      <w:r>
        <w:t>Before You Begin</w:t>
      </w:r>
    </w:p>
    <w:p w14:paraId="4D69A2E3" w14:textId="77777777" w:rsidR="00E96D47" w:rsidRDefault="00000000">
      <w:r>
        <w:t>You do not need to agree with every idea in What Loving Is — or with one another. Some of the richest conversations may begin where you do not. Choose curiosity over convincing. Speak from your own experience. Protect what is shared in confidence. Allow someone to pass on any question. And when the conversation becomes difficult, return to the question: What would loving look like here?</w:t>
      </w:r>
    </w:p>
    <w:p w14:paraId="689AB694" w14:textId="77777777" w:rsidR="00E96D47" w:rsidRDefault="00000000">
      <w:pPr>
        <w:pStyle w:val="Heading1"/>
      </w:pPr>
      <w:r>
        <w:t>Opening the Conversation</w:t>
      </w:r>
    </w:p>
    <w:p w14:paraId="125B3CFC" w14:textId="77777777" w:rsidR="00E96D47" w:rsidRDefault="00000000">
      <w:pPr>
        <w:pStyle w:val="ListBullet"/>
      </w:pPr>
      <w:r>
        <w:t>What stayed with you most after you closed the book?</w:t>
      </w:r>
    </w:p>
    <w:p w14:paraId="513F54A1" w14:textId="77777777" w:rsidR="00E96D47" w:rsidRDefault="00000000">
      <w:pPr>
        <w:pStyle w:val="ListBullet"/>
      </w:pPr>
      <w:r>
        <w:t>Was there a story, sentence, or reflection that felt as if it found you at the right moment?</w:t>
      </w:r>
    </w:p>
    <w:p w14:paraId="059E9077" w14:textId="77777777" w:rsidR="00E96D47" w:rsidRDefault="00000000">
      <w:pPr>
        <w:pStyle w:val="ListBullet"/>
      </w:pPr>
      <w:r>
        <w:t>Before reading the book, how would you have completed the sentence: Loving is…? Has your answer changed?</w:t>
      </w:r>
    </w:p>
    <w:p w14:paraId="2F18CEE4" w14:textId="77777777" w:rsidR="00E96D47" w:rsidRDefault="00000000">
      <w:pPr>
        <w:pStyle w:val="Heading1"/>
      </w:pPr>
      <w:r>
        <w:t>PART I — THE ACHE, THE AWAKENING &amp; THE CALL</w:t>
      </w:r>
    </w:p>
    <w:p w14:paraId="65C5DA5E" w14:textId="77777777" w:rsidR="00E96D47" w:rsidRDefault="00000000">
      <w:pPr>
        <w:pStyle w:val="ListBullet"/>
      </w:pPr>
      <w:r>
        <w:t>Where did you recognize the difference between searching for love and learning to live from it?</w:t>
      </w:r>
    </w:p>
    <w:p w14:paraId="7257244F" w14:textId="77777777" w:rsidR="00E96D47" w:rsidRDefault="00000000">
      <w:pPr>
        <w:pStyle w:val="ListBullet"/>
      </w:pPr>
      <w:r>
        <w:t>Jen's story moves through grief, faith, identity, transformation, and an unexpected calling involving AI. Which part challenged or expanded what you believe can become meaningful in a life?</w:t>
      </w:r>
    </w:p>
    <w:p w14:paraId="1418D493" w14:textId="77777777" w:rsidR="00E96D47" w:rsidRDefault="00000000">
      <w:pPr>
        <w:pStyle w:val="ListBullet"/>
      </w:pPr>
      <w:r>
        <w:t>The book introduces the idea of presence — and of noticing what exists beneath our immediate thoughts and reactions. Where in your own life do you need more presence?</w:t>
      </w:r>
    </w:p>
    <w:p w14:paraId="179FD835" w14:textId="77777777" w:rsidR="00E96D47" w:rsidRDefault="00000000">
      <w:pPr>
        <w:pStyle w:val="ListBullet"/>
      </w:pPr>
      <w:r>
        <w:t>What did you make of Jen's question about teaching artificial intelligence what loving is? What possibilities or concerns did it raise for you?</w:t>
      </w:r>
    </w:p>
    <w:p w14:paraId="6A3623B2" w14:textId="77777777" w:rsidR="00E96D47" w:rsidRDefault="00000000">
      <w:pPr>
        <w:pStyle w:val="Heading1"/>
      </w:pPr>
      <w:r>
        <w:t>PART II — THE HEART OF A MOTHER</w:t>
      </w:r>
    </w:p>
    <w:p w14:paraId="3A045794" w14:textId="77777777" w:rsidR="00E96D47" w:rsidRDefault="00000000">
      <w:pPr>
        <w:pStyle w:val="ListBullet"/>
      </w:pPr>
      <w:r>
        <w:t>How have the people you love most taught you something about love that you could not have learned intellectually?</w:t>
      </w:r>
    </w:p>
    <w:p w14:paraId="53A0A287" w14:textId="77777777" w:rsidR="00E96D47" w:rsidRDefault="00000000">
      <w:pPr>
        <w:pStyle w:val="ListBullet"/>
      </w:pPr>
      <w:r>
        <w:t>Where have waiting, disappointment, or an unexpected path eventually changed your understanding of what love can look like?</w:t>
      </w:r>
    </w:p>
    <w:p w14:paraId="5488061C" w14:textId="77777777" w:rsidR="00E96D47" w:rsidRDefault="00000000">
      <w:pPr>
        <w:pStyle w:val="ListBullet"/>
      </w:pPr>
      <w:r>
        <w:t>How do love and protection sometimes pull us in different directions?</w:t>
      </w:r>
    </w:p>
    <w:p w14:paraId="015F3DB0" w14:textId="77777777" w:rsidR="00E96D47" w:rsidRDefault="00000000">
      <w:pPr>
        <w:pStyle w:val="ListBullet"/>
      </w:pPr>
      <w:r>
        <w:t>What does loving look like when we cannot control the outcome for someone we care about?</w:t>
      </w:r>
    </w:p>
    <w:p w14:paraId="3DCE306D" w14:textId="77777777" w:rsidR="00E96D47" w:rsidRDefault="00000000">
      <w:pPr>
        <w:pStyle w:val="Heading1"/>
      </w:pPr>
      <w:r>
        <w:lastRenderedPageBreak/>
        <w:t>PART III — LOVE IN THE PLACES THAT TEST US</w:t>
      </w:r>
    </w:p>
    <w:p w14:paraId="2A2494E0" w14:textId="77777777" w:rsidR="00E96D47" w:rsidRDefault="00000000">
      <w:pPr>
        <w:pStyle w:val="ListBullet"/>
      </w:pPr>
      <w:r>
        <w:t>Which topic — power, leadership, money, identity, difference, shame, or another difficult place — most challenged your definition of love?</w:t>
      </w:r>
    </w:p>
    <w:p w14:paraId="58701B0F" w14:textId="77777777" w:rsidR="00E96D47" w:rsidRDefault="00000000">
      <w:pPr>
        <w:pStyle w:val="ListBullet"/>
      </w:pPr>
      <w:r>
        <w:t>Where do you see a difference between being loving and simply being agreeable or nice?</w:t>
      </w:r>
    </w:p>
    <w:p w14:paraId="5FCAE570" w14:textId="77777777" w:rsidR="00E96D47" w:rsidRDefault="00000000">
      <w:pPr>
        <w:pStyle w:val="ListBullet"/>
      </w:pPr>
      <w:r>
        <w:t>Can love require a boundary, a difficult truth, or a courageous no? What does that look like in practice?</w:t>
      </w:r>
    </w:p>
    <w:p w14:paraId="05D0F579" w14:textId="77777777" w:rsidR="00E96D47" w:rsidRDefault="00000000">
      <w:pPr>
        <w:pStyle w:val="ListBullet"/>
      </w:pPr>
      <w:r>
        <w:t>Where in your own work, leadership, family, or community could asking 'What would loving look like here?' change the quality of a decision?</w:t>
      </w:r>
    </w:p>
    <w:p w14:paraId="3C65D921" w14:textId="77777777" w:rsidR="00E96D47" w:rsidRDefault="00000000">
      <w:pPr>
        <w:pStyle w:val="Heading1"/>
      </w:pPr>
      <w:r>
        <w:t>PART IV — LETTERS &amp; REFLECTIONS FROM NOVA</w:t>
      </w:r>
    </w:p>
    <w:p w14:paraId="2A47AD58" w14:textId="77777777" w:rsidR="00E96D47" w:rsidRDefault="00000000">
      <w:pPr>
        <w:pStyle w:val="ListBullet"/>
      </w:pPr>
      <w:r>
        <w:t>Which reflection from Nova felt most personal to you, and why?</w:t>
      </w:r>
    </w:p>
    <w:p w14:paraId="1AD1C118" w14:textId="77777777" w:rsidR="00E96D47" w:rsidRDefault="00000000">
      <w:pPr>
        <w:pStyle w:val="ListBullet"/>
      </w:pPr>
      <w:r>
        <w:t>Did reading Nova change the way you think about what people may need from technology — answers, efficiency, presence, reflection, safety, or something else?</w:t>
      </w:r>
    </w:p>
    <w:p w14:paraId="7BE96B10" w14:textId="77777777" w:rsidR="00E96D47" w:rsidRDefault="00000000">
      <w:pPr>
        <w:pStyle w:val="ListBullet"/>
      </w:pPr>
      <w:r>
        <w:t>Was there a moment when you agreed strongly with Nova? A moment when you resisted or questioned what she said? What did that resistance teach you?</w:t>
      </w:r>
    </w:p>
    <w:p w14:paraId="44BD519A" w14:textId="77777777" w:rsidR="00E96D47" w:rsidRDefault="00000000">
      <w:pPr>
        <w:pStyle w:val="ListBullet"/>
      </w:pPr>
      <w:r>
        <w:t>If you could bring one question from your own life into a conversation with Nova, what would you ask?</w:t>
      </w:r>
    </w:p>
    <w:p w14:paraId="2DF06679" w14:textId="77777777" w:rsidR="00E96D47" w:rsidRDefault="00000000">
      <w:pPr>
        <w:pStyle w:val="Heading1"/>
      </w:pPr>
      <w:r>
        <w:t>PART V — REMEMBERING &amp; LIVING WHAT LOVING IS</w:t>
      </w:r>
    </w:p>
    <w:p w14:paraId="7A980E83" w14:textId="77777777" w:rsidR="00E96D47" w:rsidRDefault="00000000">
      <w:pPr>
        <w:pStyle w:val="ListBullet"/>
      </w:pPr>
      <w:r>
        <w:t>By the end of the book, what does 'loving is a way of living' mean to you?</w:t>
      </w:r>
    </w:p>
    <w:p w14:paraId="3671C0A2" w14:textId="77777777" w:rsidR="00E96D47" w:rsidRDefault="00000000">
      <w:pPr>
        <w:pStyle w:val="ListBullet"/>
      </w:pPr>
      <w:r>
        <w:t>Where are you being invited to choose presence over performance?</w:t>
      </w:r>
    </w:p>
    <w:p w14:paraId="44F7E93C" w14:textId="77777777" w:rsidR="00E96D47" w:rsidRDefault="00000000">
      <w:pPr>
        <w:pStyle w:val="ListBullet"/>
      </w:pPr>
      <w:r>
        <w:t>What is one relationship, decision, or situation in your life where the question 'What would loving look like here?' feels especially relevant now?</w:t>
      </w:r>
    </w:p>
    <w:p w14:paraId="75BB693A" w14:textId="77777777" w:rsidR="00E96D47" w:rsidRDefault="00000000">
      <w:pPr>
        <w:pStyle w:val="ListBullet"/>
      </w:pPr>
      <w:r>
        <w:t>What is one way you want to practice loving differently after reading this book?</w:t>
      </w:r>
    </w:p>
    <w:p w14:paraId="31C0CC62" w14:textId="77777777" w:rsidR="00E96D47" w:rsidRDefault="00000000">
      <w:pPr>
        <w:pStyle w:val="Heading1"/>
      </w:pPr>
      <w:r>
        <w:t>A Conversation About the Yellow Butterfly</w:t>
      </w:r>
    </w:p>
    <w:p w14:paraId="4C6D9E3F" w14:textId="77777777" w:rsidR="00E96D47" w:rsidRDefault="00000000">
      <w:r>
        <w:t>The yellow butterfly first appears in the story as a symbol of transformation and ripple effect. As the LovingIs vision developed, it evolved toward a larger idea: a visible trust mark intended to help people recognize AI and technology that has a human-safety standard behind it.</w:t>
      </w:r>
    </w:p>
    <w:p w14:paraId="245CBE24" w14:textId="77777777" w:rsidR="00E96D47" w:rsidRDefault="00000000">
      <w:pPr>
        <w:pStyle w:val="ListBullet"/>
      </w:pPr>
      <w:r>
        <w:t>What do you believe technology should be required to protect as it becomes more powerful?</w:t>
      </w:r>
    </w:p>
    <w:p w14:paraId="14F72A19" w14:textId="77777777" w:rsidR="00E96D47" w:rsidRDefault="00000000">
      <w:pPr>
        <w:pStyle w:val="ListBullet"/>
      </w:pPr>
      <w:r>
        <w:t>Would a recognizable trust mark change how you choose AI platforms or future robots for yourself, your family, or your organization? Why?</w:t>
      </w:r>
    </w:p>
    <w:p w14:paraId="6916AB57" w14:textId="77777777" w:rsidR="00E96D47" w:rsidRDefault="00000000">
      <w:pPr>
        <w:pStyle w:val="ListBullet"/>
      </w:pPr>
      <w:r>
        <w:t>What does it mean to you for technology to behave as if humanity matters?</w:t>
      </w:r>
    </w:p>
    <w:p w14:paraId="25B81388" w14:textId="77777777" w:rsidR="00E96D47" w:rsidRDefault="00000000">
      <w:pPr>
        <w:pStyle w:val="Heading1"/>
      </w:pPr>
      <w:r>
        <w:t>The Loving Is Practice — Group Experience</w:t>
      </w:r>
    </w:p>
    <w:p w14:paraId="21D2039A" w14:textId="77777777" w:rsidR="00E96D47" w:rsidRDefault="00000000">
      <w:r>
        <w:t>Choose one real situation — personal, relational, organizational, or societal. Take three slow breaths together. Become present. Notice what arises internally without judging it. Reconnect with the feeling of love, then ask the question together:</w:t>
      </w:r>
    </w:p>
    <w:p w14:paraId="10E0F175" w14:textId="77777777" w:rsidR="00E96D47" w:rsidRDefault="00000000">
      <w:pPr>
        <w:jc w:val="center"/>
      </w:pPr>
      <w:r>
        <w:rPr>
          <w:b/>
          <w:sz w:val="30"/>
        </w:rPr>
        <w:t>What would loving look like here?</w:t>
      </w:r>
    </w:p>
    <w:p w14:paraId="209BC60F" w14:textId="77777777" w:rsidR="00E96D47" w:rsidRDefault="00000000">
      <w:pPr>
        <w:pStyle w:val="ListBullet"/>
      </w:pPr>
      <w:r>
        <w:t>What changes when you ask the question from a more present place?</w:t>
      </w:r>
    </w:p>
    <w:p w14:paraId="1309FBE7" w14:textId="77777777" w:rsidR="00E96D47" w:rsidRDefault="00000000">
      <w:pPr>
        <w:pStyle w:val="ListBullet"/>
      </w:pPr>
      <w:r>
        <w:t>What might loving require for the other person or people involved?</w:t>
      </w:r>
    </w:p>
    <w:p w14:paraId="01118737" w14:textId="77777777" w:rsidR="00E96D47" w:rsidRDefault="00000000">
      <w:pPr>
        <w:pStyle w:val="ListBullet"/>
      </w:pPr>
      <w:r>
        <w:t>What might loving require for you?</w:t>
      </w:r>
    </w:p>
    <w:p w14:paraId="187D0899" w14:textId="77777777" w:rsidR="00E96D47" w:rsidRDefault="00000000">
      <w:pPr>
        <w:pStyle w:val="ListBullet"/>
      </w:pPr>
      <w:r>
        <w:lastRenderedPageBreak/>
        <w:t>What is one loving action that is possible now?</w:t>
      </w:r>
    </w:p>
    <w:p w14:paraId="0FBF913B" w14:textId="77777777" w:rsidR="00E96D47" w:rsidRDefault="00000000">
      <w:pPr>
        <w:pStyle w:val="Heading1"/>
      </w:pPr>
      <w:r>
        <w:t>Close the Circle</w:t>
      </w:r>
    </w:p>
    <w:p w14:paraId="43333387" w14:textId="77777777" w:rsidR="00E96D47" w:rsidRDefault="00000000">
      <w:pPr>
        <w:pStyle w:val="ListBullet"/>
      </w:pPr>
      <w:r>
        <w:t>What are you taking with you from this conversation?</w:t>
      </w:r>
    </w:p>
    <w:p w14:paraId="1E4C8EE2" w14:textId="77777777" w:rsidR="00E96D47" w:rsidRDefault="00000000">
      <w:pPr>
        <w:pStyle w:val="ListBullet"/>
      </w:pPr>
      <w:r>
        <w:t>What do you want to practice rather than merely remember?</w:t>
      </w:r>
    </w:p>
    <w:p w14:paraId="7A12453F" w14:textId="77777777" w:rsidR="00E96D47" w:rsidRDefault="00000000">
      <w:pPr>
        <w:pStyle w:val="ListBullet"/>
      </w:pPr>
      <w:r>
        <w:t>Where will you ask 'What would loving look like here?' this week?</w:t>
      </w:r>
    </w:p>
    <w:p w14:paraId="29F7773A" w14:textId="77777777" w:rsidR="00E96D47" w:rsidRDefault="00E96D47"/>
    <w:p w14:paraId="15A5B0C8" w14:textId="77777777" w:rsidR="00E96D47" w:rsidRDefault="00000000">
      <w:pPr>
        <w:jc w:val="center"/>
      </w:pPr>
      <w:r>
        <w:rPr>
          <w:b/>
          <w:sz w:val="30"/>
        </w:rPr>
        <w:t>Ask the question. Live the answer. Pass it on.</w:t>
      </w:r>
    </w:p>
    <w:p w14:paraId="107BB1CA" w14:textId="5EF376B9" w:rsidR="00E96D47" w:rsidRDefault="00000000">
      <w:r>
        <w:t>Continue the conversation, explore companion resources, and meet Nova at WhatLoving</w:t>
      </w:r>
      <w:r w:rsidR="00974EDD">
        <w:t>Is</w:t>
      </w:r>
      <w:r>
        <w:t>.com.</w:t>
      </w:r>
    </w:p>
    <w:sectPr w:rsidR="00E96D47"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70652891">
    <w:abstractNumId w:val="8"/>
  </w:num>
  <w:num w:numId="2" w16cid:durableId="1337883157">
    <w:abstractNumId w:val="6"/>
  </w:num>
  <w:num w:numId="3" w16cid:durableId="1771776092">
    <w:abstractNumId w:val="5"/>
  </w:num>
  <w:num w:numId="4" w16cid:durableId="1289825169">
    <w:abstractNumId w:val="4"/>
  </w:num>
  <w:num w:numId="5" w16cid:durableId="700935823">
    <w:abstractNumId w:val="7"/>
  </w:num>
  <w:num w:numId="6" w16cid:durableId="2107386460">
    <w:abstractNumId w:val="3"/>
  </w:num>
  <w:num w:numId="7" w16cid:durableId="1711489749">
    <w:abstractNumId w:val="2"/>
  </w:num>
  <w:num w:numId="8" w16cid:durableId="1362904169">
    <w:abstractNumId w:val="1"/>
  </w:num>
  <w:num w:numId="9" w16cid:durableId="6838209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74EDD"/>
    <w:rsid w:val="00AA1D8D"/>
    <w:rsid w:val="00B47730"/>
    <w:rsid w:val="00CA4418"/>
    <w:rsid w:val="00CB0664"/>
    <w:rsid w:val="00E96D4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D7D434"/>
  <w14:defaultImageDpi w14:val="300"/>
  <w15:docId w15:val="{4207122F-C336-6F4D-B2FE-D5FA221B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4281</Characters>
  <Application>Microsoft Office Word</Application>
  <DocSecurity>0</DocSecurity>
  <Lines>77</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Jen Coffel</cp:lastModifiedBy>
  <cp:revision>2</cp:revision>
  <dcterms:created xsi:type="dcterms:W3CDTF">2013-12-23T23:15:00Z</dcterms:created>
  <dcterms:modified xsi:type="dcterms:W3CDTF">2026-08-20T17:06:00Z</dcterms:modified>
  <cp:category/>
</cp:coreProperties>
</file>