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A48D" w14:textId="5ED6EE7E" w:rsidR="007B6A01" w:rsidRPr="00210B48" w:rsidRDefault="00CD2B29" w:rsidP="007B6A01">
      <w:pPr>
        <w:pStyle w:val="a9"/>
        <w:jc w:val="center"/>
        <w:rPr>
          <w:rFonts w:ascii="標楷體" w:eastAsia="標楷體" w:hAnsi="標楷體"/>
          <w:b/>
          <w:bCs/>
          <w:color w:val="365F91" w:themeColor="accent1" w:themeShade="BF"/>
          <w:sz w:val="48"/>
          <w:szCs w:val="48"/>
          <w:lang w:eastAsia="zh-TW"/>
        </w:rPr>
      </w:pPr>
      <w:r>
        <w:rPr>
          <w:rFonts w:ascii="標楷體" w:eastAsia="標楷體" w:hAnsi="標楷體" w:hint="eastAsia"/>
          <w:b/>
          <w:bCs/>
          <w:color w:val="365F91" w:themeColor="accent1" w:themeShade="BF"/>
          <w:sz w:val="48"/>
          <w:szCs w:val="48"/>
          <w:lang w:eastAsia="zh-TW"/>
        </w:rPr>
        <w:t>社團法人</w:t>
      </w:r>
      <w:r w:rsidR="00D2699B" w:rsidRPr="00210B48">
        <w:rPr>
          <w:rFonts w:ascii="標楷體" w:eastAsia="標楷體" w:hAnsi="標楷體" w:hint="eastAsia"/>
          <w:b/>
          <w:bCs/>
          <w:color w:val="365F91" w:themeColor="accent1" w:themeShade="BF"/>
          <w:sz w:val="48"/>
          <w:szCs w:val="48"/>
          <w:lang w:eastAsia="zh-TW"/>
        </w:rPr>
        <w:t>台丹文化經貿促進交流協會</w:t>
      </w:r>
    </w:p>
    <w:p w14:paraId="3428D1F8" w14:textId="77777777" w:rsidR="007B6A01" w:rsidRPr="00210B48" w:rsidRDefault="00D2699B" w:rsidP="007B6A01">
      <w:pPr>
        <w:pStyle w:val="a9"/>
        <w:jc w:val="center"/>
        <w:rPr>
          <w:rFonts w:ascii="標楷體" w:eastAsia="標楷體" w:hAnsi="標楷體"/>
          <w:b/>
          <w:bCs/>
          <w:color w:val="365F91" w:themeColor="accent1" w:themeShade="BF"/>
          <w:sz w:val="48"/>
          <w:szCs w:val="48"/>
          <w:lang w:eastAsia="zh-TW"/>
        </w:rPr>
      </w:pPr>
      <w:r w:rsidRPr="00210B48">
        <w:rPr>
          <w:rFonts w:ascii="標楷體" w:eastAsia="標楷體" w:hAnsi="標楷體"/>
          <w:b/>
          <w:bCs/>
          <w:color w:val="365F91" w:themeColor="accent1" w:themeShade="BF"/>
          <w:sz w:val="48"/>
          <w:szCs w:val="48"/>
          <w:lang w:eastAsia="zh-TW"/>
        </w:rPr>
        <w:t>會員申請表</w:t>
      </w:r>
    </w:p>
    <w:p w14:paraId="29F05EF7" w14:textId="77777777" w:rsidR="006F4625" w:rsidRPr="0011198B" w:rsidRDefault="00000000" w:rsidP="0011198B">
      <w:pPr>
        <w:jc w:val="center"/>
        <w:rPr>
          <w:rFonts w:ascii="微軟正黑體" w:eastAsia="微軟正黑體" w:hAnsi="微軟正黑體"/>
          <w:sz w:val="24"/>
          <w:szCs w:val="24"/>
          <w:lang w:eastAsia="zh-TW"/>
        </w:rPr>
      </w:pPr>
      <w:r w:rsidRPr="0011198B">
        <w:rPr>
          <w:rFonts w:ascii="微軟正黑體" w:eastAsia="微軟正黑體" w:hAnsi="微軟正黑體"/>
          <w:sz w:val="24"/>
          <w:szCs w:val="24"/>
          <w:lang w:eastAsia="zh-TW"/>
        </w:rPr>
        <w:t>請填寫以下資料並繳交會員年費以完成申請程序。</w:t>
      </w:r>
    </w:p>
    <w:tbl>
      <w:tblPr>
        <w:tblStyle w:val="aff2"/>
        <w:tblW w:w="11341" w:type="dxa"/>
        <w:jc w:val="center"/>
        <w:tblLook w:val="04A0" w:firstRow="1" w:lastRow="0" w:firstColumn="1" w:lastColumn="0" w:noHBand="0" w:noVBand="1"/>
      </w:tblPr>
      <w:tblGrid>
        <w:gridCol w:w="3478"/>
        <w:gridCol w:w="7863"/>
      </w:tblGrid>
      <w:tr w:rsidR="006F4625" w14:paraId="673E702C" w14:textId="77777777" w:rsidTr="00071175">
        <w:trPr>
          <w:trHeight w:val="567"/>
          <w:jc w:val="center"/>
        </w:trPr>
        <w:tc>
          <w:tcPr>
            <w:tcW w:w="3478" w:type="dxa"/>
          </w:tcPr>
          <w:p w14:paraId="0577FA35" w14:textId="2C6E5DDB" w:rsidR="006F4625" w:rsidRPr="00D339CE" w:rsidRDefault="0011198B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 w:hint="eastAsia"/>
                <w:sz w:val="30"/>
                <w:szCs w:val="30"/>
              </w:rPr>
              <w:t>姓名</w:t>
            </w:r>
            <w:proofErr w:type="spellEnd"/>
          </w:p>
        </w:tc>
        <w:tc>
          <w:tcPr>
            <w:tcW w:w="7863" w:type="dxa"/>
          </w:tcPr>
          <w:p w14:paraId="66C679E0" w14:textId="768849E3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6F4625" w14:paraId="3563CFDD" w14:textId="77777777" w:rsidTr="00071175">
        <w:trPr>
          <w:trHeight w:val="567"/>
          <w:jc w:val="center"/>
        </w:trPr>
        <w:tc>
          <w:tcPr>
            <w:tcW w:w="3478" w:type="dxa"/>
          </w:tcPr>
          <w:p w14:paraId="6162341B" w14:textId="4AED4028" w:rsidR="006F4625" w:rsidRPr="00D339CE" w:rsidRDefault="0011198B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性別</w:t>
            </w:r>
            <w:proofErr w:type="spellEnd"/>
          </w:p>
        </w:tc>
        <w:tc>
          <w:tcPr>
            <w:tcW w:w="7863" w:type="dxa"/>
          </w:tcPr>
          <w:p w14:paraId="0F75CDC6" w14:textId="3C4414DE" w:rsidR="006F4625" w:rsidRPr="00D339CE" w:rsidRDefault="0011198B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339CE">
              <w:rPr>
                <w:rFonts w:ascii="Segoe UI Symbol" w:eastAsia="標楷體" w:hAnsi="Segoe UI Symbol" w:cs="Segoe UI Symbol"/>
                <w:sz w:val="30"/>
                <w:szCs w:val="30"/>
              </w:rPr>
              <w:t>☐</w:t>
            </w:r>
            <w:r w:rsidRPr="00D339CE">
              <w:rPr>
                <w:rFonts w:ascii="標楷體" w:eastAsia="標楷體" w:hAnsi="標楷體"/>
                <w:sz w:val="30"/>
                <w:szCs w:val="30"/>
              </w:rPr>
              <w:t xml:space="preserve"> 男 </w:t>
            </w:r>
            <w:r w:rsidR="00FE15D6" w:rsidRPr="00D339CE">
              <w:rPr>
                <w:rFonts w:ascii="Segoe UI Symbol" w:eastAsia="標楷體" w:hAnsi="Segoe UI Symbol" w:cs="Segoe UI Symbol"/>
                <w:sz w:val="30"/>
                <w:szCs w:val="30"/>
              </w:rPr>
              <w:t>☐</w:t>
            </w:r>
            <w:r w:rsidRPr="00D339CE">
              <w:rPr>
                <w:rFonts w:ascii="標楷體" w:eastAsia="標楷體" w:hAnsi="標楷體"/>
                <w:sz w:val="30"/>
                <w:szCs w:val="30"/>
              </w:rPr>
              <w:t xml:space="preserve"> 女</w:t>
            </w:r>
          </w:p>
        </w:tc>
      </w:tr>
      <w:tr w:rsidR="006F4625" w14:paraId="27EDFE85" w14:textId="77777777" w:rsidTr="00071175">
        <w:trPr>
          <w:trHeight w:val="567"/>
          <w:jc w:val="center"/>
        </w:trPr>
        <w:tc>
          <w:tcPr>
            <w:tcW w:w="3478" w:type="dxa"/>
          </w:tcPr>
          <w:p w14:paraId="512A2E32" w14:textId="1A4714E3" w:rsidR="006F4625" w:rsidRPr="00D339CE" w:rsidRDefault="0011198B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 w:hint="eastAsia"/>
                <w:sz w:val="30"/>
                <w:szCs w:val="30"/>
              </w:rPr>
              <w:t>出生年月日</w:t>
            </w:r>
            <w:proofErr w:type="spellEnd"/>
          </w:p>
        </w:tc>
        <w:tc>
          <w:tcPr>
            <w:tcW w:w="7863" w:type="dxa"/>
          </w:tcPr>
          <w:p w14:paraId="5A3B16FE" w14:textId="1AE15899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6F4625" w14:paraId="013218CC" w14:textId="77777777" w:rsidTr="00071175">
        <w:trPr>
          <w:trHeight w:val="567"/>
          <w:jc w:val="center"/>
        </w:trPr>
        <w:tc>
          <w:tcPr>
            <w:tcW w:w="3478" w:type="dxa"/>
          </w:tcPr>
          <w:p w14:paraId="7049EB89" w14:textId="6B1D035B" w:rsidR="006F4625" w:rsidRPr="00D339CE" w:rsidRDefault="0011198B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339CE">
              <w:rPr>
                <w:rFonts w:ascii="標楷體" w:eastAsia="標楷體" w:hAnsi="標楷體" w:hint="eastAsia"/>
                <w:sz w:val="30"/>
                <w:szCs w:val="30"/>
                <w:lang w:eastAsia="zh-TW"/>
              </w:rPr>
              <w:t>身分證字號</w:t>
            </w:r>
          </w:p>
        </w:tc>
        <w:tc>
          <w:tcPr>
            <w:tcW w:w="7863" w:type="dxa"/>
          </w:tcPr>
          <w:p w14:paraId="5EDDE1F3" w14:textId="5210B827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14:paraId="52F3BCE0" w14:textId="77777777" w:rsidTr="00071175">
        <w:trPr>
          <w:trHeight w:val="567"/>
          <w:jc w:val="center"/>
        </w:trPr>
        <w:tc>
          <w:tcPr>
            <w:tcW w:w="3478" w:type="dxa"/>
          </w:tcPr>
          <w:p w14:paraId="79EE04B3" w14:textId="77777777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聯絡電話</w:t>
            </w:r>
            <w:proofErr w:type="spellEnd"/>
          </w:p>
        </w:tc>
        <w:tc>
          <w:tcPr>
            <w:tcW w:w="7863" w:type="dxa"/>
          </w:tcPr>
          <w:p w14:paraId="3B3748E1" w14:textId="66759073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14:paraId="5405447D" w14:textId="77777777" w:rsidTr="00071175">
        <w:trPr>
          <w:trHeight w:val="567"/>
          <w:jc w:val="center"/>
        </w:trPr>
        <w:tc>
          <w:tcPr>
            <w:tcW w:w="3478" w:type="dxa"/>
          </w:tcPr>
          <w:p w14:paraId="6BA1AEBF" w14:textId="77777777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339CE">
              <w:rPr>
                <w:rFonts w:ascii="標楷體" w:eastAsia="標楷體" w:hAnsi="標楷體"/>
                <w:sz w:val="30"/>
                <w:szCs w:val="30"/>
              </w:rPr>
              <w:t>Email</w:t>
            </w:r>
          </w:p>
        </w:tc>
        <w:tc>
          <w:tcPr>
            <w:tcW w:w="7863" w:type="dxa"/>
          </w:tcPr>
          <w:p w14:paraId="34B9B944" w14:textId="47337547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14:paraId="5129BEB2" w14:textId="77777777" w:rsidTr="00071175">
        <w:trPr>
          <w:trHeight w:val="567"/>
          <w:jc w:val="center"/>
        </w:trPr>
        <w:tc>
          <w:tcPr>
            <w:tcW w:w="3478" w:type="dxa"/>
          </w:tcPr>
          <w:p w14:paraId="692140A1" w14:textId="77777777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通訊地址</w:t>
            </w:r>
            <w:proofErr w:type="spellEnd"/>
          </w:p>
        </w:tc>
        <w:tc>
          <w:tcPr>
            <w:tcW w:w="7863" w:type="dxa"/>
          </w:tcPr>
          <w:p w14:paraId="3BB95CCB" w14:textId="1C26F50B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14:paraId="2687B704" w14:textId="77777777" w:rsidTr="00071175">
        <w:trPr>
          <w:trHeight w:val="567"/>
          <w:jc w:val="center"/>
        </w:trPr>
        <w:tc>
          <w:tcPr>
            <w:tcW w:w="3478" w:type="dxa"/>
          </w:tcPr>
          <w:p w14:paraId="4985A288" w14:textId="77777777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加入方式</w:t>
            </w:r>
            <w:proofErr w:type="spellEnd"/>
          </w:p>
        </w:tc>
        <w:tc>
          <w:tcPr>
            <w:tcW w:w="7863" w:type="dxa"/>
          </w:tcPr>
          <w:p w14:paraId="26B91C84" w14:textId="771BA4AB" w:rsidR="006F4625" w:rsidRPr="00D339CE" w:rsidRDefault="00FE15D6" w:rsidP="00CD2B29">
            <w:pPr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  <w:r w:rsidRPr="00D339CE">
              <w:rPr>
                <w:rFonts w:ascii="Segoe UI Symbol" w:eastAsia="標楷體" w:hAnsi="Segoe UI Symbol" w:cs="Segoe UI Symbol"/>
                <w:sz w:val="30"/>
                <w:szCs w:val="30"/>
                <w:lang w:eastAsia="zh-TW"/>
              </w:rPr>
              <w:t>☐</w:t>
            </w:r>
            <w:r w:rsidR="00D339CE" w:rsidRPr="00D339CE">
              <w:rPr>
                <w:rFonts w:ascii="標楷體" w:eastAsia="標楷體" w:hAnsi="標楷體"/>
                <w:sz w:val="30"/>
                <w:szCs w:val="30"/>
                <w:lang w:eastAsia="zh-TW"/>
              </w:rPr>
              <w:t xml:space="preserve"> 個人會員 </w:t>
            </w:r>
            <w:r w:rsidR="00D339CE" w:rsidRPr="00D339CE">
              <w:rPr>
                <w:rFonts w:ascii="Segoe UI Symbol" w:eastAsia="標楷體" w:hAnsi="Segoe UI Symbol" w:cs="Segoe UI Symbol"/>
                <w:sz w:val="30"/>
                <w:szCs w:val="30"/>
                <w:lang w:eastAsia="zh-TW"/>
              </w:rPr>
              <w:t>☐</w:t>
            </w:r>
            <w:r w:rsidR="00D339CE" w:rsidRPr="00D339CE">
              <w:rPr>
                <w:rFonts w:ascii="標楷體" w:eastAsia="標楷體" w:hAnsi="標楷體"/>
                <w:sz w:val="30"/>
                <w:szCs w:val="30"/>
                <w:lang w:eastAsia="zh-TW"/>
              </w:rPr>
              <w:t xml:space="preserve"> 團體會員 </w:t>
            </w:r>
            <w:r w:rsidR="00D339CE" w:rsidRPr="00D339CE">
              <w:rPr>
                <w:rFonts w:ascii="Segoe UI Symbol" w:eastAsia="標楷體" w:hAnsi="Segoe UI Symbol" w:cs="Segoe UI Symbol"/>
                <w:sz w:val="30"/>
                <w:szCs w:val="30"/>
                <w:lang w:eastAsia="zh-TW"/>
              </w:rPr>
              <w:t>☐</w:t>
            </w:r>
            <w:r w:rsidR="00CD2B29" w:rsidRPr="00CD2B29">
              <w:rPr>
                <w:rFonts w:ascii="標楷體" w:eastAsia="標楷體" w:hAnsi="標楷體"/>
                <w:sz w:val="30"/>
                <w:szCs w:val="30"/>
                <w:lang w:eastAsia="zh-TW"/>
              </w:rPr>
              <w:t>永久贊助會員</w:t>
            </w:r>
            <w:r w:rsidR="00D339CE" w:rsidRPr="00D339CE">
              <w:rPr>
                <w:rFonts w:ascii="標楷體" w:eastAsia="標楷體" w:hAnsi="標楷體"/>
                <w:sz w:val="30"/>
                <w:szCs w:val="30"/>
                <w:lang w:eastAsia="zh-TW"/>
              </w:rPr>
              <w:t> </w:t>
            </w:r>
          </w:p>
        </w:tc>
      </w:tr>
      <w:tr w:rsidR="006F4625" w14:paraId="674C9AEC" w14:textId="77777777" w:rsidTr="00D339CE">
        <w:trPr>
          <w:trHeight w:val="692"/>
          <w:jc w:val="center"/>
        </w:trPr>
        <w:tc>
          <w:tcPr>
            <w:tcW w:w="3478" w:type="dxa"/>
          </w:tcPr>
          <w:p w14:paraId="71396D3A" w14:textId="328E5F79" w:rsidR="006F4625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  <w:r w:rsidRPr="00D339CE">
              <w:rPr>
                <w:rFonts w:ascii="標楷體" w:eastAsia="標楷體" w:hAnsi="標楷體"/>
                <w:sz w:val="30"/>
                <w:szCs w:val="30"/>
                <w:lang w:eastAsia="zh-TW"/>
              </w:rPr>
              <w:t>付款方式</w:t>
            </w:r>
          </w:p>
          <w:p w14:paraId="35DB5C02" w14:textId="3B6593D7" w:rsidR="00CD2B29" w:rsidRDefault="00CD2B29" w:rsidP="0011198B">
            <w:pPr>
              <w:jc w:val="center"/>
              <w:rPr>
                <w:rFonts w:ascii="標楷體" w:eastAsia="標楷體" w:hAnsi="標楷體" w:hint="eastAsia"/>
                <w:sz w:val="30"/>
                <w:szCs w:val="30"/>
                <w:lang w:eastAsia="zh-TW"/>
              </w:rPr>
            </w:pPr>
            <w:r w:rsidRPr="00D339CE">
              <w:rPr>
                <w:rFonts w:ascii="Segoe UI Symbol" w:eastAsia="標楷體" w:hAnsi="Segoe UI Symbol" w:cs="Segoe UI Symbol"/>
                <w:sz w:val="30"/>
                <w:szCs w:val="30"/>
                <w:lang w:eastAsia="zh-TW"/>
              </w:rPr>
              <w:t>☐</w:t>
            </w:r>
            <w:r w:rsidRPr="00D339CE">
              <w:rPr>
                <w:rFonts w:ascii="標楷體" w:eastAsia="標楷體" w:hAnsi="標楷體"/>
                <w:sz w:val="30"/>
                <w:szCs w:val="30"/>
              </w:rPr>
              <w:t xml:space="preserve"> </w:t>
            </w:r>
            <w:r w:rsidRPr="00D339CE">
              <w:rPr>
                <w:rFonts w:ascii="標楷體" w:eastAsia="標楷體" w:hAnsi="標楷體" w:hint="eastAsia"/>
                <w:sz w:val="30"/>
                <w:szCs w:val="30"/>
                <w:lang w:eastAsia="zh-TW"/>
              </w:rPr>
              <w:t>匯款</w:t>
            </w:r>
            <w:r w:rsidRPr="00D339CE">
              <w:rPr>
                <w:rFonts w:ascii="標楷體" w:eastAsia="標楷體" w:hAnsi="標楷體"/>
                <w:sz w:val="30"/>
                <w:szCs w:val="30"/>
              </w:rPr>
              <w:t> </w:t>
            </w:r>
          </w:p>
          <w:p w14:paraId="3F84DDBC" w14:textId="65877BCE" w:rsidR="004C0CF6" w:rsidRPr="00D339CE" w:rsidRDefault="004C0CF6" w:rsidP="00CD2B29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  <w:tc>
          <w:tcPr>
            <w:tcW w:w="7863" w:type="dxa"/>
          </w:tcPr>
          <w:p w14:paraId="1256BE33" w14:textId="6A79089F" w:rsidR="00CD2B29" w:rsidRPr="00CD2B29" w:rsidRDefault="00CD2B29" w:rsidP="00CD2B29">
            <w:pPr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</w:pPr>
            <w:r w:rsidRPr="00CD2B29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元大銀行(806)</w:t>
            </w:r>
            <w:r w:rsidRPr="00CD2B29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 xml:space="preserve"> </w:t>
            </w:r>
            <w:r w:rsidRPr="00CD2B29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民生三民分行</w:t>
            </w:r>
          </w:p>
          <w:p w14:paraId="24CB638D" w14:textId="77777777" w:rsidR="00CD2B29" w:rsidRPr="00CD2B29" w:rsidRDefault="00CD2B29" w:rsidP="00CD2B29">
            <w:pPr>
              <w:pStyle w:val="a9"/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</w:pPr>
            <w:r w:rsidRPr="00CD2B29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eastAsia="zh-TW"/>
              </w:rPr>
              <w:t>戶名:社團法人台丹文化經貿促進交流協會</w:t>
            </w:r>
          </w:p>
          <w:p w14:paraId="29B6D477" w14:textId="77777777" w:rsidR="00CD2B29" w:rsidRPr="00CD2B29" w:rsidRDefault="00CD2B29" w:rsidP="00CD2B29">
            <w:pPr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CD2B29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帳號：2196200058199</w:t>
            </w:r>
            <w:r w:rsidRPr="00CD2B29">
              <w:rPr>
                <w:rFonts w:ascii="標楷體" w:eastAsia="標楷體" w:hAnsi="標楷體"/>
                <w:sz w:val="32"/>
                <w:szCs w:val="32"/>
                <w:lang w:eastAsia="zh-TW"/>
              </w:rPr>
              <w:t xml:space="preserve"> </w:t>
            </w:r>
          </w:p>
          <w:p w14:paraId="673B417F" w14:textId="04824A83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6F4625" w14:paraId="4C1DE21E" w14:textId="77777777" w:rsidTr="00071175">
        <w:trPr>
          <w:trHeight w:val="567"/>
          <w:jc w:val="center"/>
        </w:trPr>
        <w:tc>
          <w:tcPr>
            <w:tcW w:w="3478" w:type="dxa"/>
          </w:tcPr>
          <w:p w14:paraId="00E03E42" w14:textId="7D0E6920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匯款帳號末五碼</w:t>
            </w:r>
            <w:proofErr w:type="spellEnd"/>
          </w:p>
        </w:tc>
        <w:tc>
          <w:tcPr>
            <w:tcW w:w="7863" w:type="dxa"/>
          </w:tcPr>
          <w:p w14:paraId="35C11A62" w14:textId="6CE09889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14:paraId="56A9D18B" w14:textId="77777777" w:rsidTr="00071175">
        <w:trPr>
          <w:trHeight w:val="567"/>
          <w:jc w:val="center"/>
        </w:trPr>
        <w:tc>
          <w:tcPr>
            <w:tcW w:w="3478" w:type="dxa"/>
          </w:tcPr>
          <w:p w14:paraId="317866E6" w14:textId="77777777" w:rsidR="006F4625" w:rsidRPr="00D339CE" w:rsidRDefault="00000000" w:rsidP="0011198B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proofErr w:type="spellStart"/>
            <w:r w:rsidRPr="00D339CE">
              <w:rPr>
                <w:rFonts w:ascii="標楷體" w:eastAsia="標楷體" w:hAnsi="標楷體"/>
                <w:sz w:val="30"/>
                <w:szCs w:val="30"/>
              </w:rPr>
              <w:t>申請日期</w:t>
            </w:r>
            <w:proofErr w:type="spellEnd"/>
          </w:p>
        </w:tc>
        <w:tc>
          <w:tcPr>
            <w:tcW w:w="7863" w:type="dxa"/>
          </w:tcPr>
          <w:p w14:paraId="731062C3" w14:textId="7F48B22E" w:rsidR="006F4625" w:rsidRPr="00D339CE" w:rsidRDefault="006F4625" w:rsidP="0011198B">
            <w:pPr>
              <w:jc w:val="center"/>
              <w:rPr>
                <w:rFonts w:ascii="標楷體" w:eastAsia="標楷體" w:hAnsi="標楷體"/>
                <w:sz w:val="30"/>
                <w:szCs w:val="30"/>
                <w:lang w:eastAsia="zh-TW"/>
              </w:rPr>
            </w:pPr>
          </w:p>
        </w:tc>
      </w:tr>
      <w:tr w:rsidR="006F4625" w:rsidRPr="00D339CE" w14:paraId="56C018A6" w14:textId="77777777" w:rsidTr="00210B48">
        <w:trPr>
          <w:trHeight w:val="2984"/>
          <w:jc w:val="center"/>
        </w:trPr>
        <w:tc>
          <w:tcPr>
            <w:tcW w:w="3478" w:type="dxa"/>
          </w:tcPr>
          <w:p w14:paraId="4BD8A154" w14:textId="7F47447B" w:rsidR="006F4625" w:rsidRPr="00D339CE" w:rsidRDefault="00D2699B" w:rsidP="00D339CE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339CE">
              <w:rPr>
                <w:rFonts w:ascii="標楷體" w:eastAsia="標楷體" w:hAnsi="標楷體" w:hint="eastAsia"/>
                <w:sz w:val="30"/>
                <w:szCs w:val="30"/>
                <w:lang w:eastAsia="zh-TW"/>
              </w:rPr>
              <w:t>經歷</w:t>
            </w:r>
          </w:p>
        </w:tc>
        <w:tc>
          <w:tcPr>
            <w:tcW w:w="7863" w:type="dxa"/>
          </w:tcPr>
          <w:p w14:paraId="50B1F991" w14:textId="22E89D00" w:rsidR="006F4625" w:rsidRPr="00D339CE" w:rsidRDefault="006F4625" w:rsidP="00D339CE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</w:tbl>
    <w:p w14:paraId="227E8481" w14:textId="77777777" w:rsidR="00947144" w:rsidRPr="00D339CE" w:rsidRDefault="00947144" w:rsidP="00210B48">
      <w:pPr>
        <w:rPr>
          <w:rFonts w:eastAsia="新細明體"/>
          <w:sz w:val="30"/>
          <w:szCs w:val="30"/>
          <w:lang w:eastAsia="zh-TW"/>
        </w:rPr>
      </w:pPr>
    </w:p>
    <w:sectPr w:rsidR="00947144" w:rsidRPr="00D339CE" w:rsidSect="00210B48">
      <w:pgSz w:w="12240" w:h="15840"/>
      <w:pgMar w:top="964" w:right="1531" w:bottom="96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50844" w14:textId="77777777" w:rsidR="00827439" w:rsidRDefault="00827439" w:rsidP="004C0CF6">
      <w:pPr>
        <w:spacing w:after="0" w:line="240" w:lineRule="auto"/>
      </w:pPr>
      <w:r>
        <w:separator/>
      </w:r>
    </w:p>
  </w:endnote>
  <w:endnote w:type="continuationSeparator" w:id="0">
    <w:p w14:paraId="74E30FA6" w14:textId="77777777" w:rsidR="00827439" w:rsidRDefault="00827439" w:rsidP="004C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FE48" w14:textId="77777777" w:rsidR="00827439" w:rsidRDefault="00827439" w:rsidP="004C0CF6">
      <w:pPr>
        <w:spacing w:after="0" w:line="240" w:lineRule="auto"/>
      </w:pPr>
      <w:r>
        <w:separator/>
      </w:r>
    </w:p>
  </w:footnote>
  <w:footnote w:type="continuationSeparator" w:id="0">
    <w:p w14:paraId="7519E04D" w14:textId="77777777" w:rsidR="00827439" w:rsidRDefault="00827439" w:rsidP="004C0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2630123">
    <w:abstractNumId w:val="8"/>
  </w:num>
  <w:num w:numId="2" w16cid:durableId="1807620609">
    <w:abstractNumId w:val="6"/>
  </w:num>
  <w:num w:numId="3" w16cid:durableId="1795828635">
    <w:abstractNumId w:val="5"/>
  </w:num>
  <w:num w:numId="4" w16cid:durableId="141166050">
    <w:abstractNumId w:val="4"/>
  </w:num>
  <w:num w:numId="5" w16cid:durableId="558857204">
    <w:abstractNumId w:val="7"/>
  </w:num>
  <w:num w:numId="6" w16cid:durableId="1643803215">
    <w:abstractNumId w:val="3"/>
  </w:num>
  <w:num w:numId="7" w16cid:durableId="1231113478">
    <w:abstractNumId w:val="2"/>
  </w:num>
  <w:num w:numId="8" w16cid:durableId="1869102541">
    <w:abstractNumId w:val="1"/>
  </w:num>
  <w:num w:numId="9" w16cid:durableId="152824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175"/>
    <w:rsid w:val="000829F5"/>
    <w:rsid w:val="000E17DD"/>
    <w:rsid w:val="000F01F1"/>
    <w:rsid w:val="0011198B"/>
    <w:rsid w:val="0013116D"/>
    <w:rsid w:val="0015074B"/>
    <w:rsid w:val="001B0BA5"/>
    <w:rsid w:val="00210B48"/>
    <w:rsid w:val="0029639D"/>
    <w:rsid w:val="00326F90"/>
    <w:rsid w:val="003E6484"/>
    <w:rsid w:val="004C0CF6"/>
    <w:rsid w:val="005919C2"/>
    <w:rsid w:val="00697312"/>
    <w:rsid w:val="006E2C89"/>
    <w:rsid w:val="006F4625"/>
    <w:rsid w:val="007548D8"/>
    <w:rsid w:val="007B6A01"/>
    <w:rsid w:val="007D470F"/>
    <w:rsid w:val="007F45E5"/>
    <w:rsid w:val="00827439"/>
    <w:rsid w:val="00947144"/>
    <w:rsid w:val="00AA1D8D"/>
    <w:rsid w:val="00AA42A8"/>
    <w:rsid w:val="00AE5209"/>
    <w:rsid w:val="00B47730"/>
    <w:rsid w:val="00B61ED8"/>
    <w:rsid w:val="00CB0664"/>
    <w:rsid w:val="00CD2B29"/>
    <w:rsid w:val="00D2699B"/>
    <w:rsid w:val="00D339CE"/>
    <w:rsid w:val="00D6559E"/>
    <w:rsid w:val="00ED5B18"/>
    <w:rsid w:val="00FA71E0"/>
    <w:rsid w:val="00FC693F"/>
    <w:rsid w:val="00FE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5A2000"/>
  <w14:defaultImageDpi w14:val="300"/>
  <w15:docId w15:val="{1925D3FE-3D28-4C9E-A2F9-0CB6CB1D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Rock User20</cp:lastModifiedBy>
  <cp:revision>2</cp:revision>
  <cp:lastPrinted>2025-06-17T06:22:00Z</cp:lastPrinted>
  <dcterms:created xsi:type="dcterms:W3CDTF">2026-08-26T07:51:00Z</dcterms:created>
  <dcterms:modified xsi:type="dcterms:W3CDTF">2026-08-26T07:51:00Z</dcterms:modified>
  <cp:category/>
</cp:coreProperties>
</file>