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宋体" w:hAnsi="宋体"/>
          <w:b/>
          <w:sz w:val="32"/>
        </w:rPr>
        <w:t>销售合同（通用模版 · 大陆交货 · 含税人民币）</w:t>
      </w:r>
    </w:p>
    <w:p>
      <w:r>
        <w:rPr>
          <w:rFonts w:ascii="宋体" w:hAnsi="宋体"/>
          <w:b w:val="0"/>
          <w:sz w:val="21"/>
        </w:rPr>
        <w:t>合同编号：________________    签订地点：____________    签订日期：____年__月__日</w:t>
      </w:r>
    </w:p>
    <w:p>
      <w:r>
        <w:rPr>
          <w:rFonts w:ascii="宋体" w:hAnsi="宋体"/>
          <w:b w:val="0"/>
          <w:sz w:val="21"/>
        </w:rPr>
        <w:t>【使用说明】空白通用模版，供下载填写；非正式要约。正式签署前建议法务审阅。</w:t>
      </w:r>
    </w:p>
    <w:p>
      <w:r>
        <w:rPr>
          <w:rFonts w:ascii="宋体" w:hAnsi="宋体"/>
          <w:b w:val="0"/>
          <w:sz w:val="21"/>
        </w:rPr>
        <w:t>甲方（需方）</w:t>
      </w:r>
    </w:p>
    <w:p>
      <w:r>
        <w:rPr>
          <w:rFonts w:ascii="宋体" w:hAnsi="宋体"/>
          <w:b w:val="0"/>
          <w:sz w:val="21"/>
        </w:rPr>
        <w:t>单位全称：________________________________</w:t>
      </w:r>
    </w:p>
    <w:p>
      <w:r>
        <w:rPr>
          <w:rFonts w:ascii="宋体" w:hAnsi="宋体"/>
          <w:b w:val="0"/>
          <w:sz w:val="21"/>
        </w:rPr>
        <w:t>统一社会信用代码 / 商业登记证号：____________________</w:t>
      </w:r>
    </w:p>
    <w:p>
      <w:r>
        <w:rPr>
          <w:rFonts w:ascii="宋体" w:hAnsi="宋体"/>
          <w:b w:val="0"/>
          <w:sz w:val="21"/>
        </w:rPr>
        <w:t>注册 / 联系地址：________________________________</w:t>
      </w:r>
    </w:p>
    <w:p>
      <w:r>
        <w:rPr>
          <w:rFonts w:ascii="宋体" w:hAnsi="宋体"/>
          <w:b w:val="0"/>
          <w:sz w:val="21"/>
        </w:rPr>
        <w:t>联系人：____________  电话：____________  邮箱：____________</w:t>
      </w:r>
    </w:p>
    <w:p>
      <w:r>
        <w:rPr>
          <w:rFonts w:ascii="宋体" w:hAnsi="宋体"/>
          <w:b w:val="0"/>
          <w:sz w:val="21"/>
        </w:rPr>
        <w:t>开户行：____________________  账号：____________________</w:t>
      </w:r>
    </w:p>
    <w:p>
      <w:r>
        <w:rPr>
          <w:rFonts w:ascii="宋体" w:hAnsi="宋体"/>
          <w:b w:val="0"/>
          <w:sz w:val="21"/>
        </w:rPr>
        <w:t>乙方（供方）</w:t>
      </w:r>
    </w:p>
    <w:p>
      <w:r>
        <w:rPr>
          <w:rFonts w:ascii="宋体" w:hAnsi="宋体"/>
          <w:b w:val="0"/>
          <w:sz w:val="21"/>
        </w:rPr>
        <w:t>单位全称：________________________________</w:t>
      </w:r>
    </w:p>
    <w:p>
      <w:r>
        <w:rPr>
          <w:rFonts w:ascii="宋体" w:hAnsi="宋体"/>
          <w:b w:val="0"/>
          <w:sz w:val="21"/>
        </w:rPr>
        <w:t>统一社会信用代码 / 商业登记证号：____________________</w:t>
      </w:r>
    </w:p>
    <w:p>
      <w:r>
        <w:rPr>
          <w:rFonts w:ascii="宋体" w:hAnsi="宋体"/>
          <w:b w:val="0"/>
          <w:sz w:val="21"/>
        </w:rPr>
        <w:t>注册 / 联系地址：________________________________</w:t>
      </w:r>
    </w:p>
    <w:p>
      <w:r>
        <w:rPr>
          <w:rFonts w:ascii="宋体" w:hAnsi="宋体"/>
          <w:b w:val="0"/>
          <w:sz w:val="21"/>
        </w:rPr>
        <w:t>联系人：____________  电话：____________  邮箱：____________</w:t>
      </w:r>
    </w:p>
    <w:p>
      <w:r>
        <w:rPr>
          <w:rFonts w:ascii="宋体" w:hAnsi="宋体"/>
          <w:b w:val="0"/>
          <w:sz w:val="21"/>
        </w:rPr>
        <w:t>开户行：____________________  账号：____________________</w:t>
      </w:r>
    </w:p>
    <w:p>
      <w:r>
        <w:rPr>
          <w:rFonts w:ascii="宋体" w:hAnsi="宋体"/>
          <w:b w:val="0"/>
          <w:sz w:val="21"/>
        </w:rPr>
        <w:t>依据《中华人民共和国民法典》等，双方就采购事宜达成如下约定：</w:t>
      </w:r>
    </w:p>
    <w:p>
      <w:r>
        <w:rPr>
          <w:rFonts w:ascii="宋体" w:hAnsi="宋体"/>
          <w:b/>
          <w:sz w:val="24"/>
        </w:rPr>
        <w:t>一、产品明细及价格</w:t>
      </w:r>
    </w:p>
    <w:p>
      <w:r>
        <w:rPr>
          <w:rFonts w:ascii="宋体" w:hAnsi="宋体"/>
          <w:b w:val="0"/>
          <w:sz w:val="21"/>
        </w:rPr>
        <w:t>序号 | 名称 | 规格型号 | 数量 | 未税单价（元） | 含税单价（元） | 含税总价（元）</w:t>
      </w:r>
    </w:p>
    <w:p>
      <w:r>
        <w:rPr>
          <w:rFonts w:ascii="宋体" w:hAnsi="宋体"/>
          <w:b w:val="0"/>
          <w:sz w:val="21"/>
        </w:rPr>
        <w:t>1 | ________ | ________ | ________ | ________ | ________ | ________</w:t>
      </w:r>
    </w:p>
    <w:p>
      <w:r>
        <w:rPr>
          <w:rFonts w:ascii="宋体" w:hAnsi="宋体"/>
          <w:b w:val="0"/>
          <w:sz w:val="21"/>
        </w:rPr>
        <w:t>合同总价（含税，人民币）：￥__________（大写：__________________）。税率/征收率：____%；发票类型：________。</w:t>
      </w:r>
    </w:p>
    <w:p>
      <w:r>
        <w:rPr>
          <w:rFonts w:ascii="宋体" w:hAnsi="宋体"/>
          <w:b/>
          <w:sz w:val="24"/>
        </w:rPr>
        <w:t>二、付款</w:t>
      </w:r>
    </w:p>
    <w:p>
      <w:r>
        <w:rPr>
          <w:rFonts w:ascii="宋体" w:hAnsi="宋体"/>
          <w:b w:val="0"/>
          <w:sz w:val="21"/>
        </w:rPr>
        <w:t>付款方式与期限：________________。乙方收款账户：________________。</w:t>
      </w:r>
    </w:p>
    <w:p>
      <w:r>
        <w:rPr>
          <w:rFonts w:ascii="宋体" w:hAnsi="宋体"/>
          <w:b/>
          <w:sz w:val="24"/>
        </w:rPr>
        <w:t>三、交货</w:t>
      </w:r>
    </w:p>
    <w:p>
      <w:r>
        <w:rPr>
          <w:rFonts w:ascii="宋体" w:hAnsi="宋体"/>
          <w:b w:val="0"/>
          <w:sz w:val="21"/>
        </w:rPr>
        <w:t>交货日期：________。交货地点：________（自提 / 送货）。</w:t>
      </w:r>
    </w:p>
    <w:p>
      <w:r>
        <w:rPr>
          <w:rFonts w:ascii="宋体" w:hAnsi="宋体"/>
          <w:b/>
          <w:sz w:val="24"/>
        </w:rPr>
        <w:t>四、签收验收 / 质保 / 所有权风险 / 保密 / 违约 / 争议</w:t>
      </w:r>
    </w:p>
    <w:p>
      <w:r>
        <w:rPr>
          <w:rFonts w:ascii="宋体" w:hAnsi="宋体"/>
          <w:b w:val="0"/>
          <w:sz w:val="21"/>
        </w:rPr>
        <w:t>签收与验收规则、质保期限、所有权与风险转移、保密、违约金与争议解决方式由双方填写：________。适用中华人民共和国大陆地区法律。</w:t>
      </w:r>
    </w:p>
    <w:p>
      <w:r>
        <w:rPr>
          <w:rFonts w:ascii="宋体" w:hAnsi="宋体"/>
          <w:b w:val="0"/>
          <w:sz w:val="21"/>
        </w:rPr>
        <w:t>甲方（盖章）签字：____________ 日期：________</w:t>
      </w:r>
    </w:p>
    <w:p>
      <w:r>
        <w:rPr>
          <w:rFonts w:ascii="宋体" w:hAnsi="宋体"/>
          <w:b w:val="0"/>
          <w:sz w:val="21"/>
        </w:rPr>
        <w:t>乙方（盖章）签字：____________ 日期：________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