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Electrician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Service call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Trip charge and diagnosis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Licensed electrician: 240V circuit for an EV charger, per hour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3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$110.00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$330.00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Materials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60A breaker, wire and box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Permit and inspection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City electrical permit, billed at cost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$725.00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within 15 days. Permit and inspection fees are billed at cost.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electricia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