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06DA8" w14:textId="77777777" w:rsidR="00E75E11" w:rsidRDefault="00D1163D">
      <w:pPr>
        <w:jc w:val="center"/>
      </w:pPr>
      <w:r>
        <w:rPr>
          <w:b/>
          <w:color w:val="28463F"/>
          <w:sz w:val="38"/>
        </w:rPr>
        <w:t>ZAŁĄCZNIK NR 1</w:t>
      </w:r>
    </w:p>
    <w:p w14:paraId="16FBBEBE" w14:textId="77777777" w:rsidR="00E75E11" w:rsidRDefault="00D1163D">
      <w:pPr>
        <w:jc w:val="center"/>
      </w:pPr>
      <w:r>
        <w:rPr>
          <w:b/>
          <w:color w:val="735C68"/>
          <w:sz w:val="24"/>
        </w:rPr>
        <w:t>Zasady bezpiecznej rekrutacji i weryfikacji personelu</w:t>
      </w:r>
    </w:p>
    <w:p w14:paraId="52D14A67" w14:textId="77777777" w:rsidR="00E75E11" w:rsidRDefault="00D1163D">
      <w:pPr>
        <w:jc w:val="center"/>
      </w:pPr>
      <w:r>
        <w:rPr>
          <w:i/>
        </w:rPr>
        <w:t>Centrum Zintegrowanego Wsparcia</w:t>
      </w:r>
      <w:r>
        <w:rPr>
          <w:i/>
        </w:rPr>
        <w:br/>
        <w:t>ul. Majdańska 13/42, 04-088 Warszawa</w:t>
      </w:r>
    </w:p>
    <w:p w14:paraId="422020EB" w14:textId="77777777" w:rsidR="00E75E11" w:rsidRDefault="00E75E11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E75E11" w14:paraId="1F4F28C9" w14:textId="77777777">
        <w:trPr>
          <w:jc w:val="center"/>
        </w:trPr>
        <w:tc>
          <w:tcPr>
            <w:tcW w:w="9972" w:type="dxa"/>
            <w:shd w:val="clear" w:color="auto" w:fill="F2F0ED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59BA67E" w14:textId="77777777" w:rsidR="00E75E11" w:rsidRDefault="00D1163D">
            <w:r>
              <w:rPr>
                <w:i/>
                <w:sz w:val="19"/>
              </w:rPr>
              <w:t>Dokument obejmuje pracowników, współpracowników, osoby na umowach cywilnoprawnych, praktykantów, stażystów, wolontariuszy i inne osoby dopuszczane do działalności związanej z kontaktem z małoletnimi.</w:t>
            </w:r>
          </w:p>
        </w:tc>
      </w:tr>
    </w:tbl>
    <w:p w14:paraId="3ADC67E8" w14:textId="77777777" w:rsidR="00E75E11" w:rsidRDefault="00E75E11"/>
    <w:p w14:paraId="348B14A9" w14:textId="77777777" w:rsidR="00E75E11" w:rsidRDefault="00D1163D">
      <w:pPr>
        <w:pStyle w:val="Nagwek1"/>
      </w:pPr>
      <w:r>
        <w:t>1. Cel i odpowiedzialność</w:t>
      </w:r>
    </w:p>
    <w:p w14:paraId="56A46804" w14:textId="77777777" w:rsidR="00E75E11" w:rsidRDefault="00D1163D">
      <w:pPr>
        <w:pStyle w:val="Listapunktowana"/>
      </w:pPr>
      <w:r>
        <w:t>Celem procedury jest niedopuszczenie do pracy z dziećmi osób, które nie spełniają wymogów prawnych lub nie dają rękojmi bezpiecznego, profesjonalnego kontaktu z małoletnimi.</w:t>
      </w:r>
    </w:p>
    <w:p w14:paraId="7C374C5F" w14:textId="77777777" w:rsidR="00E75E11" w:rsidRDefault="00D1163D">
      <w:pPr>
        <w:pStyle w:val="Listapunktowana"/>
      </w:pPr>
      <w:r>
        <w:t>Za przeprowadzenie i udokumentowanie weryfikacji odpowiada osoba prowadząca Centrum albo pisemnie upoważniona osoba.</w:t>
      </w:r>
    </w:p>
    <w:p w14:paraId="7079E06E" w14:textId="77777777" w:rsidR="00E75E11" w:rsidRDefault="00D1163D">
      <w:pPr>
        <w:pStyle w:val="Listapunktowana"/>
      </w:pPr>
      <w:r>
        <w:t>Dopuszczenie do kontaktu z dziećmi następuje dopiero po zakończeniu wymaganej weryfikacji i zapoznaniu osoby ze Standardami.</w:t>
      </w:r>
    </w:p>
    <w:p w14:paraId="0EA3C8FC" w14:textId="77777777" w:rsidR="00E75E11" w:rsidRDefault="00D1163D">
      <w:pPr>
        <w:pStyle w:val="Nagwek1"/>
      </w:pPr>
      <w:r>
        <w:t>2. Etapy rekrutacji</w:t>
      </w:r>
    </w:p>
    <w:p w14:paraId="3C622A1D" w14:textId="77777777" w:rsidR="00E75E11" w:rsidRDefault="00D1163D">
      <w:pPr>
        <w:pStyle w:val="Nagwek2"/>
      </w:pPr>
      <w:r>
        <w:t>2.1. Ustalenie tożsamości i kwalifikacji</w:t>
      </w:r>
    </w:p>
    <w:p w14:paraId="1CF667B7" w14:textId="77777777" w:rsidR="00E75E11" w:rsidRDefault="00D1163D">
      <w:pPr>
        <w:pStyle w:val="Listapunktowana"/>
      </w:pPr>
      <w:r>
        <w:t>pozyskanie imienia, nazwiska, daty urodzenia i danych kontaktowych;</w:t>
      </w:r>
    </w:p>
    <w:p w14:paraId="33F58E67" w14:textId="77777777" w:rsidR="00E75E11" w:rsidRDefault="00D1163D">
      <w:pPr>
        <w:pStyle w:val="Listapunktowana"/>
      </w:pPr>
      <w:r>
        <w:t>weryfikacja wykształcenia, kwalifikacji, uprawnień zawodowych i doświadczenia adekwatnego do zakresu zadań;</w:t>
      </w:r>
    </w:p>
    <w:p w14:paraId="6E64E4B9" w14:textId="77777777" w:rsidR="00E75E11" w:rsidRDefault="00D1163D">
      <w:pPr>
        <w:pStyle w:val="Listapunktowana"/>
      </w:pPr>
      <w:r>
        <w:t>omówienie podejścia do praw dziecka, granic zawodowych, poufności, reagowania na przemoc i pracy z dziećmi neuroróżnorodnymi lub z niepełnosprawnościami;</w:t>
      </w:r>
    </w:p>
    <w:p w14:paraId="2FA78F35" w14:textId="77777777" w:rsidR="00E75E11" w:rsidRDefault="00D1163D">
      <w:pPr>
        <w:pStyle w:val="Listapunktowana"/>
      </w:pPr>
      <w:r>
        <w:t>za zgodą kandydata możliwe jest pozyskanie referencji; sam brak referencji nie jest jedyną podstawą odmowy współpracy.</w:t>
      </w:r>
    </w:p>
    <w:p w14:paraId="4A2DC3CA" w14:textId="77777777" w:rsidR="00E75E11" w:rsidRDefault="00D1163D">
      <w:pPr>
        <w:pStyle w:val="Nagwek2"/>
      </w:pPr>
      <w:r>
        <w:t>2.2. Weryfikacja w rejestrach i dokumentach</w:t>
      </w:r>
    </w:p>
    <w:p w14:paraId="58BCE690" w14:textId="77777777" w:rsidR="00E75E11" w:rsidRDefault="00D1163D">
      <w:pPr>
        <w:pStyle w:val="Listanumerowana"/>
      </w:pPr>
      <w:r>
        <w:t>Przed dopuszczeniem do działalności Centrum sprawdza osobę w Rejestrze Sprawców Przestępstw na Tle Seksualnym: w Rejestrze z dostępem ograniczonym oraz w rejestrze osób, wobec których Państwowa Komisja wydała postanowienie o wpisie.</w:t>
      </w:r>
    </w:p>
    <w:p w14:paraId="61E5F568" w14:textId="77777777" w:rsidR="00E75E11" w:rsidRDefault="00D1163D">
      <w:pPr>
        <w:pStyle w:val="Listanumerowana"/>
      </w:pPr>
      <w:r>
        <w:t>Od osoby pobiera się informację z Krajowego Rejestru Karnego w zakresie przestępstw wskazanych w obowiązujących przepisach, w szczególności przeciwko życiu i zdrowiu, wolności seksualnej i obyczajności, handlu ludźmi, znęcaniu się oraz przestępstw określonych w ustawie o przeciwdziałaniu narkomanii.</w:t>
      </w:r>
    </w:p>
    <w:p w14:paraId="4E04817B" w14:textId="77777777" w:rsidR="00E75E11" w:rsidRDefault="00D1163D">
      <w:pPr>
        <w:pStyle w:val="Listanumerowana"/>
      </w:pPr>
      <w:r>
        <w:t>Osoba posiadająca obywatelstwo inne niż polskie przedstawia także informację z rejestru karnego państwa obywatelstwa, uzyskaną do celów działalności zawodowej lub wolontariackiej związanej z kontaktami z dziećmi, o ile prawo tego państwa przewiduje jej wydawanie.</w:t>
      </w:r>
    </w:p>
    <w:p w14:paraId="1DE81856" w14:textId="77777777" w:rsidR="00E75E11" w:rsidRDefault="00D1163D">
      <w:pPr>
        <w:pStyle w:val="Listanumerowana"/>
      </w:pPr>
      <w:r>
        <w:lastRenderedPageBreak/>
        <w:t>Każda osoba składa oświadczenie o państwach zamieszkania w ciągu ostatnich 20 lat, innych niż Polska i państwo obywatelstwa, oraz odpowiednie informacje z rejestrów tych państw.</w:t>
      </w:r>
    </w:p>
    <w:p w14:paraId="6BFA6E1C" w14:textId="77777777" w:rsidR="00E75E11" w:rsidRDefault="00D1163D">
      <w:pPr>
        <w:pStyle w:val="Listanumerowana"/>
      </w:pPr>
      <w:r>
        <w:t>Jeżeli dane państwo nie prowadzi rejestru karnego albo nie wydaje wymaganej informacji, osoba składa oświadczenie pod rygorem odpowiedzialności karnej o braku skazania i braku orzeczonych zakazów.</w:t>
      </w:r>
    </w:p>
    <w:p w14:paraId="015F2455" w14:textId="77777777" w:rsidR="00E75E11" w:rsidRDefault="00D1163D">
      <w:pPr>
        <w:pStyle w:val="Listanumerowana"/>
      </w:pPr>
      <w:r>
        <w:t>Dokumenty i wydruki są przechowywane w aktach osobowych albo analogicznej dokumentacji współpracownika, z ograniczeniem dostępu do osób upoważnionych.</w:t>
      </w:r>
    </w:p>
    <w:p w14:paraId="3A01839B" w14:textId="77777777" w:rsidR="00E75E11" w:rsidRDefault="00D1163D">
      <w:pPr>
        <w:pStyle w:val="Nagwek1"/>
      </w:pPr>
      <w:r>
        <w:t>3. Ocena ryzyka i decyzja</w:t>
      </w:r>
    </w:p>
    <w:p w14:paraId="6722AA06" w14:textId="77777777" w:rsidR="00E75E11" w:rsidRDefault="00D1163D">
      <w:pPr>
        <w:pStyle w:val="Listapunktowana"/>
      </w:pPr>
      <w:r>
        <w:t>Nie dopuszcza się do pracy osoby, wobec której ujawniono prawomocne skazanie, zakaz lub wpis wykluczający wykonywanie działalności z dziećmi.</w:t>
      </w:r>
    </w:p>
    <w:p w14:paraId="37E18FE2" w14:textId="77777777" w:rsidR="00E75E11" w:rsidRDefault="00D1163D">
      <w:pPr>
        <w:pStyle w:val="Listapunktowana"/>
      </w:pPr>
      <w:r>
        <w:t>Wątpliwości dotyczące autentyczności dokumentów, niespójności danych lub postawy kandydata są wyjaśniane przed podjęciem decyzji.</w:t>
      </w:r>
    </w:p>
    <w:p w14:paraId="63599390" w14:textId="77777777" w:rsidR="00E75E11" w:rsidRDefault="00D1163D">
      <w:pPr>
        <w:pStyle w:val="Listapunktowana"/>
      </w:pPr>
      <w:r>
        <w:t>Zakres danych nie może wykraczać poza to, co jest konieczne i dopuszczalne prawem.</w:t>
      </w:r>
    </w:p>
    <w:p w14:paraId="7E7ED992" w14:textId="77777777" w:rsidR="00E75E11" w:rsidRDefault="00D1163D">
      <w:pPr>
        <w:pStyle w:val="Listapunktowana"/>
      </w:pPr>
      <w:r>
        <w:t>Weryfikacja ustawowa nie zastępuje oceny kompetencji, postawy etycznej i gotowości do przestrzegania Standardów.</w:t>
      </w:r>
    </w:p>
    <w:p w14:paraId="636DA335" w14:textId="77777777" w:rsidR="00E75E11" w:rsidRDefault="00D1163D">
      <w:pPr>
        <w:pStyle w:val="Nagwek1"/>
      </w:pPr>
      <w:r>
        <w:t>4. Wdrożenie do pracy</w:t>
      </w:r>
    </w:p>
    <w:p w14:paraId="001B1B20" w14:textId="77777777" w:rsidR="00E75E11" w:rsidRDefault="00D1163D">
      <w:pPr>
        <w:pStyle w:val="Listapunktowana"/>
      </w:pPr>
      <w:r>
        <w:t>zapoznanie ze Standardami i procedurą interwencji;</w:t>
      </w:r>
    </w:p>
    <w:p w14:paraId="2AEC3933" w14:textId="77777777" w:rsidR="00E75E11" w:rsidRDefault="00D1163D">
      <w:pPr>
        <w:pStyle w:val="Listapunktowana"/>
      </w:pPr>
      <w:r>
        <w:t>przekazanie danych koordynatora i osoby zastępującej;</w:t>
      </w:r>
    </w:p>
    <w:p w14:paraId="435B1133" w14:textId="77777777" w:rsidR="00E75E11" w:rsidRDefault="00D1163D">
      <w:pPr>
        <w:pStyle w:val="Listapunktowana"/>
      </w:pPr>
      <w:r>
        <w:t>omówienie zasad poufności, dokumentowania, kontaktu online i granic zawodowych;</w:t>
      </w:r>
    </w:p>
    <w:p w14:paraId="17AFB82F" w14:textId="77777777" w:rsidR="00E75E11" w:rsidRDefault="00D1163D">
      <w:pPr>
        <w:pStyle w:val="Listapunktowana"/>
      </w:pPr>
      <w:r>
        <w:t>podpisanie oświadczenia o zapoznaniu się ze Standardami i zobowiązania do ich przestrzegania;</w:t>
      </w:r>
    </w:p>
    <w:p w14:paraId="4B3990B5" w14:textId="77777777" w:rsidR="00E75E11" w:rsidRDefault="00D1163D">
      <w:pPr>
        <w:pStyle w:val="Listapunktowana"/>
      </w:pPr>
      <w:r>
        <w:t>zapewnienie szkolenia wstępnego i okresowego adekwatnego do roli.</w:t>
      </w:r>
    </w:p>
    <w:p w14:paraId="7A713AFB" w14:textId="77777777" w:rsidR="00E75E11" w:rsidRDefault="00D1163D">
      <w:pPr>
        <w:pStyle w:val="Nagwek1"/>
      </w:pPr>
      <w:r>
        <w:t>Formularz 1A. Karta weryfikacji osoby dopuszczanej do pracy z małoletnimi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E75E11" w14:paraId="010C33E7" w14:textId="77777777">
        <w:trPr>
          <w:tblHeader/>
          <w:jc w:val="center"/>
        </w:trPr>
        <w:tc>
          <w:tcPr>
            <w:tcW w:w="4986" w:type="dxa"/>
            <w:shd w:val="clear" w:color="auto" w:fill="DDE8E3"/>
          </w:tcPr>
          <w:p w14:paraId="64F0971B" w14:textId="77777777" w:rsidR="00E75E11" w:rsidRDefault="00D1163D">
            <w:r>
              <w:rPr>
                <w:b/>
              </w:rPr>
              <w:t>Pole</w:t>
            </w:r>
          </w:p>
        </w:tc>
        <w:tc>
          <w:tcPr>
            <w:tcW w:w="4986" w:type="dxa"/>
            <w:shd w:val="clear" w:color="auto" w:fill="DDE8E3"/>
          </w:tcPr>
          <w:p w14:paraId="7CE1E49C" w14:textId="77777777" w:rsidR="00E75E11" w:rsidRDefault="00D1163D">
            <w:r>
              <w:rPr>
                <w:b/>
              </w:rPr>
              <w:t>Miejsce na wpis</w:t>
            </w:r>
          </w:p>
        </w:tc>
      </w:tr>
      <w:tr w:rsidR="00E75E11" w14:paraId="2B061096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2FE8E1" w14:textId="77777777" w:rsidR="00E75E11" w:rsidRDefault="00D1163D">
            <w:r>
              <w:t>Imię i nazwisko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05CFE9" w14:textId="77777777" w:rsidR="00E75E11" w:rsidRDefault="00D1163D">
            <w:r>
              <w:br/>
            </w:r>
          </w:p>
        </w:tc>
      </w:tr>
      <w:tr w:rsidR="00E75E11" w14:paraId="72B4E4F2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B71666" w14:textId="77777777" w:rsidR="00E75E11" w:rsidRDefault="00D1163D">
            <w:r>
              <w:t>Stanowisko / forma współpracy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E2FA9A" w14:textId="77777777" w:rsidR="00E75E11" w:rsidRDefault="00D1163D">
            <w:r>
              <w:br/>
            </w:r>
          </w:p>
        </w:tc>
      </w:tr>
      <w:tr w:rsidR="00E75E11" w14:paraId="2C1626D7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C0138C" w14:textId="77777777" w:rsidR="00E75E11" w:rsidRDefault="00D1163D">
            <w:r>
              <w:t>Planowany zakres kontaktu z dziećmi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BAB09D" w14:textId="77777777" w:rsidR="00E75E11" w:rsidRDefault="00D1163D">
            <w:r>
              <w:br/>
            </w:r>
            <w:r>
              <w:br/>
            </w:r>
          </w:p>
        </w:tc>
      </w:tr>
      <w:tr w:rsidR="00E75E11" w14:paraId="10300E3A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DCDB99" w14:textId="77777777" w:rsidR="00E75E11" w:rsidRDefault="00D1163D">
            <w:r>
              <w:t>Zweryfikowane kwalifikacje i uprawnienia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E16015" w14:textId="77777777" w:rsidR="00E75E11" w:rsidRDefault="00D1163D">
            <w:r>
              <w:br/>
            </w:r>
            <w:r>
              <w:br/>
            </w:r>
          </w:p>
        </w:tc>
      </w:tr>
      <w:tr w:rsidR="00E75E11" w14:paraId="55E4415C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9E7FA5" w14:textId="77777777" w:rsidR="00E75E11" w:rsidRDefault="00D1163D">
            <w:r>
              <w:t>Data sprawdzenia RSPTS - rejestr ograniczony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9395BD" w14:textId="77777777" w:rsidR="00E75E11" w:rsidRDefault="00D1163D">
            <w:r>
              <w:br/>
            </w:r>
          </w:p>
        </w:tc>
      </w:tr>
      <w:tr w:rsidR="00E75E11" w14:paraId="2A63FE41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AC4E20" w14:textId="77777777" w:rsidR="00E75E11" w:rsidRDefault="00D1163D">
            <w:r>
              <w:t>Data sprawdzenia rejestru Państwowej Komisji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3DE416" w14:textId="77777777" w:rsidR="00E75E11" w:rsidRDefault="00D1163D">
            <w:r>
              <w:br/>
            </w:r>
          </w:p>
        </w:tc>
      </w:tr>
      <w:tr w:rsidR="00E75E11" w14:paraId="6E7500B9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1DCA6B" w14:textId="77777777" w:rsidR="00E75E11" w:rsidRDefault="00D1163D">
            <w:r>
              <w:t>Data i zakres informacji z KRK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EB5DA9" w14:textId="77777777" w:rsidR="00E75E11" w:rsidRDefault="00D1163D">
            <w:r>
              <w:br/>
            </w:r>
          </w:p>
        </w:tc>
      </w:tr>
      <w:tr w:rsidR="00E75E11" w14:paraId="700A86E6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A99B5E" w14:textId="77777777" w:rsidR="00E75E11" w:rsidRDefault="00D1163D">
            <w:r>
              <w:lastRenderedPageBreak/>
              <w:t>Obywatelstwo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BA16D4" w14:textId="77777777" w:rsidR="00E75E11" w:rsidRDefault="00D1163D">
            <w:r>
              <w:br/>
            </w:r>
          </w:p>
        </w:tc>
      </w:tr>
      <w:tr w:rsidR="00E75E11" w14:paraId="17197857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E6151F" w14:textId="77777777" w:rsidR="00E75E11" w:rsidRDefault="00D1163D">
            <w:r>
              <w:t>Państwa zamieszkania w ostatnich 20 latach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C531EF" w14:textId="77777777" w:rsidR="00E75E11" w:rsidRDefault="00D1163D">
            <w:r>
              <w:br/>
            </w:r>
            <w:r>
              <w:br/>
            </w:r>
          </w:p>
        </w:tc>
      </w:tr>
      <w:tr w:rsidR="00E75E11" w14:paraId="65F633BE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2A6544" w14:textId="77777777" w:rsidR="00E75E11" w:rsidRDefault="00D1163D">
            <w:r>
              <w:t>Dokumenty z rejestrów zagranicznych / oświadczenia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7BBC5E" w14:textId="77777777" w:rsidR="00E75E11" w:rsidRDefault="00D1163D">
            <w:r>
              <w:br/>
            </w:r>
            <w:r>
              <w:br/>
            </w:r>
          </w:p>
        </w:tc>
      </w:tr>
      <w:tr w:rsidR="00E75E11" w14:paraId="1596993D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2BF8CF" w14:textId="77777777" w:rsidR="00E75E11" w:rsidRDefault="00D1163D">
            <w:r>
              <w:t>Referencje - jeśli pozyskano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F4EF8B" w14:textId="77777777" w:rsidR="00E75E11" w:rsidRDefault="00D1163D">
            <w:r>
              <w:br/>
            </w:r>
            <w:r>
              <w:br/>
            </w:r>
          </w:p>
        </w:tc>
      </w:tr>
      <w:tr w:rsidR="00E75E11" w14:paraId="71AFB6BE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8188CF" w14:textId="77777777" w:rsidR="00E75E11" w:rsidRDefault="00D1163D">
            <w:r>
              <w:t>Decyzja: dopuszczono / nie dopuszczono / wymaga uzupełnienia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6A4A42" w14:textId="77777777" w:rsidR="00E75E11" w:rsidRDefault="00D1163D">
            <w:r>
              <w:br/>
            </w:r>
            <w:r>
              <w:br/>
            </w:r>
          </w:p>
        </w:tc>
      </w:tr>
      <w:tr w:rsidR="00E75E11" w14:paraId="283ACA91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027F18" w14:textId="77777777" w:rsidR="00E75E11" w:rsidRDefault="00D1163D">
            <w:r>
              <w:t>Data, imię, nazwisko i podpis osoby weryfikującej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D2C775" w14:textId="77777777" w:rsidR="00E75E11" w:rsidRDefault="00D1163D">
            <w:r>
              <w:br/>
            </w:r>
            <w:r>
              <w:br/>
            </w:r>
          </w:p>
        </w:tc>
      </w:tr>
    </w:tbl>
    <w:p w14:paraId="7279E833" w14:textId="77777777" w:rsidR="00E75E11" w:rsidRDefault="00E75E11"/>
    <w:p w14:paraId="49CDF053" w14:textId="77777777" w:rsidR="00E75E11" w:rsidRDefault="00D1163D">
      <w:pPr>
        <w:pStyle w:val="Nagwek1"/>
      </w:pPr>
      <w:r>
        <w:t>Formularz 1B. Oświadczenie o państwach zamieszkania</w:t>
      </w:r>
    </w:p>
    <w:p w14:paraId="7C898D78" w14:textId="77777777" w:rsidR="00E75E11" w:rsidRDefault="00D1163D">
      <w:r>
        <w:t>Ja, ................................................................................................, PESEL / nr dokumentu ............................................................, oświadczam, że w okresie ostatnich 20 lat:</w:t>
      </w:r>
    </w:p>
    <w:p w14:paraId="44053552" w14:textId="77777777" w:rsidR="00E75E11" w:rsidRDefault="00D1163D">
      <w:pPr>
        <w:pStyle w:val="Listapunktowana"/>
      </w:pPr>
      <w:r>
        <w:t>nie zamieszkiwałem/am w państwach innych niż Rzeczpospolita Polska i państwo obywatelstwa;</w:t>
      </w:r>
    </w:p>
    <w:p w14:paraId="16DB6707" w14:textId="77777777" w:rsidR="00E75E11" w:rsidRDefault="00D1163D">
      <w:pPr>
        <w:pStyle w:val="Listapunktowana"/>
      </w:pPr>
      <w:r>
        <w:t>zamieszkiwałem/am w następujących państwach: ................................................................................................................................................................................</w:t>
      </w:r>
    </w:p>
    <w:p w14:paraId="7A0C4205" w14:textId="77777777" w:rsidR="00E75E11" w:rsidRDefault="00D1163D">
      <w:r>
        <w:t>Do oświadczenia przedkładam wymagane informacje z rejestrów karnych tych państw albo oświadczenia przewidziane prawem.</w:t>
      </w:r>
    </w:p>
    <w:p w14:paraId="434DA8C9" w14:textId="77777777" w:rsidR="00E75E11" w:rsidRDefault="00D1163D">
      <w:r>
        <w:t>Jestem świadomy/a odpowiedzialności karnej za złożenie fałszywego oświadczenia.</w:t>
      </w:r>
    </w:p>
    <w:p w14:paraId="15510150" w14:textId="77777777" w:rsidR="00E75E11" w:rsidRDefault="00D1163D">
      <w:r>
        <w:br/>
      </w:r>
      <w:r>
        <w:t>Miejscowość i data: ............................................................      Podpis: ............................................................</w:t>
      </w:r>
    </w:p>
    <w:p w14:paraId="5FAC08D1" w14:textId="77777777" w:rsidR="00E75E11" w:rsidRDefault="00D1163D">
      <w:pPr>
        <w:pStyle w:val="Nagwek1"/>
      </w:pPr>
      <w:r>
        <w:t>Formularz 1C. Oświadczenie w przypadku braku rejestru lub niewydawania informacji</w:t>
      </w:r>
    </w:p>
    <w:p w14:paraId="65DB20F3" w14:textId="77777777" w:rsidR="00E75E11" w:rsidRDefault="00D1163D">
      <w:r>
        <w:t>Ja, ................................................................................................, oświadczam, że w państwie ................................................................................................ nie jest prowadzony rejestr karny / nie wydaje się informacji z rejestru karnego do celów działalności zawodowej lub wolontariackiej związanej z kontaktami z dziećmi.</w:t>
      </w:r>
    </w:p>
    <w:p w14:paraId="228C011E" w14:textId="77777777" w:rsidR="00E75E11" w:rsidRDefault="00D1163D">
      <w:r>
        <w:lastRenderedPageBreak/>
        <w:t>Oświadczam, że nie byłem/am prawomocnie skazany/a w tym państwie za czyny odpowiadające przestępstwom wskazanym w przepisach dotyczących ochrony małoletnich, nie wydano wobec mnie orzeczenia stwierdzającego dopuszczenie się takich czynów oraz nie nałożono na mnie zakazu wykonywania działalności związanej z leczeniem, poradnictwem psychologicznym, psychoterapią, edukacją, opieką lub inną pracą z małoletnimi.</w:t>
      </w:r>
    </w:p>
    <w:p w14:paraId="70139285" w14:textId="77777777" w:rsidR="00E75E11" w:rsidRDefault="00D1163D">
      <w:r>
        <w:t>Jestem świadomy/a odpowiedzialności karnej za złożenie fałszywego oświadczenia.</w:t>
      </w:r>
    </w:p>
    <w:p w14:paraId="39E8E21E" w14:textId="77777777" w:rsidR="00E75E11" w:rsidRDefault="00D1163D">
      <w:r>
        <w:br/>
      </w:r>
      <w:r>
        <w:t>Miejscowość i data: ............................................................      Podpis: ............................................................</w:t>
      </w:r>
    </w:p>
    <w:p w14:paraId="36375EA8" w14:textId="77777777" w:rsidR="00E75E11" w:rsidRDefault="00D1163D">
      <w:pPr>
        <w:pStyle w:val="Nagwek1"/>
      </w:pPr>
      <w:r>
        <w:t>Formularz 1D. Oświadczenie o zapoznaniu się ze Standardami</w:t>
      </w:r>
    </w:p>
    <w:p w14:paraId="053730FF" w14:textId="77777777" w:rsidR="00E75E11" w:rsidRDefault="00D1163D">
      <w:r>
        <w:t>Ja, ................................................................................................, potwierdzam, że otrzymałem/am, przeczytałem/am i rozumiem Standardy ochrony małoletnich obowiązujące w Centrum Zintegrowanego Wsparcia. Zobowiązuję się do ich przestrzegania, niezwłocznego zgłaszania podejrzeń krzywdzenia oraz zachowania poufności w zakresie danych poznanych podczas wykonywania obowiązków.</w:t>
      </w:r>
    </w:p>
    <w:p w14:paraId="315F5192" w14:textId="77777777" w:rsidR="00E75E11" w:rsidRDefault="00D1163D">
      <w:r>
        <w:br/>
      </w:r>
      <w:r>
        <w:t>Data: ............................................................      Podpis: ............................................................</w:t>
      </w:r>
    </w:p>
    <w:sectPr w:rsidR="00E75E11" w:rsidSect="00034616">
      <w:footerReference w:type="default" r:id="rId8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88C2B" w14:textId="77777777" w:rsidR="00D1163D" w:rsidRDefault="00D1163D">
      <w:pPr>
        <w:spacing w:after="0" w:line="240" w:lineRule="auto"/>
      </w:pPr>
      <w:r>
        <w:separator/>
      </w:r>
    </w:p>
  </w:endnote>
  <w:endnote w:type="continuationSeparator" w:id="0">
    <w:p w14:paraId="29FDCDAF" w14:textId="77777777" w:rsidR="00D1163D" w:rsidRDefault="00D11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6803" w14:textId="77777777" w:rsidR="00E75E11" w:rsidRDefault="00D1163D">
    <w:pPr>
      <w:pStyle w:val="Stopka"/>
      <w:jc w:val="center"/>
    </w:pPr>
    <w:r>
      <w:rPr>
        <w:sz w:val="16"/>
      </w:rPr>
      <w:t>Centrum Zintegrowanego Wsparcia | Standardy ochrony małoletnich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2B8F0" w14:textId="77777777" w:rsidR="00D1163D" w:rsidRDefault="00D1163D">
      <w:pPr>
        <w:spacing w:after="0" w:line="240" w:lineRule="auto"/>
      </w:pPr>
      <w:r>
        <w:separator/>
      </w:r>
    </w:p>
  </w:footnote>
  <w:footnote w:type="continuationSeparator" w:id="0">
    <w:p w14:paraId="4CC7931B" w14:textId="77777777" w:rsidR="00D1163D" w:rsidRDefault="00D11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4994524">
    <w:abstractNumId w:val="8"/>
  </w:num>
  <w:num w:numId="2" w16cid:durableId="395864106">
    <w:abstractNumId w:val="6"/>
  </w:num>
  <w:num w:numId="3" w16cid:durableId="351882879">
    <w:abstractNumId w:val="5"/>
  </w:num>
  <w:num w:numId="4" w16cid:durableId="1463308764">
    <w:abstractNumId w:val="4"/>
  </w:num>
  <w:num w:numId="5" w16cid:durableId="60953049">
    <w:abstractNumId w:val="7"/>
  </w:num>
  <w:num w:numId="6" w16cid:durableId="1543637819">
    <w:abstractNumId w:val="3"/>
  </w:num>
  <w:num w:numId="7" w16cid:durableId="1549141673">
    <w:abstractNumId w:val="2"/>
  </w:num>
  <w:num w:numId="8" w16cid:durableId="1647734822">
    <w:abstractNumId w:val="1"/>
  </w:num>
  <w:num w:numId="9" w16cid:durableId="1030102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590D"/>
    <w:rsid w:val="0029639D"/>
    <w:rsid w:val="00326F90"/>
    <w:rsid w:val="00AA1D8D"/>
    <w:rsid w:val="00B47730"/>
    <w:rsid w:val="00CB0664"/>
    <w:rsid w:val="00D1163D"/>
    <w:rsid w:val="00E75E11"/>
    <w:rsid w:val="00EC2A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C730C"/>
  <w14:defaultImageDpi w14:val="300"/>
  <w15:docId w15:val="{D717B879-F0AA-4D5D-96CB-8E17276A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eastAsia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8463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35C6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8463F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8463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5860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Aleksandra Kantypowicz</cp:lastModifiedBy>
  <cp:revision>2</cp:revision>
  <dcterms:created xsi:type="dcterms:W3CDTF">2026-08-23T11:49:00Z</dcterms:created>
  <dcterms:modified xsi:type="dcterms:W3CDTF">2026-08-23T11:49:00Z</dcterms:modified>
  <cp:category/>
</cp:coreProperties>
</file>