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Receipt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Date paid: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Receipt#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RECEIVED 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[Customer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Paid by [Cash / Check / Card / Transfer]</w:t>
              <w:br/>
            </w:r>
            <w:r>
              <w:rPr>
                <w:b w:val="0"/>
                <w:color w:val="262626"/>
                <w:sz w:val="19"/>
              </w:rPr>
              <w:t>[Check no., card ending or transaction ID]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rPr>
          <w:trHeight w:val="640" w:hRule="atLeast"/>
        </w:trPr>
        <w:tc>
          <w:tcPr>
            <w:tcW w:type="dxa" w:w="5120"/>
            <w:tcMar>
              <w:top w:w="0" w:type="dxa"/>
              <w:bottom w:w="0" w:type="dxa"/>
              <w:start w:w="0" w:type="dxa"/>
              <w:end w:w="800" w:type="dxa"/>
              <w:left w:w="0" w:type="dxa"/>
              <w:right w:w="80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12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</w:tr>
      <w:tr>
        <w:trPr>
          <w:trHeight w:val="640" w:hRule="atLeast"/>
        </w:trPr>
        <w:tc>
          <w:tcPr>
            <w:tcW w:type="dxa" w:w="5120"/>
            <w:tcMar>
              <w:top w:w="0" w:type="dxa"/>
              <w:bottom w:w="0" w:type="dxa"/>
              <w:start w:w="0" w:type="dxa"/>
              <w:end w:w="800" w:type="dxa"/>
              <w:left w:w="0" w:type="dxa"/>
              <w:right w:w="80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12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</w:tr>
      <w:tr>
        <w:trPr>
          <w:trHeight w:val="640" w:hRule="atLeast"/>
        </w:trPr>
        <w:tc>
          <w:tcPr>
            <w:tcW w:type="dxa" w:w="5120"/>
            <w:tcMar>
              <w:top w:w="0" w:type="dxa"/>
              <w:bottom w:w="0" w:type="dxa"/>
              <w:start w:w="0" w:type="dxa"/>
              <w:end w:w="800" w:type="dxa"/>
              <w:left w:w="0" w:type="dxa"/>
              <w:right w:w="80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12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</w:tr>
      <w:tr>
        <w:trPr>
          <w:trHeight w:val="640" w:hRule="atLeast"/>
        </w:trPr>
        <w:tc>
          <w:tcPr>
            <w:tcW w:type="dxa" w:w="5120"/>
            <w:tcMar>
              <w:top w:w="0" w:type="dxa"/>
              <w:bottom w:w="0" w:type="dxa"/>
              <w:start w:w="0" w:type="dxa"/>
              <w:end w:w="800" w:type="dxa"/>
              <w:left w:w="0" w:type="dxa"/>
              <w:right w:w="80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12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</w:tr>
      <w:tr>
        <w:trPr>
          <w:trHeight w:val="640" w:hRule="atLeast"/>
        </w:trPr>
        <w:tc>
          <w:tcPr>
            <w:tcW w:type="dxa" w:w="5120"/>
            <w:tcMar>
              <w:top w:w="0" w:type="dxa"/>
              <w:bottom w:w="0" w:type="dxa"/>
              <w:start w:w="0" w:type="dxa"/>
              <w:end w:w="800" w:type="dxa"/>
              <w:left w:w="0" w:type="dxa"/>
              <w:right w:w="800" w:type="dxa"/>
            </w:tcMar>
            <w:vAlign w:val="center"/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12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  <w:tc>
          <w:tcPr>
            <w:tcW w:type="dxa" w:w="2000"/>
            <w:tcMar>
              <w:top w:w="0" w:type="dxa"/>
              <w:bottom w:w="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Mar>
              <w:top w:w="28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</w:tcBorders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Subtotal</w:t>
            </w:r>
          </w:p>
        </w:tc>
        <w:tc>
          <w:tcPr>
            <w:tcW w:type="dxa" w:w="5160"/>
            <w:tcMar>
              <w:top w:w="28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  <w:tcBorders>
              <w:top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</w:r>
          </w:p>
        </w:tc>
      </w:tr>
      <w:tr>
        <w:tc>
          <w:tcPr>
            <w:tcW w:type="dxa" w:w="5160"/>
            <w:tcMar>
              <w:top w:w="10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Tax</w:t>
            </w:r>
          </w:p>
        </w:tc>
        <w:tc>
          <w:tcPr>
            <w:tcW w:type="dxa" w:w="5160"/>
            <w:tcMar>
              <w:top w:w="100" w:type="dxa"/>
              <w:bottom w:w="10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</w:r>
          </w:p>
        </w:tc>
      </w:tr>
      <w:tr>
        <w:tc>
          <w:tcPr>
            <w:tcW w:type="dxa" w:w="5160"/>
            <w:tcMar>
              <w:top w:w="10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 w:val="0"/>
                <w:color w:val="262626"/>
                <w:sz w:val="22"/>
              </w:rPr>
              <w:t>Total</w:t>
            </w:r>
          </w:p>
        </w:tc>
        <w:tc>
          <w:tcPr>
            <w:tcW w:type="dxa" w:w="5160"/>
            <w:tcMar>
              <w:top w:w="10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 w:val="0"/>
                <w:color w:val="262626"/>
                <w:sz w:val="22"/>
              </w:rPr>
            </w:r>
          </w:p>
        </w:tc>
      </w:tr>
      <w:tr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AMOUNT PAID</w:t>
            </w:r>
          </w:p>
        </w:tc>
        <w:tc>
          <w:tcPr>
            <w:tcW w:type="dxa" w:w="5160"/>
            <w:tcMar>
              <w:top w:w="320" w:type="dxa"/>
              <w:bottom w:w="28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</w:r>
          </w:p>
        </w:tc>
      </w:tr>
      <w:tr>
        <w:tc>
          <w:tcPr>
            <w:tcW w:type="dxa" w:w="5160"/>
            <w:tcMar>
              <w:top w:w="28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</w:pPr>
            <w:r>
              <w:rPr>
                <w:b/>
                <w:color w:val="262626"/>
                <w:sz w:val="22"/>
              </w:rPr>
              <w:t>Balance due</w:t>
            </w:r>
          </w:p>
        </w:tc>
        <w:tc>
          <w:tcPr>
            <w:tcW w:type="dxa" w:w="5160"/>
            <w:tcMar>
              <w:top w:w="28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6" w:space="0" w:color="E2E2E2"/>
            </w:tcBorders>
          </w:tcPr>
          <w:p>
            <w:pPr>
              <w:spacing w:before="0" w:after="0"/>
              <w:jc w:val="right"/>
            </w:pPr>
            <w:r>
              <w:rPr>
                <w:b/>
                <w:color w:val="262626"/>
                <w:sz w:val="22"/>
              </w:rPr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[Notes: a thank-you, return policy or warranty terms]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receipt-templates?utm_source=receipt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