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D7" w:rsidRDefault="00D23148">
      <w:pPr>
        <w:jc w:val="center"/>
      </w:pPr>
      <w:r>
        <w:rPr>
          <w:b/>
          <w:sz w:val="56"/>
        </w:rPr>
        <w:t>Wire Transfer Instructions</w:t>
      </w:r>
    </w:p>
    <w:p w:rsidR="00E47AD7" w:rsidRDefault="00E47AD7"/>
    <w:p w:rsidR="00E47AD7" w:rsidRDefault="00D23148">
      <w:pPr>
        <w:jc w:val="center"/>
      </w:pPr>
      <w:r>
        <w:rPr>
          <w:b/>
          <w:sz w:val="32"/>
        </w:rPr>
        <w:t>White Elephants Technology Inc.</w:t>
      </w:r>
    </w:p>
    <w:p w:rsidR="00E47AD7" w:rsidRDefault="00E47AD7"/>
    <w:p w:rsidR="00E47AD7" w:rsidRDefault="00E47AD7"/>
    <w:p w:rsidR="00E47AD7" w:rsidRDefault="00D23148">
      <w:r>
        <w:rPr>
          <w:b/>
        </w:rPr>
        <w:t xml:space="preserve">Bank Name: </w:t>
      </w:r>
      <w:r>
        <w:t>JP Morgan Chase Bank N.A</w:t>
      </w:r>
    </w:p>
    <w:p w:rsidR="00E47AD7" w:rsidRDefault="00D23148">
      <w:r>
        <w:rPr>
          <w:b/>
        </w:rPr>
        <w:t xml:space="preserve">Bank Address: </w:t>
      </w:r>
      <w:r>
        <w:t>270 Park Avenue, New York, NY 10017</w:t>
      </w:r>
    </w:p>
    <w:p w:rsidR="00E47AD7" w:rsidRDefault="00D23148">
      <w:r>
        <w:rPr>
          <w:b/>
        </w:rPr>
        <w:t xml:space="preserve">Account Name: </w:t>
      </w:r>
      <w:r>
        <w:t>White Elephants Technology Inc.</w:t>
      </w:r>
    </w:p>
    <w:p w:rsidR="00E47AD7" w:rsidRDefault="00D23148">
      <w:r>
        <w:rPr>
          <w:b/>
        </w:rPr>
        <w:t xml:space="preserve">Account Number: </w:t>
      </w:r>
      <w:r>
        <w:t>716132868</w:t>
      </w:r>
    </w:p>
    <w:p w:rsidR="00E47AD7" w:rsidRDefault="00D23148">
      <w:r>
        <w:rPr>
          <w:b/>
        </w:rPr>
        <w:t xml:space="preserve">Wire Routing Number: </w:t>
      </w:r>
      <w:r>
        <w:t>021000021</w:t>
      </w:r>
    </w:p>
    <w:p w:rsidR="00E47AD7" w:rsidRDefault="00D23148">
      <w:r>
        <w:rPr>
          <w:b/>
        </w:rPr>
        <w:t xml:space="preserve">ACH Routing Number: </w:t>
      </w:r>
      <w:r>
        <w:t>267084131</w:t>
      </w:r>
    </w:p>
    <w:p w:rsidR="00E47AD7" w:rsidRDefault="00E47AD7">
      <w:bookmarkStart w:id="0" w:name="_GoBack"/>
      <w:bookmarkEnd w:id="0"/>
    </w:p>
    <w:p w:rsidR="00E47AD7" w:rsidRDefault="00D23148">
      <w:r>
        <w:rPr>
          <w:b/>
        </w:rPr>
        <w:t>Important:</w:t>
      </w:r>
      <w:r>
        <w:t xml:space="preserve"> </w:t>
      </w:r>
      <w:r>
        <w:t>After completing your transfer, please return to the same page and confirm your payment by submitting your name, email, and company name</w:t>
      </w:r>
      <w:r>
        <w:t>.</w:t>
      </w:r>
    </w:p>
    <w:p w:rsidR="00E47AD7" w:rsidRDefault="00E47AD7"/>
    <w:p w:rsidR="00E47AD7" w:rsidRDefault="00D23148">
      <w:pPr>
        <w:jc w:val="center"/>
      </w:pPr>
      <w:r>
        <w:t>For any questions, please contact kay@whiteelephants.io</w:t>
      </w:r>
    </w:p>
    <w:sectPr w:rsidR="00E47AD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23148"/>
    <w:rsid w:val="00E47AD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4ADF3EB0-BB78-44C8-A28D-3C7FD53E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ED281A5-252F-47BA-B5D5-87580696A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2026-04-06T22:46:00Z</dcterms:modified>
  <cp:category/>
</cp:coreProperties>
</file>