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宋体" w:hAnsi="宋体"/>
          <w:b/>
          <w:sz w:val="32"/>
        </w:rPr>
        <w:t>服务器 / 算力设备买卖居间服务合同（通用模版）</w:t>
      </w:r>
    </w:p>
    <w:p>
      <w:r>
        <w:rPr>
          <w:rFonts w:ascii="宋体" w:hAnsi="宋体"/>
          <w:b w:val="0"/>
          <w:sz w:val="21"/>
        </w:rPr>
        <w:t>合同编号：________________    签订地点：____________    签订日期：____年__月__日</w:t>
      </w:r>
    </w:p>
    <w:p>
      <w:r>
        <w:rPr>
          <w:rFonts w:ascii="宋体" w:hAnsi="宋体"/>
          <w:b w:val="0"/>
          <w:sz w:val="21"/>
        </w:rPr>
        <w:t>【使用说明】本模版用于委托人与居间人之间的撮合服务约定。标的型号、数量、居间费、主合同卖方均为空白。居间人一般不作为买卖合同当事人（除非另行签署过单/买卖合同）。</w:t>
      </w:r>
    </w:p>
    <w:p>
      <w:r>
        <w:rPr>
          <w:rFonts w:ascii="宋体" w:hAnsi="宋体"/>
          <w:b w:val="0"/>
          <w:sz w:val="21"/>
        </w:rPr>
        <w:t>甲方（委托人）</w:t>
      </w:r>
    </w:p>
    <w:p>
      <w:r>
        <w:rPr>
          <w:rFonts w:ascii="宋体" w:hAnsi="宋体"/>
          <w:b w:val="0"/>
          <w:sz w:val="21"/>
        </w:rPr>
        <w:t>单位全称：________________________________</w:t>
      </w:r>
    </w:p>
    <w:p>
      <w:r>
        <w:rPr>
          <w:rFonts w:ascii="宋体" w:hAnsi="宋体"/>
          <w:b w:val="0"/>
          <w:sz w:val="21"/>
        </w:rPr>
        <w:t>统一社会信用代码 / 商业登记证号：____________________</w:t>
      </w:r>
    </w:p>
    <w:p>
      <w:r>
        <w:rPr>
          <w:rFonts w:ascii="宋体" w:hAnsi="宋体"/>
          <w:b w:val="0"/>
          <w:sz w:val="21"/>
        </w:rPr>
        <w:t>注册 / 联系地址：________________________________</w:t>
      </w:r>
    </w:p>
    <w:p>
      <w:r>
        <w:rPr>
          <w:rFonts w:ascii="宋体" w:hAnsi="宋体"/>
          <w:b w:val="0"/>
          <w:sz w:val="21"/>
        </w:rPr>
        <w:t>联系人：____________  电话：____________  邮箱：____________</w:t>
      </w:r>
    </w:p>
    <w:p>
      <w:r>
        <w:rPr>
          <w:rFonts w:ascii="宋体" w:hAnsi="宋体"/>
          <w:b w:val="0"/>
          <w:sz w:val="21"/>
        </w:rPr>
        <w:t>开户行：____________________  账号：____________________</w:t>
      </w:r>
    </w:p>
    <w:p>
      <w:r>
        <w:rPr>
          <w:rFonts w:ascii="宋体" w:hAnsi="宋体"/>
          <w:b w:val="0"/>
          <w:sz w:val="21"/>
        </w:rPr>
        <w:t>乙方（居间人）</w:t>
      </w:r>
    </w:p>
    <w:p>
      <w:r>
        <w:rPr>
          <w:rFonts w:ascii="宋体" w:hAnsi="宋体"/>
          <w:b w:val="0"/>
          <w:sz w:val="21"/>
        </w:rPr>
        <w:t>单位全称：________________________________</w:t>
      </w:r>
    </w:p>
    <w:p>
      <w:r>
        <w:rPr>
          <w:rFonts w:ascii="宋体" w:hAnsi="宋体"/>
          <w:b w:val="0"/>
          <w:sz w:val="21"/>
        </w:rPr>
        <w:t>统一社会信用代码 / 商业登记证号：____________________</w:t>
      </w:r>
    </w:p>
    <w:p>
      <w:r>
        <w:rPr>
          <w:rFonts w:ascii="宋体" w:hAnsi="宋体"/>
          <w:b w:val="0"/>
          <w:sz w:val="21"/>
        </w:rPr>
        <w:t>注册 / 联系地址：________________________________</w:t>
      </w:r>
    </w:p>
    <w:p>
      <w:r>
        <w:rPr>
          <w:rFonts w:ascii="宋体" w:hAnsi="宋体"/>
          <w:b w:val="0"/>
          <w:sz w:val="21"/>
        </w:rPr>
        <w:t>联系人：____________  电话：____________  邮箱：____________</w:t>
      </w:r>
    </w:p>
    <w:p>
      <w:r>
        <w:rPr>
          <w:rFonts w:ascii="宋体" w:hAnsi="宋体"/>
          <w:b w:val="0"/>
          <w:sz w:val="21"/>
        </w:rPr>
        <w:t>开户行：____________________  账号：____________________</w:t>
      </w:r>
    </w:p>
    <w:p>
      <w:r>
        <w:rPr>
          <w:rFonts w:ascii="宋体" w:hAnsi="宋体"/>
          <w:b/>
          <w:sz w:val="24"/>
        </w:rPr>
        <w:t>鉴于</w:t>
      </w:r>
    </w:p>
    <w:p>
      <w:r>
        <w:rPr>
          <w:rFonts w:ascii="宋体" w:hAnsi="宋体"/>
          <w:b w:val="0"/>
          <w:sz w:val="21"/>
        </w:rPr>
        <w:t>依据《中华人民共和国民法典》中介合同相关规定，乙方为甲方提供交易信息对接、撮合、商务磋商等居间服务，促成甲方与第三方卖方签订合法有效的买卖合同。除非双方另订书面过单或买卖合同，乙方不参与货物买卖、不垫付货款、不当然承担交付与质量责任。</w:t>
      </w:r>
    </w:p>
    <w:p>
      <w:r>
        <w:rPr>
          <w:rFonts w:ascii="宋体" w:hAnsi="宋体"/>
          <w:b/>
          <w:sz w:val="24"/>
        </w:rPr>
        <w:t>第一条 居间服务内容</w:t>
      </w:r>
    </w:p>
    <w:p>
      <w:r>
        <w:rPr>
          <w:rFonts w:ascii="宋体" w:hAnsi="宋体"/>
          <w:b w:val="0"/>
          <w:sz w:val="21"/>
        </w:rPr>
        <w:t>1.1 服务内容：筛选匹配引荐、信息传递、谈判协助等。</w:t>
      </w:r>
    </w:p>
    <w:p>
      <w:r>
        <w:rPr>
          <w:rFonts w:ascii="宋体" w:hAnsi="宋体"/>
          <w:b w:val="0"/>
          <w:sz w:val="21"/>
        </w:rPr>
        <w:t>1.2 标的（填写）：型号/配置________；计划数量________；主合同编号以甲方与卖方签署为准。</w:t>
      </w:r>
    </w:p>
    <w:p>
      <w:r>
        <w:rPr>
          <w:rFonts w:ascii="宋体" w:hAnsi="宋体"/>
          <w:b w:val="0"/>
          <w:sz w:val="21"/>
        </w:rPr>
        <w:t>1.3 拟对接卖方（可后填）：________。乙方不是该买卖合同当事人（过单情形除外，见附件或补充协议）。</w:t>
      </w:r>
    </w:p>
    <w:p>
      <w:r>
        <w:rPr>
          <w:rFonts w:ascii="宋体" w:hAnsi="宋体"/>
          <w:b/>
          <w:sz w:val="24"/>
        </w:rPr>
        <w:t>第二条 居间报酬</w:t>
      </w:r>
    </w:p>
    <w:p>
      <w:r>
        <w:rPr>
          <w:rFonts w:ascii="宋体" w:hAnsi="宋体"/>
          <w:b w:val="0"/>
          <w:sz w:val="21"/>
        </w:rPr>
        <w:t>2.1 计费方式：________（按台 / 按成交额比例 / 其他）。</w:t>
      </w:r>
    </w:p>
    <w:p>
      <w:r>
        <w:rPr>
          <w:rFonts w:ascii="宋体" w:hAnsi="宋体"/>
          <w:b w:val="0"/>
          <w:sz w:val="21"/>
        </w:rPr>
        <w:t>2.2 金额或费率：________（含税/未税：____）。</w:t>
      </w:r>
    </w:p>
    <w:p>
      <w:r>
        <w:rPr>
          <w:rFonts w:ascii="宋体" w:hAnsi="宋体"/>
          <w:b w:val="0"/>
          <w:sz w:val="21"/>
        </w:rPr>
        <w:t>2.3 付款触发条件与批次：________。</w:t>
      </w:r>
    </w:p>
    <w:p>
      <w:r>
        <w:rPr>
          <w:rFonts w:ascii="宋体" w:hAnsi="宋体"/>
          <w:b w:val="0"/>
          <w:sz w:val="21"/>
        </w:rPr>
        <w:t>2.4 开票品名与税务：________。</w:t>
      </w:r>
    </w:p>
    <w:p>
      <w:r>
        <w:rPr>
          <w:rFonts w:ascii="宋体" w:hAnsi="宋体"/>
          <w:b/>
          <w:sz w:val="24"/>
        </w:rPr>
        <w:t>第三条 禁止跳单</w:t>
      </w:r>
    </w:p>
    <w:p>
      <w:r>
        <w:rPr>
          <w:rFonts w:ascii="宋体" w:hAnsi="宋体"/>
          <w:b w:val="0"/>
          <w:sz w:val="21"/>
        </w:rPr>
        <w:t>有效期内及终止后____个月内，甲方不得利用乙方披露的卖方信息绕开乙方就相同或实质相同交易直接成交；否则视为服务已完成并支付约定报酬及违约金____%。</w:t>
      </w:r>
    </w:p>
    <w:p>
      <w:r>
        <w:rPr>
          <w:rFonts w:ascii="宋体" w:hAnsi="宋体"/>
          <w:b/>
          <w:sz w:val="24"/>
        </w:rPr>
        <w:t>第四条 双方义务 / 保密 / 违约 / 争议</w:t>
      </w:r>
    </w:p>
    <w:p>
      <w:r>
        <w:rPr>
          <w:rFonts w:ascii="宋体" w:hAnsi="宋体"/>
          <w:b w:val="0"/>
          <w:sz w:val="21"/>
        </w:rPr>
        <w:t>甲方如实告知需求与资金安排；乙方勤勉如实披露。保密义务长期有效。违约责任：________。争议解决：________。</w:t>
      </w:r>
    </w:p>
    <w:p>
      <w:r>
        <w:rPr>
          <w:rFonts w:ascii="宋体" w:hAnsi="宋体"/>
          <w:b/>
          <w:sz w:val="24"/>
        </w:rPr>
        <w:t>第五条 其他</w:t>
      </w:r>
    </w:p>
    <w:p>
      <w:r>
        <w:rPr>
          <w:rFonts w:ascii="宋体" w:hAnsi="宋体"/>
          <w:b w:val="0"/>
          <w:sz w:val="21"/>
        </w:rPr>
        <w:t>本合同一式两份，双方各执一份，签字盖章生效。电子沟通可作为证据。</w:t>
      </w:r>
    </w:p>
    <w:p>
      <w:r>
        <w:rPr>
          <w:rFonts w:ascii="宋体" w:hAnsi="宋体"/>
          <w:b w:val="0"/>
          <w:sz w:val="21"/>
        </w:rPr>
        <w:t>甲方（盖章）签字：____________ 日期：________</w:t>
      </w:r>
    </w:p>
    <w:p>
      <w:r>
        <w:rPr>
          <w:rFonts w:ascii="宋体" w:hAnsi="宋体"/>
          <w:b w:val="0"/>
          <w:sz w:val="21"/>
        </w:rPr>
        <w:t>乙方（盖章）签字：____________ 日期：________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