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6ADB6" w14:textId="77777777" w:rsidR="00284E90" w:rsidRDefault="00765503">
      <w:pPr>
        <w:pStyle w:val="Heading1"/>
      </w:pPr>
      <w:r>
        <w:t>Banbridge Town Football Club</w:t>
      </w:r>
    </w:p>
    <w:p w14:paraId="2812F8A9" w14:textId="77777777" w:rsidR="00284E90" w:rsidRDefault="00765503">
      <w:pPr>
        <w:pStyle w:val="Heading2"/>
      </w:pPr>
      <w:r>
        <w:t>Nomination Form – Election of Office Bearers</w:t>
      </w:r>
    </w:p>
    <w:p w14:paraId="7ADA2131" w14:textId="77777777" w:rsidR="00284E90" w:rsidRDefault="00765503">
      <w:r>
        <w:t>Special General Meeting – 29 January 2026</w:t>
      </w:r>
      <w:r>
        <w:br/>
      </w:r>
    </w:p>
    <w:p w14:paraId="1D383EAD" w14:textId="77777777" w:rsidR="00284E90" w:rsidRDefault="00765503">
      <w:r>
        <w:t>In accordance with the Club Constitution and the business of the Special General Meeting, nominations are hereby invited for the following Office Bearer positions:</w:t>
      </w:r>
      <w:r>
        <w:br/>
      </w:r>
    </w:p>
    <w:p w14:paraId="11C93FA7" w14:textId="77777777" w:rsidR="00284E90" w:rsidRDefault="00765503">
      <w:r>
        <w:t>☐</w:t>
      </w:r>
      <w:r>
        <w:t xml:space="preserve"> Chairperson</w:t>
      </w:r>
    </w:p>
    <w:p w14:paraId="709BA41C" w14:textId="77777777" w:rsidR="00284E90" w:rsidRDefault="00765503">
      <w:r>
        <w:t>☐</w:t>
      </w:r>
      <w:r>
        <w:t xml:space="preserve"> Vice Chairperson</w:t>
      </w:r>
    </w:p>
    <w:p w14:paraId="1DF3BA17" w14:textId="77777777" w:rsidR="00284E90" w:rsidRDefault="00765503">
      <w:r>
        <w:t>☐</w:t>
      </w:r>
      <w:r>
        <w:t xml:space="preserve"> Secretary</w:t>
      </w:r>
    </w:p>
    <w:p w14:paraId="2A36B7D5" w14:textId="77777777" w:rsidR="00284E90" w:rsidRDefault="00765503">
      <w:r>
        <w:t>☐</w:t>
      </w:r>
      <w:r>
        <w:t xml:space="preserve"> Treasurer</w:t>
      </w:r>
    </w:p>
    <w:p w14:paraId="1037380E" w14:textId="77777777" w:rsidR="00284E90" w:rsidRDefault="00765503">
      <w:r>
        <w:t>☐</w:t>
      </w:r>
      <w:r>
        <w:t xml:space="preserve"> Other (please specify): ___________________________</w:t>
      </w:r>
    </w:p>
    <w:p w14:paraId="316E241D" w14:textId="77777777" w:rsidR="00284E90" w:rsidRDefault="00765503">
      <w:r>
        <w:br/>
        <w:t>NOMINEE DETAILS</w:t>
      </w:r>
      <w:r>
        <w:br/>
      </w:r>
    </w:p>
    <w:p w14:paraId="696C3AC2" w14:textId="77777777" w:rsidR="00284E90" w:rsidRDefault="00765503">
      <w:r>
        <w:t>Name of Nominee: _________________________________</w:t>
      </w:r>
    </w:p>
    <w:p w14:paraId="78171697" w14:textId="77777777" w:rsidR="00284E90" w:rsidRDefault="00765503">
      <w:r>
        <w:t>Address: _________________________________________</w:t>
      </w:r>
    </w:p>
    <w:p w14:paraId="28CA9133" w14:textId="77777777" w:rsidR="00284E90" w:rsidRDefault="00765503">
      <w:r>
        <w:t>__________________________________________________</w:t>
      </w:r>
    </w:p>
    <w:p w14:paraId="7E310C31" w14:textId="77777777" w:rsidR="00284E90" w:rsidRDefault="00765503">
      <w:r>
        <w:t>Telephone / Email: _______________________________</w:t>
      </w:r>
    </w:p>
    <w:p w14:paraId="3AADBC9F" w14:textId="77777777" w:rsidR="00284E90" w:rsidRDefault="00765503">
      <w:r>
        <w:br/>
        <w:t>I confirm that I am a fully paid-up member of Banbridge Town Football Club and that I am eligible to stand for the above position.</w:t>
      </w:r>
      <w:r>
        <w:br/>
      </w:r>
    </w:p>
    <w:p w14:paraId="3629ED50" w14:textId="77777777" w:rsidR="00284E90" w:rsidRDefault="00765503">
      <w:r>
        <w:t>Signature of Nominee: _______________________    Date: ________________</w:t>
      </w:r>
      <w:r>
        <w:br/>
      </w:r>
    </w:p>
    <w:p w14:paraId="0181EFD5" w14:textId="77777777" w:rsidR="00284E90" w:rsidRDefault="00765503">
      <w:r>
        <w:br/>
        <w:t>PROPOSER DETAILS</w:t>
      </w:r>
      <w:r>
        <w:br/>
      </w:r>
    </w:p>
    <w:p w14:paraId="70DA62B7" w14:textId="77777777" w:rsidR="00284E90" w:rsidRDefault="00765503">
      <w:r>
        <w:t>Name of Proposer: _________________________________</w:t>
      </w:r>
    </w:p>
    <w:p w14:paraId="050A0A5C" w14:textId="77777777" w:rsidR="00284E90" w:rsidRDefault="00765503">
      <w:r>
        <w:lastRenderedPageBreak/>
        <w:t>I confirm that I am a fully paid-up member of Banbridge Town Football Club.</w:t>
      </w:r>
      <w:r>
        <w:br/>
      </w:r>
    </w:p>
    <w:p w14:paraId="6D3C1E72" w14:textId="77777777" w:rsidR="00284E90" w:rsidRDefault="00765503">
      <w:r>
        <w:t>Signature of Proposer: _______________________    Date: ________________</w:t>
      </w:r>
      <w:r>
        <w:br/>
      </w:r>
    </w:p>
    <w:p w14:paraId="3668F001" w14:textId="77777777" w:rsidR="00284E90" w:rsidRDefault="00765503">
      <w:r>
        <w:br/>
        <w:t>SECONDER DETAILS</w:t>
      </w:r>
      <w:r>
        <w:br/>
      </w:r>
    </w:p>
    <w:p w14:paraId="72CC221D" w14:textId="77777777" w:rsidR="00284E90" w:rsidRDefault="00765503">
      <w:r>
        <w:t>Name of Seconder: _________________________________</w:t>
      </w:r>
    </w:p>
    <w:p w14:paraId="1C45A4E1" w14:textId="77777777" w:rsidR="00284E90" w:rsidRDefault="00765503">
      <w:r>
        <w:t>I confirm that I am a fully paid-up member of Banbridge Town Football Club.</w:t>
      </w:r>
      <w:r>
        <w:br/>
      </w:r>
    </w:p>
    <w:p w14:paraId="36D30668" w14:textId="77777777" w:rsidR="00284E90" w:rsidRDefault="00765503">
      <w:r>
        <w:t>Signature of Seconder: _______________________    Date: ________________</w:t>
      </w:r>
      <w:r>
        <w:br/>
      </w:r>
    </w:p>
    <w:p w14:paraId="58A9A63C" w14:textId="77777777" w:rsidR="00284E90" w:rsidRDefault="00765503">
      <w:r>
        <w:br/>
        <w:t>NOTES</w:t>
      </w:r>
      <w:r>
        <w:br/>
      </w:r>
    </w:p>
    <w:p w14:paraId="7F5B3F8F" w14:textId="77777777" w:rsidR="00284E90" w:rsidRDefault="00765503">
      <w:r>
        <w:t>• Each nomination must be proposed and seconded by fully paid-up members of the club.</w:t>
      </w:r>
    </w:p>
    <w:p w14:paraId="6AA24323" w14:textId="77777777" w:rsidR="00284E90" w:rsidRDefault="00765503">
      <w:r>
        <w:t>• Nominees must confirm their willingness to stand by signing this form.</w:t>
      </w:r>
    </w:p>
    <w:p w14:paraId="6DF68F05" w14:textId="77777777" w:rsidR="00284E90" w:rsidRDefault="00765503">
      <w:r>
        <w:t>• Nominations must be submitted in advance of or at the SGM, in accordance with the meeting notice.</w:t>
      </w:r>
    </w:p>
    <w:p w14:paraId="26D9B5F1" w14:textId="77777777" w:rsidR="00284E90" w:rsidRDefault="00765503">
      <w:r>
        <w:t>• Incomplete or ineligible nominations may be ruled invalid by the Chair.</w:t>
      </w:r>
    </w:p>
    <w:sectPr w:rsidR="00284E9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22600214">
    <w:abstractNumId w:val="8"/>
  </w:num>
  <w:num w:numId="2" w16cid:durableId="2120444774">
    <w:abstractNumId w:val="6"/>
  </w:num>
  <w:num w:numId="3" w16cid:durableId="588007418">
    <w:abstractNumId w:val="5"/>
  </w:num>
  <w:num w:numId="4" w16cid:durableId="80030492">
    <w:abstractNumId w:val="4"/>
  </w:num>
  <w:num w:numId="5" w16cid:durableId="1255165136">
    <w:abstractNumId w:val="7"/>
  </w:num>
  <w:num w:numId="6" w16cid:durableId="1380592435">
    <w:abstractNumId w:val="3"/>
  </w:num>
  <w:num w:numId="7" w16cid:durableId="1446999773">
    <w:abstractNumId w:val="2"/>
  </w:num>
  <w:num w:numId="8" w16cid:durableId="295843190">
    <w:abstractNumId w:val="1"/>
  </w:num>
  <w:num w:numId="9" w16cid:durableId="844710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84E90"/>
    <w:rsid w:val="0029639D"/>
    <w:rsid w:val="00326F90"/>
    <w:rsid w:val="00765503"/>
    <w:rsid w:val="00AA1D8D"/>
    <w:rsid w:val="00B47730"/>
    <w:rsid w:val="00CB0664"/>
    <w:rsid w:val="00D51D34"/>
    <w:rsid w:val="00FA0D8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4FE893"/>
  <w14:defaultImageDpi w14:val="300"/>
  <w15:docId w15:val="{5DF6E5CE-8B5F-4A6A-BE62-31812155A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defa4170-0d19-0005-0004-bc88714345d2}" enabled="1" method="Standard" siteId="{4ec8c920-8cb8-4f9a-a717-5dc4b49922c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Orrin Harvey</cp:lastModifiedBy>
  <cp:revision>2</cp:revision>
  <dcterms:created xsi:type="dcterms:W3CDTF">2026-01-15T17:47:00Z</dcterms:created>
  <dcterms:modified xsi:type="dcterms:W3CDTF">2026-01-15T17:47:00Z</dcterms:modified>
  <cp:category/>
</cp:coreProperties>
</file>