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Handyman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name]</w:t>
              <w:br/>
            </w:r>
            <w:r>
              <w:rPr>
                <w:b w:val="0"/>
                <w:color w:val="262626"/>
                <w:sz w:val="19"/>
              </w:rPr>
              <w:t>Job site: 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 or 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Labor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Drywall patch, door adjustment and faucet swap, per hour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3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$225.00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Materials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Hardware and supplies, billed at cost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$45.00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Trip charge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Travel to the job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Disposal fee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Haul-away of the old faucet and debris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$35.00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$345.00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due on completion. Card, Zelle and check accepted.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handyman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