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rPr>
          <w:b/>
          <w:color w:val="111111"/>
          <w:sz w:val="60"/>
        </w:rPr>
        <w:t>Landscaping Invoice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</w:tcPr>
          <w:p>
            <w:pPr>
              <w:spacing w:before="320" w:after="0"/>
            </w:pPr>
            <w:r>
              <w:rPr>
                <w:b w:val="0"/>
                <w:color w:val="555555"/>
                <w:sz w:val="22"/>
              </w:rPr>
              <w:t>Issued: [MM/DD/YYYY]</w:t>
            </w:r>
          </w:p>
        </w:tc>
        <w:tc>
          <w:tcPr>
            <w:tcW w:type="dxa" w:w="5160"/>
          </w:tcPr>
          <w:p>
            <w:pPr>
              <w:spacing w:before="320" w:after="0"/>
              <w:jc w:val="right"/>
            </w:pPr>
            <w:r>
              <w:rPr>
                <w:b w:val="0"/>
                <w:color w:val="555555"/>
                <w:sz w:val="22"/>
              </w:rPr>
              <w:t>Invoice# 0001</w:t>
            </w:r>
          </w:p>
        </w:tc>
      </w:tr>
    </w:tbl>
    <w:p>
      <w:pPr>
        <w:spacing w:before="0" w:after="36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3146"/>
        <w:gridCol w:w="440"/>
        <w:gridCol w:w="3146"/>
        <w:gridCol w:w="440"/>
        <w:gridCol w:w="3146"/>
      </w:tblGrid>
      <w:tr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BILL TO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[Client name]</w:t>
              <w:br/>
            </w:r>
            <w:r>
              <w:rPr>
                <w:b w:val="0"/>
                <w:color w:val="262626"/>
                <w:sz w:val="19"/>
              </w:rPr>
              <w:t>Service address: 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 or 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FROM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[Your name or business]</w:t>
              <w:br/>
            </w:r>
            <w:r>
              <w:rPr>
                <w:b w:val="0"/>
                <w:color w:val="262626"/>
                <w:sz w:val="19"/>
              </w:rPr>
              <w:t>[Street address]</w:t>
              <w:br/>
            </w:r>
            <w:r>
              <w:rPr>
                <w:b w:val="0"/>
                <w:color w:val="262626"/>
                <w:sz w:val="19"/>
              </w:rPr>
              <w:t>[City, State ZIP]</w:t>
              <w:br/>
            </w:r>
            <w:r>
              <w:rPr>
                <w:b w:val="0"/>
                <w:color w:val="262626"/>
                <w:sz w:val="19"/>
              </w:rPr>
              <w:t>[Email] · [Phone]</w:t>
            </w:r>
          </w:p>
        </w:tc>
        <w:tc>
          <w:tcPr>
            <w:tcW w:type="dxa" w:w="440"/>
          </w:tcPr>
          <w:p/>
        </w:tc>
        <w:tc>
          <w:tcPr>
            <w:tcW w:type="dxa" w:w="3147"/>
            <w:tcBorders>
              <w:top w:val="single" w:sz="6" w:space="0" w:color="E2E2E2"/>
            </w:tcBorders>
          </w:tcPr>
          <w:p>
            <w:pPr>
              <w:spacing w:before="320" w:after="0"/>
            </w:pPr>
            <w:r>
              <w:rPr>
                <w:b/>
                <w:color w:val="111111"/>
                <w:sz w:val="22"/>
              </w:rPr>
              <w:t>PAYMENT</w:t>
            </w:r>
          </w:p>
          <w:p>
            <w:pPr>
              <w:spacing w:before="240" w:after="0" w:line="348" w:lineRule="auto"/>
            </w:pPr>
            <w:r>
              <w:rPr>
                <w:b w:val="0"/>
                <w:color w:val="262626"/>
                <w:sz w:val="19"/>
              </w:rPr>
              <w:t>Due: [MM/DD/YYYY]</w:t>
              <w:br/>
            </w:r>
            <w:r>
              <w:rPr>
                <w:b w:val="0"/>
                <w:color w:val="262626"/>
                <w:sz w:val="19"/>
              </w:rPr>
              <w:br/>
            </w:r>
            <w:r>
              <w:rPr>
                <w:b w:val="0"/>
                <w:color w:val="262626"/>
                <w:sz w:val="19"/>
              </w:rPr>
              <w:t>[How to pay: bank transfer, Zelle, PayPal or a card payment link]</w:t>
            </w:r>
          </w:p>
        </w:tc>
      </w:tr>
    </w:tbl>
    <w:p>
      <w:pPr>
        <w:spacing w:before="0" w:after="3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20"/>
        <w:gridCol w:w="1200"/>
        <w:gridCol w:w="2000"/>
        <w:gridCol w:w="2000"/>
      </w:tblGrid>
      <w:tr>
        <w:tc>
          <w:tcPr>
            <w:tcW w:type="dxa" w:w="512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</w:pPr>
            <w:r>
              <w:rPr>
                <w:b/>
                <w:color w:val="111111"/>
                <w:sz w:val="22"/>
              </w:rPr>
              <w:t>DESCRIPTION</w:t>
            </w:r>
          </w:p>
        </w:tc>
        <w:tc>
          <w:tcPr>
            <w:tcW w:type="dxa" w:w="12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QTY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RATE</w:t>
            </w:r>
          </w:p>
        </w:tc>
        <w:tc>
          <w:tcPr>
            <w:tcW w:type="dxa" w:w="2000"/>
            <w:tcBorders>
              <w:top w:val="single" w:sz="6" w:space="0" w:color="E2E2E2"/>
              <w:bottom w:val="single" w:sz="6" w:space="0" w:color="E2E2E2"/>
            </w:tcBorders>
            <w:tcMar>
              <w:top w:w="200" w:type="dxa"/>
              <w:bottom w:w="200" w:type="dxa"/>
              <w:start w:w="0" w:type="dxa"/>
              <w:end w:w="0" w:type="dxa"/>
              <w:left w:w="0" w:type="dxa"/>
              <w:right w:w="0" w:type="dxa"/>
            </w:tcMar>
            <w:vAlign w:val="center"/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2"/>
              </w:rPr>
              <w:t>AMOUNT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Weekly mowing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Mow, trim and blow, per visit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4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$45.00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$180.00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Spring cleanup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Leaves, beds and edging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$280.00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$280.00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Mulch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Hardwood, per cubic yard, installed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5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$70.00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  <w:tcBorders>
              <w:bottom w:val="single" w:sz="4" w:space="0" w:color="E2E2E2"/>
            </w:tcBorders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$350.00</w:t>
            </w:r>
          </w:p>
        </w:tc>
      </w:tr>
      <w:tr>
        <w:tc>
          <w:tcPr>
            <w:tcW w:type="dxa" w:w="5120"/>
            <w:tcMar>
              <w:top w:w="240" w:type="dxa"/>
              <w:bottom w:w="240" w:type="dxa"/>
              <w:start w:w="0" w:type="dxa"/>
              <w:end w:w="800" w:type="dxa"/>
              <w:left w:w="0" w:type="dxa"/>
              <w:right w:w="800" w:type="dxa"/>
            </w:tcMar>
          </w:tcPr>
          <w:p>
            <w:pPr>
              <w:spacing w:before="0" w:after="0" w:line="276" w:lineRule="auto"/>
            </w:pPr>
            <w:r>
              <w:rPr>
                <w:b w:val="0"/>
                <w:color w:val="262626"/>
                <w:sz w:val="21"/>
              </w:rPr>
              <w:t>Hauling</w:t>
            </w:r>
          </w:p>
          <w:p>
            <w:pPr>
              <w:spacing w:before="140" w:after="0" w:line="276" w:lineRule="auto"/>
            </w:pPr>
            <w:r>
              <w:rPr>
                <w:b w:val="0"/>
                <w:color w:val="707070"/>
                <w:sz w:val="21"/>
              </w:rPr>
              <w:t>Yard waste removal, 1 load</w:t>
            </w:r>
          </w:p>
        </w:tc>
        <w:tc>
          <w:tcPr>
            <w:tcW w:type="dxa" w:w="12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1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$75.00</w:t>
            </w:r>
          </w:p>
        </w:tc>
        <w:tc>
          <w:tcPr>
            <w:tcW w:type="dxa" w:w="2000"/>
            <w:tcMar>
              <w:top w:w="240" w:type="dxa"/>
              <w:bottom w:w="24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 w:line="276" w:lineRule="auto"/>
              <w:jc w:val="right"/>
            </w:pPr>
            <w:r>
              <w:rPr>
                <w:b w:val="0"/>
                <w:color w:val="262626"/>
                <w:sz w:val="21"/>
              </w:rPr>
              <w:t>$75.00</w:t>
            </w:r>
          </w:p>
        </w:tc>
      </w:tr>
    </w:tbl>
    <w:p>
      <w:pPr>
        <w:spacing w:before="0" w:after="120"/>
      </w:pPr>
      <w:r>
        <w:rPr>
          <w:b w:val="0"/>
          <w:color w:val="262626"/>
          <w:sz w:val="8"/>
        </w:rPr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10320" w:type="dxa"/>
        <w:tblLayout w:type="fixed"/>
        <w:tblInd w:w="0" w:type="dxa"/>
        <w:tblCellMar>
          <w:left w:w="0" w:type="dxa"/>
          <w:right w:w="0" w:type="dxa"/>
          <w:start w:w="0" w:type="dxa"/>
          <w:end w:w="0" w:type="dxa"/>
        </w:tblCellMar>
      </w:tblPr>
      <w:tblGrid>
        <w:gridCol w:w="5160"/>
        <w:gridCol w:w="5160"/>
      </w:tblGrid>
      <w:tr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</w:pPr>
            <w:r>
              <w:rPr>
                <w:b/>
                <w:color w:val="111111"/>
                <w:sz w:val="26"/>
              </w:rPr>
              <w:t>TOTAL DUE</w:t>
            </w:r>
          </w:p>
        </w:tc>
        <w:tc>
          <w:tcPr>
            <w:tcW w:type="dxa" w:w="5160"/>
            <w:tcBorders>
              <w:top w:val="single" w:sz="13" w:space="0" w:color="D6D6D6"/>
              <w:bottom w:val="single" w:sz="6" w:space="0" w:color="E2E2E2"/>
            </w:tcBorders>
            <w:tcMar>
              <w:top w:w="360" w:type="dxa"/>
              <w:bottom w:w="320" w:type="dxa"/>
              <w:start w:w="0" w:type="dxa"/>
              <w:end w:w="0" w:type="dxa"/>
              <w:left w:w="0" w:type="dxa"/>
              <w:right w:w="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11111"/>
                <w:sz w:val="26"/>
              </w:rPr>
              <w:t>$885.00</w:t>
            </w:r>
          </w:p>
        </w:tc>
      </w:tr>
    </w:tbl>
    <w:p>
      <w:pPr>
        <w:spacing w:before="560" w:after="0"/>
      </w:pPr>
      <w:r>
        <w:rPr>
          <w:b/>
          <w:color w:val="111111"/>
          <w:sz w:val="26"/>
        </w:rPr>
        <w:t>NOTES</w:t>
      </w:r>
    </w:p>
    <w:p>
      <w:pPr>
        <w:spacing w:before="240" w:after="0" w:line="348" w:lineRule="auto"/>
      </w:pPr>
      <w:r>
        <w:rPr>
          <w:b w:val="0"/>
          <w:color w:val="262626"/>
          <w:sz w:val="22"/>
        </w:rPr>
        <w:t>Monthly service is billed at the end of each month. Payment due within 15 days.</w:t>
      </w:r>
    </w:p>
    <w:sectPr w:rsidR="00FC693F" w:rsidRPr="0006063C" w:rsidSect="00034616">
      <w:footerReference w:type="default" r:id="rId9"/>
      <w:pgSz w:w="12240" w:h="15840"/>
      <w:pgMar w:top="840" w:right="960" w:bottom="960" w:left="960" w:header="720" w:footer="2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88888"/>
        <w:sz w:val="17"/>
      </w:rPr>
      <w:t xml:space="preserve">Created with Onigiri — </w:t>
    </w:r>
    <w:hyperlink r:id="rId1">
      <w:r>
        <w:rPr>
          <w:color w:val="4F7F1F"/>
          <w:u w:val="single"/>
          <w:sz w:val="17"/>
        </w:rPr>
        <w:t>onigiri.one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Open Sans" w:hAnsi="Open Sans" w:eastAsia="Open Sans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nigiri.one/invoice-templates/landscaping-invoice-template?utm_source=invoice-template&amp;utm_medium=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Landscaping Invoice Template</dc:title>
  <dc:subject/>
  <dc:creator>Onigiri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